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63226DA" w14:textId="77777777" w:rsidR="00D31675" w:rsidRPr="005A7B14" w:rsidRDefault="00000000">
      <w:pPr>
        <w:spacing w:before="1200"/>
        <w:jc w:val="center"/>
        <w:rPr>
          <w:rFonts w:ascii="ABD BOTAN" w:hAnsi="ABD BOTAN" w:cs="ABD BOTAN" w:hint="cs"/>
          <w:sz w:val="22"/>
          <w:szCs w:val="24"/>
        </w:rPr>
      </w:pPr>
      <w:r w:rsidRPr="005A7B14">
        <w:rPr>
          <w:rFonts w:ascii="ABD BOTAN" w:hAnsi="ABD BOTAN" w:cs="ABD BOTAN" w:hint="cs"/>
          <w:b/>
          <w:color w:val="B8860B"/>
          <w:sz w:val="56"/>
          <w:szCs w:val="24"/>
          <w:rtl/>
        </w:rPr>
        <w:t>بەخۆشی بێت</w:t>
      </w:r>
    </w:p>
    <w:p w14:paraId="4D091A2A" w14:textId="77777777" w:rsidR="00D31675" w:rsidRDefault="00000000">
      <w:pPr>
        <w:spacing w:before="200"/>
        <w:jc w:val="center"/>
      </w:pPr>
      <w:r>
        <w:rPr>
          <w:b/>
          <w:color w:val="0A4D40"/>
          <w:sz w:val="68"/>
        </w:rPr>
        <w:t>Willkommen</w:t>
      </w:r>
    </w:p>
    <w:p w14:paraId="713D9419" w14:textId="77777777" w:rsidR="00D31675" w:rsidRDefault="00000000">
      <w:pPr>
        <w:jc w:val="center"/>
      </w:pPr>
      <w:r>
        <w:rPr>
          <w:i/>
          <w:color w:val="0E7C66"/>
          <w:sz w:val="28"/>
        </w:rPr>
        <w:t>Sprachführer Deutsch – Kurdisch (Sorani)</w:t>
      </w:r>
    </w:p>
    <w:p w14:paraId="626770ED" w14:textId="77777777" w:rsidR="00D31675" w:rsidRDefault="00000000">
      <w:pPr>
        <w:spacing w:before="480"/>
        <w:jc w:val="center"/>
      </w:pPr>
      <w:r>
        <w:rPr>
          <w:color w:val="55665F"/>
          <w:sz w:val="22"/>
        </w:rPr>
        <w:t>Die wichtigsten Sätze für den Alltag · 12 Themen · 85 Sätze</w:t>
      </w:r>
    </w:p>
    <w:p w14:paraId="356418E1" w14:textId="77777777" w:rsidR="00D31675" w:rsidRDefault="00000000">
      <w:pPr>
        <w:jc w:val="center"/>
      </w:pPr>
      <w:r>
        <w:rPr>
          <w:color w:val="7A8A83"/>
          <w:sz w:val="18"/>
        </w:rPr>
        <w:t>Kurdisch Akademie · kurdisch-akademie.de</w:t>
      </w:r>
    </w:p>
    <w:p w14:paraId="5C1B2EFA" w14:textId="77777777" w:rsidR="00D31675" w:rsidRDefault="00000000">
      <w:r>
        <w:br w:type="page"/>
      </w:r>
    </w:p>
    <w:p w14:paraId="19E6125A" w14:textId="77777777" w:rsidR="00D31675" w:rsidRDefault="00000000">
      <w:pPr>
        <w:spacing w:before="280" w:after="80"/>
      </w:pPr>
      <w:r>
        <w:rPr>
          <w:b/>
          <w:color w:val="0A4D40"/>
          <w:sz w:val="28"/>
        </w:rPr>
        <w:lastRenderedPageBreak/>
        <w:t xml:space="preserve">1.  Begrüßung &amp; Höflichkeit   </w:t>
      </w:r>
      <w:r w:rsidRPr="005A7B14">
        <w:rPr>
          <w:rFonts w:ascii="ABD BOTAN" w:hAnsi="ABD BOTAN" w:cs="ABD BOTAN" w:hint="cs"/>
          <w:b/>
          <w:color w:val="0E7C66"/>
          <w:sz w:val="24"/>
          <w:rtl/>
        </w:rPr>
        <w:t>سڵاو و ڕێزلێنان</w:t>
      </w:r>
    </w:p>
    <w:tbl>
      <w:tblPr>
        <w:tblW w:w="0" w:type="auto"/>
        <w:jc w:val="center"/>
        <w:tblBorders>
          <w:top w:val="single" w:sz="4" w:space="0" w:color="CFE3DB"/>
          <w:left w:val="single" w:sz="4" w:space="0" w:color="CFE3DB"/>
          <w:bottom w:val="single" w:sz="4" w:space="0" w:color="CFE3DB"/>
          <w:right w:val="single" w:sz="4" w:space="0" w:color="CFE3DB"/>
          <w:insideH w:val="single" w:sz="4" w:space="0" w:color="CFE3DB"/>
          <w:insideV w:val="single" w:sz="4" w:space="0" w:color="CFE3DB"/>
        </w:tblBorders>
        <w:tblLayout w:type="fixed"/>
        <w:tblLook w:val="04A0" w:firstRow="1" w:lastRow="0" w:firstColumn="1" w:lastColumn="0" w:noHBand="0" w:noVBand="1"/>
      </w:tblPr>
      <w:tblGrid>
        <w:gridCol w:w="3628"/>
        <w:gridCol w:w="3288"/>
        <w:gridCol w:w="2948"/>
      </w:tblGrid>
      <w:tr w:rsidR="00D31675" w14:paraId="5D70FB3B" w14:textId="77777777">
        <w:trPr>
          <w:jc w:val="center"/>
        </w:trPr>
        <w:tc>
          <w:tcPr>
            <w:tcW w:w="362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A5ABEE5" w14:textId="77777777" w:rsidR="00D31675" w:rsidRDefault="00000000">
            <w:r>
              <w:rPr>
                <w:b/>
                <w:color w:val="FFFFFF"/>
                <w:sz w:val="17"/>
              </w:rPr>
              <w:t>DEUTSCH</w:t>
            </w:r>
          </w:p>
        </w:tc>
        <w:tc>
          <w:tcPr>
            <w:tcW w:w="328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65A1381" w14:textId="77777777" w:rsidR="00D31675" w:rsidRPr="005A7B14" w:rsidRDefault="00000000" w:rsidP="005A7B14">
            <w:pPr>
              <w:bidi/>
              <w:jc w:val="center"/>
              <w:rPr>
                <w:rFonts w:ascii="ABD BOTAN" w:hAnsi="ABD BOTAN" w:cs="ABD BOTAN" w:hint="cs"/>
              </w:rPr>
            </w:pPr>
            <w:r w:rsidRPr="005A7B14">
              <w:rPr>
                <w:rFonts w:ascii="ABD BOTAN" w:hAnsi="ABD BOTAN" w:cs="ABD BOTAN" w:hint="cs"/>
                <w:b/>
                <w:color w:val="FFFFFF"/>
                <w:sz w:val="24"/>
                <w:rtl/>
              </w:rPr>
              <w:t>کوردی</w:t>
            </w:r>
          </w:p>
        </w:tc>
        <w:tc>
          <w:tcPr>
            <w:tcW w:w="294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AB4488" w14:textId="77777777" w:rsidR="00D31675" w:rsidRDefault="00000000">
            <w:r>
              <w:rPr>
                <w:b/>
                <w:color w:val="FFFFFF"/>
                <w:sz w:val="17"/>
              </w:rPr>
              <w:t>AUSSPRACHE</w:t>
            </w:r>
          </w:p>
        </w:tc>
      </w:tr>
      <w:tr w:rsidR="00D31675" w14:paraId="70FCE55F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26300F1" w14:textId="77777777" w:rsidR="00D31675" w:rsidRDefault="00000000">
            <w:r>
              <w:rPr>
                <w:b/>
                <w:color w:val="22312C"/>
              </w:rPr>
              <w:t>Hallo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B27F6B7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سڵاو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730AA2B" w14:textId="77777777" w:rsidR="00D31675" w:rsidRDefault="00000000">
            <w:r>
              <w:rPr>
                <w:i/>
                <w:color w:val="5A6A64"/>
                <w:sz w:val="19"/>
              </w:rPr>
              <w:t>Slaw</w:t>
            </w:r>
          </w:p>
        </w:tc>
      </w:tr>
      <w:tr w:rsidR="00D31675" w14:paraId="3D3B1983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0F85EBB" w14:textId="77777777" w:rsidR="00D31675" w:rsidRDefault="00000000">
            <w:r>
              <w:rPr>
                <w:b/>
                <w:color w:val="22312C"/>
              </w:rPr>
              <w:t>Guten Morgen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56F118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بەیانیت باش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96BF24B" w14:textId="77777777" w:rsidR="00D31675" w:rsidRDefault="00000000">
            <w:r>
              <w:rPr>
                <w:i/>
                <w:color w:val="5A6A64"/>
                <w:sz w:val="19"/>
              </w:rPr>
              <w:t>Beyanît baş</w:t>
            </w:r>
          </w:p>
        </w:tc>
      </w:tr>
      <w:tr w:rsidR="00D31675" w14:paraId="0CCE9E28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F4E9095" w14:textId="77777777" w:rsidR="00D31675" w:rsidRDefault="00000000">
            <w:r>
              <w:rPr>
                <w:b/>
                <w:color w:val="22312C"/>
              </w:rPr>
              <w:t>Guten Tag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40D5D60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ڕۆژباش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FC3FD06" w14:textId="77777777" w:rsidR="00D31675" w:rsidRDefault="00000000">
            <w:r>
              <w:rPr>
                <w:i/>
                <w:color w:val="5A6A64"/>
                <w:sz w:val="19"/>
              </w:rPr>
              <w:t>Rojbaş</w:t>
            </w:r>
          </w:p>
        </w:tc>
      </w:tr>
      <w:tr w:rsidR="00D31675" w14:paraId="15135247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96293D" w14:textId="77777777" w:rsidR="00D31675" w:rsidRDefault="00000000">
            <w:r>
              <w:rPr>
                <w:b/>
                <w:color w:val="22312C"/>
              </w:rPr>
              <w:t>Guten Abend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4B8F8A8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ئێوارەت باش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728034C" w14:textId="77777777" w:rsidR="00D31675" w:rsidRDefault="00000000">
            <w:r>
              <w:rPr>
                <w:i/>
                <w:color w:val="5A6A64"/>
                <w:sz w:val="19"/>
              </w:rPr>
              <w:t>Êwaret baş</w:t>
            </w:r>
          </w:p>
        </w:tc>
      </w:tr>
      <w:tr w:rsidR="00D31675" w14:paraId="6BBE1FE2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483534" w14:textId="77777777" w:rsidR="00D31675" w:rsidRDefault="00000000">
            <w:r>
              <w:rPr>
                <w:b/>
                <w:color w:val="22312C"/>
              </w:rPr>
              <w:t>Gute Nacht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2DC356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شەوشاد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ABA3F6" w14:textId="77777777" w:rsidR="00D31675" w:rsidRDefault="00000000">
            <w:r>
              <w:rPr>
                <w:i/>
                <w:color w:val="5A6A64"/>
                <w:sz w:val="19"/>
              </w:rPr>
              <w:t>Şewşad</w:t>
            </w:r>
          </w:p>
        </w:tc>
      </w:tr>
      <w:tr w:rsidR="00D31675" w14:paraId="73322A5F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7DA032E" w14:textId="77777777" w:rsidR="00D31675" w:rsidRDefault="00000000">
            <w:r>
              <w:rPr>
                <w:b/>
                <w:color w:val="22312C"/>
              </w:rPr>
              <w:t>Auf Wiedersehen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B8F313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ماڵئاوا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F51E104" w14:textId="77777777" w:rsidR="00D31675" w:rsidRDefault="00000000">
            <w:r>
              <w:rPr>
                <w:i/>
                <w:color w:val="5A6A64"/>
                <w:sz w:val="19"/>
              </w:rPr>
              <w:t>Maḷ awa</w:t>
            </w:r>
          </w:p>
        </w:tc>
      </w:tr>
      <w:tr w:rsidR="00D31675" w14:paraId="7D7DA106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6908023" w14:textId="77777777" w:rsidR="00D31675" w:rsidRDefault="00000000">
            <w:r>
              <w:rPr>
                <w:b/>
                <w:color w:val="22312C"/>
              </w:rPr>
              <w:t>Danke (schön)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090A1B2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زۆر سوپاس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798017B" w14:textId="77777777" w:rsidR="00D31675" w:rsidRDefault="00000000">
            <w:r>
              <w:rPr>
                <w:i/>
                <w:color w:val="5A6A64"/>
                <w:sz w:val="19"/>
              </w:rPr>
              <w:t>Zor supas</w:t>
            </w:r>
          </w:p>
        </w:tc>
      </w:tr>
      <w:tr w:rsidR="00D31675" w14:paraId="178EE0F6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7975F1C" w14:textId="77777777" w:rsidR="00D31675" w:rsidRDefault="00000000">
            <w:r>
              <w:rPr>
                <w:b/>
                <w:color w:val="22312C"/>
              </w:rPr>
              <w:t>Gern geschehen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5289FA5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شایانی نییە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2815B0D" w14:textId="77777777" w:rsidR="00D31675" w:rsidRDefault="00000000">
            <w:r>
              <w:rPr>
                <w:i/>
                <w:color w:val="5A6A64"/>
                <w:sz w:val="19"/>
              </w:rPr>
              <w:t>Şayanî nîye</w:t>
            </w:r>
          </w:p>
        </w:tc>
      </w:tr>
      <w:tr w:rsidR="00D31675" w14:paraId="6D8911D3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F58EBAC" w14:textId="77777777" w:rsidR="00D31675" w:rsidRDefault="00000000">
            <w:r>
              <w:rPr>
                <w:b/>
                <w:color w:val="22312C"/>
              </w:rPr>
              <w:t>Bitte (Aufforderung)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1560910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تکایە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CA69404" w14:textId="77777777" w:rsidR="00D31675" w:rsidRDefault="00000000">
            <w:r>
              <w:rPr>
                <w:i/>
                <w:color w:val="5A6A64"/>
                <w:sz w:val="19"/>
              </w:rPr>
              <w:t>Tikaye</w:t>
            </w:r>
          </w:p>
        </w:tc>
      </w:tr>
      <w:tr w:rsidR="00D31675" w14:paraId="6754FB6E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E7DCA95" w14:textId="77777777" w:rsidR="00D31675" w:rsidRDefault="00000000">
            <w:r>
              <w:rPr>
                <w:b/>
                <w:color w:val="22312C"/>
              </w:rPr>
              <w:t>Entschuldigung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AD1846D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ببورە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2D242AE" w14:textId="77777777" w:rsidR="00D31675" w:rsidRDefault="00000000">
            <w:r>
              <w:rPr>
                <w:i/>
                <w:color w:val="5A6A64"/>
                <w:sz w:val="19"/>
              </w:rPr>
              <w:t>Bibûre</w:t>
            </w:r>
          </w:p>
        </w:tc>
      </w:tr>
      <w:tr w:rsidR="00D31675" w14:paraId="509FFFAD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3E8C38" w14:textId="77777777" w:rsidR="00D31675" w:rsidRDefault="00000000">
            <w:r>
              <w:rPr>
                <w:b/>
                <w:color w:val="22312C"/>
              </w:rPr>
              <w:t>Ja / Nein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4961157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ئەرێ / نا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C241E02" w14:textId="77777777" w:rsidR="00D31675" w:rsidRDefault="00000000">
            <w:r>
              <w:rPr>
                <w:i/>
                <w:color w:val="5A6A64"/>
                <w:sz w:val="19"/>
              </w:rPr>
              <w:t>Erê / Na</w:t>
            </w:r>
          </w:p>
        </w:tc>
      </w:tr>
      <w:tr w:rsidR="00D31675" w14:paraId="569C349C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5207E98" w14:textId="77777777" w:rsidR="00D31675" w:rsidRDefault="00000000">
            <w:r>
              <w:rPr>
                <w:b/>
                <w:color w:val="22312C"/>
              </w:rPr>
              <w:t>Kein Problem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A55286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کێشە نییە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5BDF8E" w14:textId="77777777" w:rsidR="00D31675" w:rsidRDefault="00000000">
            <w:r>
              <w:rPr>
                <w:i/>
                <w:color w:val="5A6A64"/>
                <w:sz w:val="19"/>
              </w:rPr>
              <w:t>Kêşe nîye</w:t>
            </w:r>
          </w:p>
        </w:tc>
      </w:tr>
    </w:tbl>
    <w:p w14:paraId="38EC7DF5" w14:textId="77777777" w:rsidR="005A7B14" w:rsidRDefault="005A7B14">
      <w:pPr>
        <w:spacing w:before="280" w:after="80"/>
        <w:rPr>
          <w:b/>
          <w:color w:val="0A4D40"/>
          <w:sz w:val="28"/>
        </w:rPr>
      </w:pPr>
    </w:p>
    <w:p w14:paraId="622160AF" w14:textId="77777777" w:rsidR="005A7B14" w:rsidRDefault="005A7B14">
      <w:pPr>
        <w:rPr>
          <w:b/>
          <w:color w:val="0A4D40"/>
          <w:sz w:val="28"/>
        </w:rPr>
      </w:pPr>
      <w:r>
        <w:rPr>
          <w:b/>
          <w:color w:val="0A4D40"/>
          <w:sz w:val="28"/>
        </w:rPr>
        <w:br w:type="page"/>
      </w:r>
    </w:p>
    <w:p w14:paraId="419B1F56" w14:textId="63A8E9E2" w:rsidR="00D31675" w:rsidRDefault="00000000">
      <w:pPr>
        <w:spacing w:before="280" w:after="80"/>
      </w:pPr>
      <w:r>
        <w:rPr>
          <w:b/>
          <w:color w:val="0A4D40"/>
          <w:sz w:val="28"/>
        </w:rPr>
        <w:lastRenderedPageBreak/>
        <w:t xml:space="preserve">2.  Sich vorstellen   </w:t>
      </w:r>
      <w:r w:rsidRPr="005A7B14">
        <w:rPr>
          <w:rFonts w:ascii="ABD BOTAN" w:hAnsi="ABD BOTAN" w:cs="ABD BOTAN"/>
          <w:b/>
          <w:color w:val="0E7C66"/>
          <w:sz w:val="24"/>
          <w:rtl/>
        </w:rPr>
        <w:t>خۆ ناساندن</w:t>
      </w:r>
    </w:p>
    <w:tbl>
      <w:tblPr>
        <w:tblW w:w="0" w:type="auto"/>
        <w:jc w:val="center"/>
        <w:tblBorders>
          <w:top w:val="single" w:sz="4" w:space="0" w:color="CFE3DB"/>
          <w:left w:val="single" w:sz="4" w:space="0" w:color="CFE3DB"/>
          <w:bottom w:val="single" w:sz="4" w:space="0" w:color="CFE3DB"/>
          <w:right w:val="single" w:sz="4" w:space="0" w:color="CFE3DB"/>
          <w:insideH w:val="single" w:sz="4" w:space="0" w:color="CFE3DB"/>
          <w:insideV w:val="single" w:sz="4" w:space="0" w:color="CFE3DB"/>
        </w:tblBorders>
        <w:tblLayout w:type="fixed"/>
        <w:tblLook w:val="04A0" w:firstRow="1" w:lastRow="0" w:firstColumn="1" w:lastColumn="0" w:noHBand="0" w:noVBand="1"/>
      </w:tblPr>
      <w:tblGrid>
        <w:gridCol w:w="3628"/>
        <w:gridCol w:w="3288"/>
        <w:gridCol w:w="2948"/>
      </w:tblGrid>
      <w:tr w:rsidR="00D31675" w14:paraId="3C082DC8" w14:textId="77777777" w:rsidTr="005A7B14">
        <w:trPr>
          <w:trHeight w:val="407"/>
          <w:jc w:val="center"/>
        </w:trPr>
        <w:tc>
          <w:tcPr>
            <w:tcW w:w="362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70DF7D6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DEUTSCH</w:t>
            </w:r>
          </w:p>
        </w:tc>
        <w:tc>
          <w:tcPr>
            <w:tcW w:w="328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DE9C586" w14:textId="44410FC8" w:rsidR="00D31675" w:rsidRDefault="005A7B14" w:rsidP="005A7B14">
            <w:pPr>
              <w:bidi/>
              <w:jc w:val="center"/>
            </w:pPr>
            <w:proofErr w:type="spellStart"/>
            <w:r w:rsidRPr="005A7B14">
              <w:rPr>
                <w:rFonts w:ascii="ABD BOTAN" w:hAnsi="ABD BOTAN" w:cs="ABD BOTAN" w:hint="cs"/>
                <w:b/>
                <w:color w:val="FFFFFF"/>
                <w:sz w:val="24"/>
                <w:rtl/>
              </w:rPr>
              <w:t>کوردی</w:t>
            </w:r>
            <w:proofErr w:type="spellEnd"/>
          </w:p>
        </w:tc>
        <w:tc>
          <w:tcPr>
            <w:tcW w:w="294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C4B9E64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AUSSPRACHE</w:t>
            </w:r>
          </w:p>
        </w:tc>
      </w:tr>
      <w:tr w:rsidR="00D31675" w14:paraId="1D8133F5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0D12820" w14:textId="77777777" w:rsidR="00D31675" w:rsidRDefault="00000000">
            <w:r>
              <w:rPr>
                <w:b/>
                <w:color w:val="22312C"/>
              </w:rPr>
              <w:t xml:space="preserve">Wie </w:t>
            </w:r>
            <w:proofErr w:type="spellStart"/>
            <w:r>
              <w:rPr>
                <w:b/>
                <w:color w:val="22312C"/>
              </w:rPr>
              <w:t>heißt</w:t>
            </w:r>
            <w:proofErr w:type="spellEnd"/>
            <w:r>
              <w:rPr>
                <w:b/>
                <w:color w:val="22312C"/>
              </w:rPr>
              <w:t xml:space="preserve"> du?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2FD1EA2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ناوت چییە؟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8CD983" w14:textId="77777777" w:rsidR="00D31675" w:rsidRDefault="00000000">
            <w:r>
              <w:rPr>
                <w:i/>
                <w:color w:val="5A6A64"/>
                <w:sz w:val="19"/>
              </w:rPr>
              <w:t>Nawit çîye?</w:t>
            </w:r>
          </w:p>
        </w:tc>
      </w:tr>
      <w:tr w:rsidR="00D31675" w14:paraId="7C4395D2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0B30EC8" w14:textId="77777777" w:rsidR="00D31675" w:rsidRDefault="00000000">
            <w:r>
              <w:rPr>
                <w:b/>
                <w:color w:val="22312C"/>
              </w:rPr>
              <w:t>Ich heiße …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4ABAC9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ناوم … ـە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DECB0B2" w14:textId="77777777" w:rsidR="00D31675" w:rsidRDefault="00000000">
            <w:r>
              <w:rPr>
                <w:i/>
                <w:color w:val="5A6A64"/>
                <w:sz w:val="19"/>
              </w:rPr>
              <w:t>Nawim … e</w:t>
            </w:r>
          </w:p>
        </w:tc>
      </w:tr>
      <w:tr w:rsidR="00D31675" w14:paraId="24E8575A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7D78E8D" w14:textId="77777777" w:rsidR="00D31675" w:rsidRDefault="00000000">
            <w:r>
              <w:rPr>
                <w:b/>
                <w:color w:val="22312C"/>
              </w:rPr>
              <w:t>Woher kommst du?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849B67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خەڵکی کوێیت؟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4A92A4" w14:textId="77777777" w:rsidR="00D31675" w:rsidRDefault="00000000">
            <w:r>
              <w:rPr>
                <w:i/>
                <w:color w:val="5A6A64"/>
                <w:sz w:val="19"/>
              </w:rPr>
              <w:t>Xelkî kwêyt?</w:t>
            </w:r>
          </w:p>
        </w:tc>
      </w:tr>
      <w:tr w:rsidR="00D31675" w14:paraId="7F5A51D6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06BCCE6" w14:textId="77777777" w:rsidR="00D31675" w:rsidRDefault="00000000">
            <w:r>
              <w:rPr>
                <w:b/>
                <w:color w:val="22312C"/>
              </w:rPr>
              <w:t>Ich komme aus …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A0512F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من خەڵکی … م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B574E0F" w14:textId="77777777" w:rsidR="00D31675" w:rsidRDefault="00000000">
            <w:r>
              <w:rPr>
                <w:i/>
                <w:color w:val="5A6A64"/>
                <w:sz w:val="19"/>
              </w:rPr>
              <w:t>Min xelkî … im</w:t>
            </w:r>
          </w:p>
        </w:tc>
      </w:tr>
      <w:tr w:rsidR="00D31675" w14:paraId="3B8BB9FD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7028E61" w14:textId="77777777" w:rsidR="00D31675" w:rsidRDefault="00000000">
            <w:r>
              <w:rPr>
                <w:b/>
                <w:color w:val="22312C"/>
              </w:rPr>
              <w:t>Ich wohne in …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81D0105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لە … دەژیم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BBCF83B" w14:textId="77777777" w:rsidR="00D31675" w:rsidRDefault="00000000">
            <w:r>
              <w:rPr>
                <w:i/>
                <w:color w:val="5A6A64"/>
                <w:sz w:val="19"/>
              </w:rPr>
              <w:t>Le … dejîm</w:t>
            </w:r>
          </w:p>
        </w:tc>
      </w:tr>
      <w:tr w:rsidR="00D31675" w14:paraId="0F060B85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A6AEE7B" w14:textId="77777777" w:rsidR="00D31675" w:rsidRDefault="00000000">
            <w:r>
              <w:rPr>
                <w:b/>
                <w:color w:val="22312C"/>
              </w:rPr>
              <w:t>Freut mich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34BE123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شادمانم بە ناسینت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108F0AE" w14:textId="77777777" w:rsidR="00D31675" w:rsidRDefault="00000000">
            <w:r>
              <w:rPr>
                <w:i/>
                <w:color w:val="5A6A64"/>
                <w:sz w:val="19"/>
              </w:rPr>
              <w:t>Şadmanim be nasînit</w:t>
            </w:r>
          </w:p>
        </w:tc>
      </w:tr>
      <w:tr w:rsidR="00D31675" w14:paraId="2B2044D7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5F4ABA7" w14:textId="77777777" w:rsidR="00D31675" w:rsidRDefault="00000000">
            <w:r>
              <w:rPr>
                <w:b/>
                <w:color w:val="22312C"/>
              </w:rPr>
              <w:t>Wie geht es Ihnen?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66A2AAA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چۆنیت؟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1F3A57B" w14:textId="77777777" w:rsidR="00D31675" w:rsidRDefault="00000000">
            <w:r>
              <w:rPr>
                <w:i/>
                <w:color w:val="5A6A64"/>
                <w:sz w:val="19"/>
              </w:rPr>
              <w:t>Çonît?</w:t>
            </w:r>
          </w:p>
        </w:tc>
      </w:tr>
      <w:tr w:rsidR="00D31675" w14:paraId="396737D1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FFDA7D4" w14:textId="77777777" w:rsidR="00D31675" w:rsidRDefault="00000000">
            <w:r>
              <w:rPr>
                <w:b/>
                <w:color w:val="22312C"/>
              </w:rPr>
              <w:t>Mir geht es gut, danke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1C1A94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باشم، سوپاس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E3459D5" w14:textId="77777777" w:rsidR="00D31675" w:rsidRDefault="00000000">
            <w:r>
              <w:rPr>
                <w:i/>
                <w:color w:val="5A6A64"/>
                <w:sz w:val="19"/>
              </w:rPr>
              <w:t>Başim, supas</w:t>
            </w:r>
          </w:p>
        </w:tc>
      </w:tr>
    </w:tbl>
    <w:p w14:paraId="6E3B5C81" w14:textId="77777777" w:rsidR="005A7B14" w:rsidRDefault="005A7B14">
      <w:pPr>
        <w:spacing w:before="280" w:after="80"/>
        <w:rPr>
          <w:b/>
          <w:color w:val="0A4D40"/>
          <w:sz w:val="28"/>
        </w:rPr>
      </w:pPr>
    </w:p>
    <w:p w14:paraId="41A0CCA3" w14:textId="77777777" w:rsidR="005A7B14" w:rsidRDefault="005A7B14">
      <w:pPr>
        <w:rPr>
          <w:b/>
          <w:color w:val="0A4D40"/>
          <w:sz w:val="28"/>
        </w:rPr>
      </w:pPr>
      <w:r>
        <w:rPr>
          <w:b/>
          <w:color w:val="0A4D40"/>
          <w:sz w:val="28"/>
        </w:rPr>
        <w:br w:type="page"/>
      </w:r>
    </w:p>
    <w:p w14:paraId="47D514EF" w14:textId="7658A437" w:rsidR="00D31675" w:rsidRDefault="00000000">
      <w:pPr>
        <w:spacing w:before="280" w:after="80"/>
      </w:pPr>
      <w:r>
        <w:rPr>
          <w:b/>
          <w:color w:val="0A4D40"/>
          <w:sz w:val="28"/>
        </w:rPr>
        <w:lastRenderedPageBreak/>
        <w:t xml:space="preserve">3.  Verständigung   </w:t>
      </w:r>
      <w:r w:rsidRPr="005A7B14">
        <w:rPr>
          <w:rFonts w:ascii="ABD BOTAN" w:hAnsi="ABD BOTAN" w:cs="ABD BOTAN" w:hint="cs"/>
          <w:b/>
          <w:color w:val="0E7C66"/>
          <w:sz w:val="24"/>
          <w:rtl/>
        </w:rPr>
        <w:t>تێگەیشتن</w:t>
      </w:r>
    </w:p>
    <w:tbl>
      <w:tblPr>
        <w:tblW w:w="0" w:type="auto"/>
        <w:jc w:val="center"/>
        <w:tblBorders>
          <w:top w:val="single" w:sz="4" w:space="0" w:color="CFE3DB"/>
          <w:left w:val="single" w:sz="4" w:space="0" w:color="CFE3DB"/>
          <w:bottom w:val="single" w:sz="4" w:space="0" w:color="CFE3DB"/>
          <w:right w:val="single" w:sz="4" w:space="0" w:color="CFE3DB"/>
          <w:insideH w:val="single" w:sz="4" w:space="0" w:color="CFE3DB"/>
          <w:insideV w:val="single" w:sz="4" w:space="0" w:color="CFE3DB"/>
        </w:tblBorders>
        <w:tblLayout w:type="fixed"/>
        <w:tblLook w:val="04A0" w:firstRow="1" w:lastRow="0" w:firstColumn="1" w:lastColumn="0" w:noHBand="0" w:noVBand="1"/>
      </w:tblPr>
      <w:tblGrid>
        <w:gridCol w:w="3628"/>
        <w:gridCol w:w="3288"/>
        <w:gridCol w:w="2948"/>
      </w:tblGrid>
      <w:tr w:rsidR="00D31675" w14:paraId="78E996E4" w14:textId="77777777">
        <w:trPr>
          <w:jc w:val="center"/>
        </w:trPr>
        <w:tc>
          <w:tcPr>
            <w:tcW w:w="362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490DDA7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DEUTSCH</w:t>
            </w:r>
          </w:p>
        </w:tc>
        <w:tc>
          <w:tcPr>
            <w:tcW w:w="328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4943EC9" w14:textId="454C2F00" w:rsidR="00D31675" w:rsidRDefault="005A7B14" w:rsidP="005A7B14">
            <w:pPr>
              <w:bidi/>
              <w:jc w:val="center"/>
            </w:pPr>
            <w:proofErr w:type="spellStart"/>
            <w:r w:rsidRPr="005A7B14">
              <w:rPr>
                <w:rFonts w:ascii="ABD BOTAN" w:hAnsi="ABD BOTAN" w:cs="ABD BOTAN" w:hint="cs"/>
                <w:b/>
                <w:color w:val="FFFFFF"/>
                <w:sz w:val="24"/>
                <w:rtl/>
              </w:rPr>
              <w:t>کوردی</w:t>
            </w:r>
            <w:proofErr w:type="spellEnd"/>
          </w:p>
        </w:tc>
        <w:tc>
          <w:tcPr>
            <w:tcW w:w="294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6398D2B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AUSSPRACHE</w:t>
            </w:r>
          </w:p>
        </w:tc>
      </w:tr>
      <w:tr w:rsidR="00D31675" w14:paraId="0393E1D0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44E94BA" w14:textId="77777777" w:rsidR="00D31675" w:rsidRDefault="00000000">
            <w:r>
              <w:rPr>
                <w:b/>
                <w:color w:val="22312C"/>
              </w:rPr>
              <w:t>Ich verstehe nicht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5AC6CA0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تێناگەم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2D013CA" w14:textId="77777777" w:rsidR="00D31675" w:rsidRDefault="00000000">
            <w:r>
              <w:rPr>
                <w:i/>
                <w:color w:val="5A6A64"/>
                <w:sz w:val="19"/>
              </w:rPr>
              <w:t>Tênagem</w:t>
            </w:r>
          </w:p>
        </w:tc>
      </w:tr>
      <w:tr w:rsidR="00D31675" w14:paraId="788180BD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4A893B" w14:textId="77777777" w:rsidR="00D31675" w:rsidRDefault="00000000">
            <w:r>
              <w:rPr>
                <w:b/>
                <w:color w:val="22312C"/>
              </w:rPr>
              <w:t>Ich verstehe (jetzt)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57F94C3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تێگەیشتم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7AEA76" w14:textId="77777777" w:rsidR="00D31675" w:rsidRDefault="00000000">
            <w:r>
              <w:rPr>
                <w:i/>
                <w:color w:val="5A6A64"/>
                <w:sz w:val="19"/>
              </w:rPr>
              <w:t>Têgeyiştim</w:t>
            </w:r>
          </w:p>
        </w:tc>
      </w:tr>
      <w:tr w:rsidR="00D31675" w14:paraId="46BBE548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B34C4A1" w14:textId="77777777" w:rsidR="00D31675" w:rsidRDefault="00000000">
            <w:r>
              <w:rPr>
                <w:b/>
                <w:color w:val="22312C"/>
              </w:rPr>
              <w:t>Bitte langsamer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268129A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تکایە هێواشتر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D9E8E09" w14:textId="77777777" w:rsidR="00D31675" w:rsidRDefault="00000000">
            <w:r>
              <w:rPr>
                <w:i/>
                <w:color w:val="5A6A64"/>
                <w:sz w:val="19"/>
              </w:rPr>
              <w:t>Tikaye hêwaştir</w:t>
            </w:r>
          </w:p>
        </w:tc>
      </w:tr>
      <w:tr w:rsidR="00D31675" w14:paraId="7E966580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157D84B" w14:textId="77777777" w:rsidR="00D31675" w:rsidRDefault="00000000">
            <w:r>
              <w:rPr>
                <w:b/>
                <w:color w:val="22312C"/>
              </w:rPr>
              <w:t>Können Sie das wiederholen?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211869F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دەکرێت دووبارەی بکەیتەوە؟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5663F47" w14:textId="77777777" w:rsidR="00D31675" w:rsidRDefault="00000000">
            <w:r>
              <w:rPr>
                <w:i/>
                <w:color w:val="5A6A64"/>
                <w:sz w:val="19"/>
              </w:rPr>
              <w:t>Dekrêt dûbarey bikeytewe?</w:t>
            </w:r>
          </w:p>
        </w:tc>
      </w:tr>
      <w:tr w:rsidR="00D31675" w14:paraId="2C5779D6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C0D01D" w14:textId="77777777" w:rsidR="00D31675" w:rsidRDefault="00000000">
            <w:r>
              <w:rPr>
                <w:b/>
                <w:color w:val="22312C"/>
              </w:rPr>
              <w:t>Sprechen Sie Englisch?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FCE90B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ئینگلیزی دەزانیت؟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E84EBD0" w14:textId="77777777" w:rsidR="00D31675" w:rsidRDefault="00000000">
            <w:r>
              <w:rPr>
                <w:i/>
                <w:color w:val="5A6A64"/>
                <w:sz w:val="19"/>
              </w:rPr>
              <w:t>Îngilîzî dezanît?</w:t>
            </w:r>
          </w:p>
        </w:tc>
      </w:tr>
      <w:tr w:rsidR="00D31675" w14:paraId="41A78192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2E9C71B" w14:textId="77777777" w:rsidR="00D31675" w:rsidRDefault="00000000">
            <w:r>
              <w:rPr>
                <w:b/>
                <w:color w:val="22312C"/>
              </w:rPr>
              <w:t>Ich spreche nur wenig Deutsch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D8831C5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تەنها کەمێک ئەڵمانی دەزانم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CEA4009" w14:textId="77777777" w:rsidR="00D31675" w:rsidRDefault="00000000">
            <w:r>
              <w:rPr>
                <w:i/>
                <w:color w:val="5A6A64"/>
                <w:sz w:val="19"/>
              </w:rPr>
              <w:t>Tenha kemêk elmanî dezanim</w:t>
            </w:r>
          </w:p>
        </w:tc>
      </w:tr>
      <w:tr w:rsidR="00D31675" w14:paraId="2A1BEAC6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22291E2" w14:textId="77777777" w:rsidR="00D31675" w:rsidRDefault="00000000">
            <w:r>
              <w:rPr>
                <w:b/>
                <w:color w:val="22312C"/>
              </w:rPr>
              <w:t>Ich brauche einen Dolmetscher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436EC2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پێویستم بە وەرگێڕ هەیە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CFCD249" w14:textId="77777777" w:rsidR="00D31675" w:rsidRDefault="00000000">
            <w:r>
              <w:rPr>
                <w:i/>
                <w:color w:val="5A6A64"/>
                <w:sz w:val="19"/>
              </w:rPr>
              <w:t>Pêwîstim be wergêr heye</w:t>
            </w:r>
          </w:p>
        </w:tc>
      </w:tr>
      <w:tr w:rsidR="00D31675" w14:paraId="483F0804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C0A86E0" w14:textId="77777777" w:rsidR="00D31675" w:rsidRDefault="00000000">
            <w:r>
              <w:rPr>
                <w:b/>
                <w:color w:val="22312C"/>
              </w:rPr>
              <w:t>Wie sagt man … auf Deutsch?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E4E3CB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… بە ئەڵمانی چۆن دەوترێت؟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03A0DE" w14:textId="77777777" w:rsidR="00D31675" w:rsidRDefault="00000000">
            <w:r>
              <w:rPr>
                <w:i/>
                <w:color w:val="5A6A64"/>
                <w:sz w:val="19"/>
              </w:rPr>
              <w:t>… be elmanî çon dewtrêt?</w:t>
            </w:r>
          </w:p>
        </w:tc>
      </w:tr>
    </w:tbl>
    <w:p w14:paraId="3523511A" w14:textId="77777777" w:rsidR="00D31675" w:rsidRDefault="00000000">
      <w:pPr>
        <w:spacing w:before="280" w:after="80"/>
      </w:pPr>
      <w:r>
        <w:rPr>
          <w:b/>
          <w:color w:val="0A4D40"/>
          <w:sz w:val="28"/>
        </w:rPr>
        <w:t xml:space="preserve">4.  Zahlen   </w:t>
      </w:r>
      <w:r w:rsidRPr="005A7B14">
        <w:rPr>
          <w:rFonts w:ascii="ABD BOTAN" w:hAnsi="ABD BOTAN" w:cs="ABD BOTAN" w:hint="cs"/>
          <w:b/>
          <w:color w:val="0E7C66"/>
          <w:sz w:val="24"/>
          <w:rtl/>
        </w:rPr>
        <w:t>ژمارەکان</w:t>
      </w:r>
    </w:p>
    <w:tbl>
      <w:tblPr>
        <w:tblW w:w="0" w:type="auto"/>
        <w:jc w:val="center"/>
        <w:tblBorders>
          <w:top w:val="single" w:sz="4" w:space="0" w:color="CFE3DB"/>
          <w:left w:val="single" w:sz="4" w:space="0" w:color="CFE3DB"/>
          <w:bottom w:val="single" w:sz="4" w:space="0" w:color="CFE3DB"/>
          <w:right w:val="single" w:sz="4" w:space="0" w:color="CFE3DB"/>
          <w:insideH w:val="single" w:sz="4" w:space="0" w:color="CFE3DB"/>
          <w:insideV w:val="single" w:sz="4" w:space="0" w:color="CFE3DB"/>
        </w:tblBorders>
        <w:tblLayout w:type="fixed"/>
        <w:tblLook w:val="04A0" w:firstRow="1" w:lastRow="0" w:firstColumn="1" w:lastColumn="0" w:noHBand="0" w:noVBand="1"/>
      </w:tblPr>
      <w:tblGrid>
        <w:gridCol w:w="3628"/>
        <w:gridCol w:w="3288"/>
        <w:gridCol w:w="2948"/>
      </w:tblGrid>
      <w:tr w:rsidR="00D31675" w14:paraId="4D5A99BF" w14:textId="77777777">
        <w:trPr>
          <w:jc w:val="center"/>
        </w:trPr>
        <w:tc>
          <w:tcPr>
            <w:tcW w:w="362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6EB2F82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DEUTSCH</w:t>
            </w:r>
          </w:p>
        </w:tc>
        <w:tc>
          <w:tcPr>
            <w:tcW w:w="328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78A58A2" w14:textId="28A88196" w:rsidR="00D31675" w:rsidRDefault="005A7B14" w:rsidP="005A7B14">
            <w:pPr>
              <w:bidi/>
              <w:jc w:val="center"/>
            </w:pPr>
            <w:proofErr w:type="spellStart"/>
            <w:r w:rsidRPr="005A7B14">
              <w:rPr>
                <w:rFonts w:ascii="ABD BOTAN" w:hAnsi="ABD BOTAN" w:cs="ABD BOTAN" w:hint="cs"/>
                <w:b/>
                <w:color w:val="FFFFFF"/>
                <w:sz w:val="24"/>
                <w:rtl/>
              </w:rPr>
              <w:t>کوردی</w:t>
            </w:r>
            <w:proofErr w:type="spellEnd"/>
          </w:p>
        </w:tc>
        <w:tc>
          <w:tcPr>
            <w:tcW w:w="294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77007E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AUSSPRACHE</w:t>
            </w:r>
          </w:p>
        </w:tc>
      </w:tr>
      <w:tr w:rsidR="00D31675" w14:paraId="771CAB5B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7C9022A" w14:textId="77777777" w:rsidR="00D31675" w:rsidRDefault="00000000">
            <w:r>
              <w:rPr>
                <w:b/>
                <w:color w:val="22312C"/>
              </w:rPr>
              <w:t>0 / 1 / 2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564D907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سفر / یەک / دوو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8E6BE3A" w14:textId="77777777" w:rsidR="00D31675" w:rsidRDefault="00000000">
            <w:r>
              <w:rPr>
                <w:i/>
                <w:color w:val="5A6A64"/>
                <w:sz w:val="19"/>
              </w:rPr>
              <w:t>sifir / yek / dû</w:t>
            </w:r>
          </w:p>
        </w:tc>
      </w:tr>
      <w:tr w:rsidR="00D31675" w14:paraId="58A3BF11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E6BEAB" w14:textId="77777777" w:rsidR="00D31675" w:rsidRDefault="00000000">
            <w:r>
              <w:rPr>
                <w:b/>
                <w:color w:val="22312C"/>
              </w:rPr>
              <w:t>3 / 4 / 5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C2D5C4C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سێ / چوار / پێنج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3A8F99" w14:textId="77777777" w:rsidR="00D31675" w:rsidRDefault="00000000">
            <w:r>
              <w:rPr>
                <w:i/>
                <w:color w:val="5A6A64"/>
                <w:sz w:val="19"/>
              </w:rPr>
              <w:t>sê / çwar / pênc</w:t>
            </w:r>
          </w:p>
        </w:tc>
      </w:tr>
      <w:tr w:rsidR="00D31675" w14:paraId="1C751DC0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CE5CAE4" w14:textId="77777777" w:rsidR="00D31675" w:rsidRDefault="00000000">
            <w:r>
              <w:rPr>
                <w:b/>
                <w:color w:val="22312C"/>
              </w:rPr>
              <w:t>6 / 7 / 8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6A54CE5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شەش / هەفت / هەشت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E83AC47" w14:textId="77777777" w:rsidR="00D31675" w:rsidRDefault="00000000">
            <w:r>
              <w:rPr>
                <w:i/>
                <w:color w:val="5A6A64"/>
                <w:sz w:val="19"/>
              </w:rPr>
              <w:t>şeş / heft / heşt</w:t>
            </w:r>
          </w:p>
        </w:tc>
      </w:tr>
      <w:tr w:rsidR="00D31675" w14:paraId="1FA61A04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4030F43" w14:textId="77777777" w:rsidR="00D31675" w:rsidRDefault="00000000">
            <w:r>
              <w:rPr>
                <w:b/>
                <w:color w:val="22312C"/>
              </w:rPr>
              <w:t>9 / 10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46D663E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نۆ / دە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F81763" w14:textId="77777777" w:rsidR="00D31675" w:rsidRDefault="00000000">
            <w:r>
              <w:rPr>
                <w:i/>
                <w:color w:val="5A6A64"/>
                <w:sz w:val="19"/>
              </w:rPr>
              <w:t>no / de</w:t>
            </w:r>
          </w:p>
        </w:tc>
      </w:tr>
      <w:tr w:rsidR="00D31675" w14:paraId="1786CAC9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40D841" w14:textId="77777777" w:rsidR="00D31675" w:rsidRDefault="00000000">
            <w:r>
              <w:rPr>
                <w:b/>
                <w:color w:val="22312C"/>
              </w:rPr>
              <w:t>20 / 50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CB5166C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بیست / پەنجا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A29FAC9" w14:textId="77777777" w:rsidR="00D31675" w:rsidRDefault="00000000">
            <w:r>
              <w:rPr>
                <w:i/>
                <w:color w:val="5A6A64"/>
                <w:sz w:val="19"/>
              </w:rPr>
              <w:t>bîst / pence</w:t>
            </w:r>
          </w:p>
        </w:tc>
      </w:tr>
      <w:tr w:rsidR="00D31675" w14:paraId="73DD98EF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91E4BBA" w14:textId="77777777" w:rsidR="00D31675" w:rsidRDefault="00000000">
            <w:r>
              <w:rPr>
                <w:b/>
                <w:color w:val="22312C"/>
              </w:rPr>
              <w:t>100 / 1000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4BD5B9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سەد / هەزار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52C1B2" w14:textId="77777777" w:rsidR="00D31675" w:rsidRDefault="00000000">
            <w:r>
              <w:rPr>
                <w:i/>
                <w:color w:val="5A6A64"/>
                <w:sz w:val="19"/>
              </w:rPr>
              <w:t>sed / hezar</w:t>
            </w:r>
          </w:p>
        </w:tc>
      </w:tr>
    </w:tbl>
    <w:p w14:paraId="73FF8ABC" w14:textId="77777777" w:rsidR="005A7B14" w:rsidRDefault="005A7B14">
      <w:pPr>
        <w:spacing w:before="280" w:after="80"/>
        <w:rPr>
          <w:b/>
          <w:color w:val="0A4D40"/>
          <w:sz w:val="28"/>
        </w:rPr>
      </w:pPr>
    </w:p>
    <w:p w14:paraId="475EDF0A" w14:textId="77777777" w:rsidR="005A7B14" w:rsidRDefault="005A7B14">
      <w:pPr>
        <w:rPr>
          <w:b/>
          <w:color w:val="0A4D40"/>
          <w:sz w:val="28"/>
        </w:rPr>
      </w:pPr>
      <w:r>
        <w:rPr>
          <w:b/>
          <w:color w:val="0A4D40"/>
          <w:sz w:val="28"/>
        </w:rPr>
        <w:br w:type="page"/>
      </w:r>
    </w:p>
    <w:p w14:paraId="17410FC6" w14:textId="2D7A4968" w:rsidR="00D31675" w:rsidRDefault="00000000">
      <w:pPr>
        <w:spacing w:before="280" w:after="80"/>
      </w:pPr>
      <w:r>
        <w:rPr>
          <w:b/>
          <w:color w:val="0A4D40"/>
          <w:sz w:val="28"/>
        </w:rPr>
        <w:lastRenderedPageBreak/>
        <w:t xml:space="preserve">5.  Zeit &amp; Tage   </w:t>
      </w:r>
      <w:r w:rsidRPr="005A7B14">
        <w:rPr>
          <w:rFonts w:ascii="ABD BOTAN" w:hAnsi="ABD BOTAN" w:cs="ABD BOTAN" w:hint="cs"/>
          <w:b/>
          <w:color w:val="0E7C66"/>
          <w:sz w:val="24"/>
          <w:rtl/>
        </w:rPr>
        <w:t>کات و ڕۆژەکان</w:t>
      </w:r>
    </w:p>
    <w:tbl>
      <w:tblPr>
        <w:tblW w:w="0" w:type="auto"/>
        <w:jc w:val="center"/>
        <w:tblBorders>
          <w:top w:val="single" w:sz="4" w:space="0" w:color="CFE3DB"/>
          <w:left w:val="single" w:sz="4" w:space="0" w:color="CFE3DB"/>
          <w:bottom w:val="single" w:sz="4" w:space="0" w:color="CFE3DB"/>
          <w:right w:val="single" w:sz="4" w:space="0" w:color="CFE3DB"/>
          <w:insideH w:val="single" w:sz="4" w:space="0" w:color="CFE3DB"/>
          <w:insideV w:val="single" w:sz="4" w:space="0" w:color="CFE3DB"/>
        </w:tblBorders>
        <w:tblLayout w:type="fixed"/>
        <w:tblLook w:val="04A0" w:firstRow="1" w:lastRow="0" w:firstColumn="1" w:lastColumn="0" w:noHBand="0" w:noVBand="1"/>
      </w:tblPr>
      <w:tblGrid>
        <w:gridCol w:w="3628"/>
        <w:gridCol w:w="3288"/>
        <w:gridCol w:w="2948"/>
      </w:tblGrid>
      <w:tr w:rsidR="00D31675" w14:paraId="6B4685D3" w14:textId="77777777">
        <w:trPr>
          <w:jc w:val="center"/>
        </w:trPr>
        <w:tc>
          <w:tcPr>
            <w:tcW w:w="362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606D7A7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DEUTSCH</w:t>
            </w:r>
          </w:p>
        </w:tc>
        <w:tc>
          <w:tcPr>
            <w:tcW w:w="328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F8BE867" w14:textId="45F49271" w:rsidR="00D31675" w:rsidRDefault="005A7B14" w:rsidP="005A7B14">
            <w:pPr>
              <w:bidi/>
              <w:jc w:val="center"/>
            </w:pPr>
            <w:proofErr w:type="spellStart"/>
            <w:r w:rsidRPr="005A7B14">
              <w:rPr>
                <w:rFonts w:ascii="ABD BOTAN" w:hAnsi="ABD BOTAN" w:cs="ABD BOTAN" w:hint="cs"/>
                <w:b/>
                <w:color w:val="FFFFFF"/>
                <w:sz w:val="24"/>
                <w:rtl/>
              </w:rPr>
              <w:t>کوردی</w:t>
            </w:r>
            <w:proofErr w:type="spellEnd"/>
          </w:p>
        </w:tc>
        <w:tc>
          <w:tcPr>
            <w:tcW w:w="294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55F7CE0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AUSSPRACHE</w:t>
            </w:r>
          </w:p>
        </w:tc>
      </w:tr>
      <w:tr w:rsidR="00D31675" w14:paraId="33FD3A72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B88D170" w14:textId="77777777" w:rsidR="00D31675" w:rsidRDefault="00000000">
            <w:r>
              <w:rPr>
                <w:b/>
                <w:color w:val="22312C"/>
              </w:rPr>
              <w:t>Wie spät ist es?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D76AD0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کاژمێر چەندە؟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5297F15" w14:textId="77777777" w:rsidR="00D31675" w:rsidRDefault="00000000">
            <w:r>
              <w:rPr>
                <w:i/>
                <w:color w:val="5A6A64"/>
                <w:sz w:val="19"/>
              </w:rPr>
              <w:t>Kajmêr çende?</w:t>
            </w:r>
          </w:p>
        </w:tc>
      </w:tr>
      <w:tr w:rsidR="00D31675" w14:paraId="7EE8F0BE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4B7FDE2" w14:textId="77777777" w:rsidR="00D31675" w:rsidRDefault="00000000">
            <w:r>
              <w:rPr>
                <w:b/>
                <w:color w:val="22312C"/>
              </w:rPr>
              <w:t>heute / morgen / gestern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193921A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ئەمڕۆ / سبەینێ / دوێنێ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558E8D4" w14:textId="77777777" w:rsidR="00D31675" w:rsidRDefault="00000000">
            <w:r>
              <w:rPr>
                <w:i/>
                <w:color w:val="5A6A64"/>
                <w:sz w:val="19"/>
              </w:rPr>
              <w:t>Emro / Sibeynê / Dwênê</w:t>
            </w:r>
          </w:p>
        </w:tc>
      </w:tr>
      <w:tr w:rsidR="00D31675" w14:paraId="2D29F133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968A029" w14:textId="77777777" w:rsidR="00D31675" w:rsidRDefault="00000000">
            <w:r>
              <w:rPr>
                <w:b/>
                <w:color w:val="22312C"/>
              </w:rPr>
              <w:t>jetzt / später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DD51764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ئێستا / دواتر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2EF30A6" w14:textId="77777777" w:rsidR="00D31675" w:rsidRDefault="00000000">
            <w:r>
              <w:rPr>
                <w:i/>
                <w:color w:val="5A6A64"/>
                <w:sz w:val="19"/>
              </w:rPr>
              <w:t>Êsta / dwatir</w:t>
            </w:r>
          </w:p>
        </w:tc>
      </w:tr>
      <w:tr w:rsidR="00D31675" w14:paraId="56C735E7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D170167" w14:textId="77777777" w:rsidR="00D31675" w:rsidRDefault="00000000">
            <w:r>
              <w:rPr>
                <w:b/>
                <w:color w:val="22312C"/>
              </w:rPr>
              <w:t>Montag / Dienstag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69DAF06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دووشەممە / سێشەممە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A505484" w14:textId="77777777" w:rsidR="00D31675" w:rsidRDefault="00000000">
            <w:r>
              <w:rPr>
                <w:i/>
                <w:color w:val="5A6A64"/>
                <w:sz w:val="19"/>
              </w:rPr>
              <w:t>Dûşemme / Sêşemme</w:t>
            </w:r>
          </w:p>
        </w:tc>
      </w:tr>
      <w:tr w:rsidR="00D31675" w14:paraId="5113B6C3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6BB29D" w14:textId="77777777" w:rsidR="00D31675" w:rsidRDefault="00000000">
            <w:r>
              <w:rPr>
                <w:b/>
                <w:color w:val="22312C"/>
              </w:rPr>
              <w:t>Mittwoch / Donnerstag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5B006C1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چوارشەممە / پێنجشەممە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CFFEC2A" w14:textId="77777777" w:rsidR="00D31675" w:rsidRDefault="00000000">
            <w:r>
              <w:rPr>
                <w:i/>
                <w:color w:val="5A6A64"/>
                <w:sz w:val="19"/>
              </w:rPr>
              <w:t>Çwarşemme / Pêncşemme</w:t>
            </w:r>
          </w:p>
        </w:tc>
      </w:tr>
      <w:tr w:rsidR="00D31675" w14:paraId="37C4CFA0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C5736D2" w14:textId="77777777" w:rsidR="00D31675" w:rsidRDefault="00000000">
            <w:r>
              <w:rPr>
                <w:b/>
                <w:color w:val="22312C"/>
              </w:rPr>
              <w:t>Freitag / Samstag / Sonntag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8DF0A47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هەینی / شەممە / یەکشەممە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F9A2686" w14:textId="77777777" w:rsidR="00D31675" w:rsidRDefault="00000000">
            <w:r>
              <w:rPr>
                <w:i/>
                <w:color w:val="5A6A64"/>
                <w:sz w:val="19"/>
              </w:rPr>
              <w:t>Heynî / Şemme / Yekşemme</w:t>
            </w:r>
          </w:p>
        </w:tc>
      </w:tr>
    </w:tbl>
    <w:p w14:paraId="389FD7E8" w14:textId="77777777" w:rsidR="005A7B14" w:rsidRDefault="005A7B14">
      <w:pPr>
        <w:spacing w:before="280" w:after="80"/>
        <w:rPr>
          <w:b/>
          <w:color w:val="0A4D40"/>
          <w:sz w:val="28"/>
        </w:rPr>
      </w:pPr>
    </w:p>
    <w:p w14:paraId="145E0B03" w14:textId="672AAB8E" w:rsidR="00D31675" w:rsidRDefault="00000000">
      <w:pPr>
        <w:spacing w:before="280" w:after="80"/>
      </w:pPr>
      <w:r>
        <w:rPr>
          <w:b/>
          <w:color w:val="0A4D40"/>
          <w:sz w:val="28"/>
        </w:rPr>
        <w:t xml:space="preserve">6.  Unterwegs   </w:t>
      </w:r>
      <w:r w:rsidRPr="005A7B14">
        <w:rPr>
          <w:rFonts w:ascii="ABD BOTAN" w:hAnsi="ABD BOTAN" w:cs="ABD BOTAN" w:hint="cs"/>
          <w:b/>
          <w:color w:val="0E7C66"/>
          <w:sz w:val="24"/>
          <w:rtl/>
        </w:rPr>
        <w:t>لە ڕێگادا</w:t>
      </w:r>
    </w:p>
    <w:tbl>
      <w:tblPr>
        <w:tblW w:w="0" w:type="auto"/>
        <w:jc w:val="center"/>
        <w:tblBorders>
          <w:top w:val="single" w:sz="4" w:space="0" w:color="CFE3DB"/>
          <w:left w:val="single" w:sz="4" w:space="0" w:color="CFE3DB"/>
          <w:bottom w:val="single" w:sz="4" w:space="0" w:color="CFE3DB"/>
          <w:right w:val="single" w:sz="4" w:space="0" w:color="CFE3DB"/>
          <w:insideH w:val="single" w:sz="4" w:space="0" w:color="CFE3DB"/>
          <w:insideV w:val="single" w:sz="4" w:space="0" w:color="CFE3DB"/>
        </w:tblBorders>
        <w:tblLayout w:type="fixed"/>
        <w:tblLook w:val="04A0" w:firstRow="1" w:lastRow="0" w:firstColumn="1" w:lastColumn="0" w:noHBand="0" w:noVBand="1"/>
      </w:tblPr>
      <w:tblGrid>
        <w:gridCol w:w="3628"/>
        <w:gridCol w:w="3288"/>
        <w:gridCol w:w="2948"/>
      </w:tblGrid>
      <w:tr w:rsidR="00D31675" w14:paraId="7E35AD25" w14:textId="77777777">
        <w:trPr>
          <w:jc w:val="center"/>
        </w:trPr>
        <w:tc>
          <w:tcPr>
            <w:tcW w:w="362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6D93C6A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DEUTSCH</w:t>
            </w:r>
          </w:p>
        </w:tc>
        <w:tc>
          <w:tcPr>
            <w:tcW w:w="328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6EFB5E8" w14:textId="4B84265F" w:rsidR="00D31675" w:rsidRDefault="005A7B14" w:rsidP="005A7B14">
            <w:pPr>
              <w:bidi/>
              <w:jc w:val="center"/>
            </w:pPr>
            <w:proofErr w:type="spellStart"/>
            <w:r w:rsidRPr="005A7B14">
              <w:rPr>
                <w:rFonts w:ascii="ABD BOTAN" w:hAnsi="ABD BOTAN" w:cs="ABD BOTAN" w:hint="cs"/>
                <w:b/>
                <w:color w:val="FFFFFF"/>
                <w:sz w:val="24"/>
                <w:rtl/>
              </w:rPr>
              <w:t>کوردی</w:t>
            </w:r>
            <w:proofErr w:type="spellEnd"/>
          </w:p>
        </w:tc>
        <w:tc>
          <w:tcPr>
            <w:tcW w:w="294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5224173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AUSSPRACHE</w:t>
            </w:r>
          </w:p>
        </w:tc>
      </w:tr>
      <w:tr w:rsidR="00D31675" w14:paraId="42349397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C405282" w14:textId="77777777" w:rsidR="00D31675" w:rsidRDefault="00000000">
            <w:r>
              <w:rPr>
                <w:b/>
                <w:color w:val="22312C"/>
              </w:rPr>
              <w:t>Wo ist …?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AAA3EFB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… لە کوێیە؟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3F29D4" w14:textId="77777777" w:rsidR="00D31675" w:rsidRDefault="00000000">
            <w:r>
              <w:rPr>
                <w:i/>
                <w:color w:val="5A6A64"/>
                <w:sz w:val="19"/>
              </w:rPr>
              <w:t>… le kwêye?</w:t>
            </w:r>
          </w:p>
        </w:tc>
      </w:tr>
      <w:tr w:rsidR="00D31675" w14:paraId="325E0D2F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60EDF25" w14:textId="77777777" w:rsidR="00D31675" w:rsidRDefault="00000000">
            <w:r>
              <w:rPr>
                <w:b/>
                <w:color w:val="22312C"/>
              </w:rPr>
              <w:t>links / rechts / geradeaus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937FBC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چەپ / ڕاست / ڕاست بڕۆ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C981B5A" w14:textId="77777777" w:rsidR="00D31675" w:rsidRDefault="00000000">
            <w:r>
              <w:rPr>
                <w:i/>
                <w:color w:val="5A6A64"/>
                <w:sz w:val="19"/>
              </w:rPr>
              <w:t>çep / rast / rast biro</w:t>
            </w:r>
          </w:p>
        </w:tc>
      </w:tr>
      <w:tr w:rsidR="00D31675" w14:paraId="03B9A7A0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D2C9479" w14:textId="77777777" w:rsidR="00D31675" w:rsidRDefault="00000000">
            <w:r>
              <w:rPr>
                <w:b/>
                <w:color w:val="22312C"/>
              </w:rPr>
              <w:t>Bahnhof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248BBFA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وێستگەی شەمەندەفەر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B602D61" w14:textId="77777777" w:rsidR="00D31675" w:rsidRDefault="00000000">
            <w:r>
              <w:rPr>
                <w:i/>
                <w:color w:val="5A6A64"/>
                <w:sz w:val="19"/>
              </w:rPr>
              <w:t>Wîstgey şemendefer</w:t>
            </w:r>
          </w:p>
        </w:tc>
      </w:tr>
      <w:tr w:rsidR="00D31675" w14:paraId="409D3B4B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460603F" w14:textId="77777777" w:rsidR="00D31675" w:rsidRDefault="00000000">
            <w:r>
              <w:rPr>
                <w:b/>
                <w:color w:val="22312C"/>
              </w:rPr>
              <w:t>Bushaltestelle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059106E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وەستگەی پاس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3D800A2" w14:textId="77777777" w:rsidR="00D31675" w:rsidRDefault="00000000">
            <w:r>
              <w:rPr>
                <w:i/>
                <w:color w:val="5A6A64"/>
                <w:sz w:val="19"/>
              </w:rPr>
              <w:t>Westgey pas</w:t>
            </w:r>
          </w:p>
        </w:tc>
      </w:tr>
      <w:tr w:rsidR="00D31675" w14:paraId="49AA0520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F87872" w14:textId="77777777" w:rsidR="00D31675" w:rsidRDefault="00000000">
            <w:r>
              <w:rPr>
                <w:b/>
                <w:color w:val="22312C"/>
              </w:rPr>
              <w:t>Wie komme ich nach …?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31A333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چۆن بگەم بە …؟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04ECA0C" w14:textId="77777777" w:rsidR="00D31675" w:rsidRDefault="00000000">
            <w:r>
              <w:rPr>
                <w:i/>
                <w:color w:val="5A6A64"/>
                <w:sz w:val="19"/>
              </w:rPr>
              <w:t>Çon bigem be …?</w:t>
            </w:r>
          </w:p>
        </w:tc>
      </w:tr>
      <w:tr w:rsidR="00D31675" w14:paraId="058F0736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938381" w14:textId="77777777" w:rsidR="00D31675" w:rsidRDefault="00000000">
            <w:r>
              <w:rPr>
                <w:b/>
                <w:color w:val="22312C"/>
              </w:rPr>
              <w:t>Toilette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828AE67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ئاودەست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BB76449" w14:textId="77777777" w:rsidR="00D31675" w:rsidRDefault="00000000">
            <w:r>
              <w:rPr>
                <w:i/>
                <w:color w:val="5A6A64"/>
                <w:sz w:val="19"/>
              </w:rPr>
              <w:t>Awdest</w:t>
            </w:r>
          </w:p>
        </w:tc>
      </w:tr>
      <w:tr w:rsidR="00D31675" w14:paraId="58BF26C9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14490E" w14:textId="77777777" w:rsidR="00D31675" w:rsidRDefault="00000000">
            <w:r>
              <w:rPr>
                <w:b/>
                <w:color w:val="22312C"/>
              </w:rPr>
              <w:t>Ich habe mich verlaufen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4437EE5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ون بووم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C67E4BF" w14:textId="77777777" w:rsidR="00D31675" w:rsidRDefault="00000000">
            <w:r>
              <w:rPr>
                <w:i/>
                <w:color w:val="5A6A64"/>
                <w:sz w:val="19"/>
              </w:rPr>
              <w:t>Wun bûm</w:t>
            </w:r>
          </w:p>
        </w:tc>
      </w:tr>
    </w:tbl>
    <w:p w14:paraId="0865E035" w14:textId="77777777" w:rsidR="005A7B14" w:rsidRDefault="005A7B14">
      <w:pPr>
        <w:spacing w:before="280" w:after="80"/>
        <w:rPr>
          <w:b/>
          <w:color w:val="0A4D40"/>
          <w:sz w:val="28"/>
        </w:rPr>
      </w:pPr>
    </w:p>
    <w:p w14:paraId="6FB3B33C" w14:textId="77777777" w:rsidR="005A7B14" w:rsidRDefault="005A7B14">
      <w:pPr>
        <w:rPr>
          <w:b/>
          <w:color w:val="0A4D40"/>
          <w:sz w:val="28"/>
        </w:rPr>
      </w:pPr>
      <w:r>
        <w:rPr>
          <w:b/>
          <w:color w:val="0A4D40"/>
          <w:sz w:val="28"/>
        </w:rPr>
        <w:br w:type="page"/>
      </w:r>
    </w:p>
    <w:p w14:paraId="383FDE16" w14:textId="4757004F" w:rsidR="00D31675" w:rsidRDefault="00000000">
      <w:pPr>
        <w:spacing w:before="280" w:after="80"/>
      </w:pPr>
      <w:r>
        <w:rPr>
          <w:b/>
          <w:color w:val="0A4D40"/>
          <w:sz w:val="28"/>
        </w:rPr>
        <w:lastRenderedPageBreak/>
        <w:t xml:space="preserve">7.  Einkaufen   </w:t>
      </w:r>
      <w:r w:rsidRPr="005A7B14">
        <w:rPr>
          <w:rFonts w:ascii="ABD BOTAN" w:hAnsi="ABD BOTAN" w:cs="ABD BOTAN" w:hint="cs"/>
          <w:b/>
          <w:color w:val="0E7C66"/>
          <w:sz w:val="24"/>
          <w:rtl/>
        </w:rPr>
        <w:t>کڕین</w:t>
      </w:r>
    </w:p>
    <w:tbl>
      <w:tblPr>
        <w:tblW w:w="0" w:type="auto"/>
        <w:jc w:val="center"/>
        <w:tblBorders>
          <w:top w:val="single" w:sz="4" w:space="0" w:color="CFE3DB"/>
          <w:left w:val="single" w:sz="4" w:space="0" w:color="CFE3DB"/>
          <w:bottom w:val="single" w:sz="4" w:space="0" w:color="CFE3DB"/>
          <w:right w:val="single" w:sz="4" w:space="0" w:color="CFE3DB"/>
          <w:insideH w:val="single" w:sz="4" w:space="0" w:color="CFE3DB"/>
          <w:insideV w:val="single" w:sz="4" w:space="0" w:color="CFE3DB"/>
        </w:tblBorders>
        <w:tblLayout w:type="fixed"/>
        <w:tblLook w:val="04A0" w:firstRow="1" w:lastRow="0" w:firstColumn="1" w:lastColumn="0" w:noHBand="0" w:noVBand="1"/>
      </w:tblPr>
      <w:tblGrid>
        <w:gridCol w:w="3628"/>
        <w:gridCol w:w="3288"/>
        <w:gridCol w:w="2948"/>
      </w:tblGrid>
      <w:tr w:rsidR="00D31675" w14:paraId="25ACF8B3" w14:textId="77777777">
        <w:trPr>
          <w:jc w:val="center"/>
        </w:trPr>
        <w:tc>
          <w:tcPr>
            <w:tcW w:w="362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37CF82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DEUTSCH</w:t>
            </w:r>
          </w:p>
        </w:tc>
        <w:tc>
          <w:tcPr>
            <w:tcW w:w="328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92055B7" w14:textId="2D55CA42" w:rsidR="00D31675" w:rsidRDefault="005A7B14" w:rsidP="005A7B14">
            <w:pPr>
              <w:bidi/>
              <w:jc w:val="center"/>
            </w:pPr>
            <w:proofErr w:type="spellStart"/>
            <w:r w:rsidRPr="005A7B14">
              <w:rPr>
                <w:rFonts w:ascii="ABD BOTAN" w:hAnsi="ABD BOTAN" w:cs="ABD BOTAN" w:hint="cs"/>
                <w:b/>
                <w:color w:val="FFFFFF"/>
                <w:sz w:val="24"/>
                <w:rtl/>
              </w:rPr>
              <w:t>کوردی</w:t>
            </w:r>
            <w:proofErr w:type="spellEnd"/>
          </w:p>
        </w:tc>
        <w:tc>
          <w:tcPr>
            <w:tcW w:w="294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851CC0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AUSSPRACHE</w:t>
            </w:r>
          </w:p>
        </w:tc>
      </w:tr>
      <w:tr w:rsidR="00D31675" w14:paraId="68370A50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7CDA3BF" w14:textId="77777777" w:rsidR="00D31675" w:rsidRDefault="00000000">
            <w:r>
              <w:rPr>
                <w:b/>
                <w:color w:val="22312C"/>
              </w:rPr>
              <w:t>Was kostet das?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70FC37C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نرخی ئەمە چەندە؟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2CB3182" w14:textId="77777777" w:rsidR="00D31675" w:rsidRDefault="00000000">
            <w:r>
              <w:rPr>
                <w:i/>
                <w:color w:val="5A6A64"/>
                <w:sz w:val="19"/>
              </w:rPr>
              <w:t>Nirxî eme çende?</w:t>
            </w:r>
          </w:p>
        </w:tc>
      </w:tr>
      <w:tr w:rsidR="00D31675" w14:paraId="1181459C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29380D9" w14:textId="77777777" w:rsidR="00D31675" w:rsidRDefault="00000000">
            <w:r>
              <w:rPr>
                <w:b/>
                <w:color w:val="22312C"/>
              </w:rPr>
              <w:t>Das ist (zu) teuer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FC2B9E2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ئەمە (زۆر) گرانە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C61DDA8" w14:textId="77777777" w:rsidR="00D31675" w:rsidRDefault="00000000">
            <w:r>
              <w:rPr>
                <w:i/>
                <w:color w:val="5A6A64"/>
                <w:sz w:val="19"/>
              </w:rPr>
              <w:t>Eme (zor) girane</w:t>
            </w:r>
          </w:p>
        </w:tc>
      </w:tr>
      <w:tr w:rsidR="00D31675" w14:paraId="3955FB48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7582167" w14:textId="77777777" w:rsidR="00D31675" w:rsidRDefault="00000000">
            <w:r>
              <w:rPr>
                <w:b/>
                <w:color w:val="22312C"/>
              </w:rPr>
              <w:t>billig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B063AF1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هەرزان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910172D" w14:textId="77777777" w:rsidR="00D31675" w:rsidRDefault="00000000">
            <w:r>
              <w:rPr>
                <w:i/>
                <w:color w:val="5A6A64"/>
                <w:sz w:val="19"/>
              </w:rPr>
              <w:t>herzan</w:t>
            </w:r>
          </w:p>
        </w:tc>
      </w:tr>
      <w:tr w:rsidR="00D31675" w14:paraId="4E3304BC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295BC25" w14:textId="77777777" w:rsidR="00D31675" w:rsidRDefault="00000000">
            <w:r>
              <w:rPr>
                <w:b/>
                <w:color w:val="22312C"/>
              </w:rPr>
              <w:t>Ich möchte …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55F99C1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دەمەوێت …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F9A5170" w14:textId="77777777" w:rsidR="00D31675" w:rsidRDefault="00000000">
            <w:r>
              <w:rPr>
                <w:i/>
                <w:color w:val="5A6A64"/>
                <w:sz w:val="19"/>
              </w:rPr>
              <w:t>Demewêt …</w:t>
            </w:r>
          </w:p>
        </w:tc>
      </w:tr>
      <w:tr w:rsidR="00D31675" w14:paraId="252A27C7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6499257" w14:textId="77777777" w:rsidR="00D31675" w:rsidRDefault="00000000">
            <w:r>
              <w:rPr>
                <w:b/>
                <w:color w:val="22312C"/>
              </w:rPr>
              <w:t>Haben Sie …?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F7FD89E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… تان هەیە؟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6A5E40B" w14:textId="77777777" w:rsidR="00D31675" w:rsidRDefault="00000000">
            <w:r>
              <w:rPr>
                <w:i/>
                <w:color w:val="5A6A64"/>
                <w:sz w:val="19"/>
              </w:rPr>
              <w:t>…tan heye?</w:t>
            </w:r>
          </w:p>
        </w:tc>
      </w:tr>
      <w:tr w:rsidR="00D31675" w14:paraId="3BEF2D71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D44D675" w14:textId="77777777" w:rsidR="00D31675" w:rsidRDefault="00000000">
            <w:r>
              <w:rPr>
                <w:b/>
                <w:color w:val="22312C"/>
              </w:rPr>
              <w:t>Brot / Wasser / Milch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4E42630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نان / ئاو / شیر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F99D78E" w14:textId="77777777" w:rsidR="00D31675" w:rsidRDefault="00000000">
            <w:r>
              <w:rPr>
                <w:i/>
                <w:color w:val="5A6A64"/>
                <w:sz w:val="19"/>
              </w:rPr>
              <w:t>nan / aw / şîr</w:t>
            </w:r>
          </w:p>
        </w:tc>
      </w:tr>
      <w:tr w:rsidR="00D31675" w14:paraId="1E6C3CE4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1AF0D22" w14:textId="77777777" w:rsidR="00D31675" w:rsidRDefault="00000000">
            <w:r>
              <w:rPr>
                <w:b/>
                <w:color w:val="22312C"/>
              </w:rPr>
              <w:t>Wo ist der Supermarkt?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97BD54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سوپەرمارکێت لە کوێیە؟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F46E92D" w14:textId="77777777" w:rsidR="00D31675" w:rsidRDefault="00000000">
            <w:r>
              <w:rPr>
                <w:i/>
                <w:color w:val="5A6A64"/>
                <w:sz w:val="19"/>
              </w:rPr>
              <w:t>Supermarkêt le kwêye?</w:t>
            </w:r>
          </w:p>
        </w:tc>
      </w:tr>
    </w:tbl>
    <w:p w14:paraId="3968ACA1" w14:textId="77777777" w:rsidR="00D31675" w:rsidRDefault="00000000">
      <w:pPr>
        <w:spacing w:before="280" w:after="80"/>
      </w:pPr>
      <w:r>
        <w:rPr>
          <w:b/>
          <w:color w:val="0A4D40"/>
          <w:sz w:val="28"/>
        </w:rPr>
        <w:t xml:space="preserve">8.  Beim Arzt   </w:t>
      </w:r>
      <w:r w:rsidRPr="005A7B14">
        <w:rPr>
          <w:rFonts w:ascii="ABD BOTAN" w:hAnsi="ABD BOTAN" w:cs="ABD BOTAN" w:hint="cs"/>
          <w:b/>
          <w:color w:val="0E7C66"/>
          <w:sz w:val="24"/>
          <w:rtl/>
        </w:rPr>
        <w:t>لای پزیشک</w:t>
      </w:r>
    </w:p>
    <w:tbl>
      <w:tblPr>
        <w:tblW w:w="0" w:type="auto"/>
        <w:jc w:val="center"/>
        <w:tblBorders>
          <w:top w:val="single" w:sz="4" w:space="0" w:color="CFE3DB"/>
          <w:left w:val="single" w:sz="4" w:space="0" w:color="CFE3DB"/>
          <w:bottom w:val="single" w:sz="4" w:space="0" w:color="CFE3DB"/>
          <w:right w:val="single" w:sz="4" w:space="0" w:color="CFE3DB"/>
          <w:insideH w:val="single" w:sz="4" w:space="0" w:color="CFE3DB"/>
          <w:insideV w:val="single" w:sz="4" w:space="0" w:color="CFE3DB"/>
        </w:tblBorders>
        <w:tblLayout w:type="fixed"/>
        <w:tblLook w:val="04A0" w:firstRow="1" w:lastRow="0" w:firstColumn="1" w:lastColumn="0" w:noHBand="0" w:noVBand="1"/>
      </w:tblPr>
      <w:tblGrid>
        <w:gridCol w:w="3628"/>
        <w:gridCol w:w="3288"/>
        <w:gridCol w:w="2948"/>
      </w:tblGrid>
      <w:tr w:rsidR="00D31675" w14:paraId="2986CED1" w14:textId="77777777">
        <w:trPr>
          <w:jc w:val="center"/>
        </w:trPr>
        <w:tc>
          <w:tcPr>
            <w:tcW w:w="362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FB35FFF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DEUTSCH</w:t>
            </w:r>
          </w:p>
        </w:tc>
        <w:tc>
          <w:tcPr>
            <w:tcW w:w="328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F76ACBB" w14:textId="7456E4FD" w:rsidR="00D31675" w:rsidRDefault="005A7B14" w:rsidP="005A7B14">
            <w:pPr>
              <w:bidi/>
              <w:jc w:val="center"/>
            </w:pPr>
            <w:proofErr w:type="spellStart"/>
            <w:r w:rsidRPr="005A7B14">
              <w:rPr>
                <w:rFonts w:ascii="ABD BOTAN" w:hAnsi="ABD BOTAN" w:cs="ABD BOTAN" w:hint="cs"/>
                <w:b/>
                <w:color w:val="FFFFFF"/>
                <w:sz w:val="24"/>
                <w:rtl/>
              </w:rPr>
              <w:t>کوردی</w:t>
            </w:r>
            <w:proofErr w:type="spellEnd"/>
          </w:p>
        </w:tc>
        <w:tc>
          <w:tcPr>
            <w:tcW w:w="294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6CD3569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AUSSPRACHE</w:t>
            </w:r>
          </w:p>
        </w:tc>
      </w:tr>
      <w:tr w:rsidR="00D31675" w14:paraId="72ED8335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B90151" w14:textId="77777777" w:rsidR="00D31675" w:rsidRDefault="00000000">
            <w:r>
              <w:rPr>
                <w:b/>
                <w:color w:val="22312C"/>
              </w:rPr>
              <w:t>Ich bin krank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744EA6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نەخۆشم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7FA286C" w14:textId="77777777" w:rsidR="00D31675" w:rsidRDefault="00000000">
            <w:r>
              <w:rPr>
                <w:i/>
                <w:color w:val="5A6A64"/>
                <w:sz w:val="19"/>
              </w:rPr>
              <w:t>Nexoşim</w:t>
            </w:r>
          </w:p>
        </w:tc>
      </w:tr>
      <w:tr w:rsidR="00D31675" w14:paraId="21912AD7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CCF8F80" w14:textId="77777777" w:rsidR="00D31675" w:rsidRDefault="00000000">
            <w:r>
              <w:rPr>
                <w:b/>
                <w:color w:val="22312C"/>
              </w:rPr>
              <w:t>Ich habe Schmerzen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1C0F618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ئازارم هەیە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ADD355" w14:textId="77777777" w:rsidR="00D31675" w:rsidRDefault="00000000">
            <w:r>
              <w:rPr>
                <w:i/>
                <w:color w:val="5A6A64"/>
                <w:sz w:val="19"/>
              </w:rPr>
              <w:t>Azarim heye</w:t>
            </w:r>
          </w:p>
        </w:tc>
      </w:tr>
      <w:tr w:rsidR="00D31675" w14:paraId="4468B8EF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252E1B" w14:textId="77777777" w:rsidR="00D31675" w:rsidRDefault="00000000">
            <w:r>
              <w:rPr>
                <w:b/>
                <w:color w:val="22312C"/>
              </w:rPr>
              <w:t>Hier tut es weh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2669DE6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ئێرەم دێشێت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5C43D19" w14:textId="77777777" w:rsidR="00D31675" w:rsidRDefault="00000000">
            <w:r>
              <w:rPr>
                <w:i/>
                <w:color w:val="5A6A64"/>
                <w:sz w:val="19"/>
              </w:rPr>
              <w:t>Êrem dêşêt</w:t>
            </w:r>
          </w:p>
        </w:tc>
      </w:tr>
      <w:tr w:rsidR="00D31675" w14:paraId="4C7FD9D7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08B72EF" w14:textId="77777777" w:rsidR="00D31675" w:rsidRDefault="00000000">
            <w:r>
              <w:rPr>
                <w:b/>
                <w:color w:val="22312C"/>
              </w:rPr>
              <w:t>Ich habe Fieber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0C4E098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تام هەیە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BE8C951" w14:textId="77777777" w:rsidR="00D31675" w:rsidRDefault="00000000">
            <w:r>
              <w:rPr>
                <w:i/>
                <w:color w:val="5A6A64"/>
                <w:sz w:val="19"/>
              </w:rPr>
              <w:t>Tam heye</w:t>
            </w:r>
          </w:p>
        </w:tc>
      </w:tr>
      <w:tr w:rsidR="00D31675" w14:paraId="2AE8AB57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FD4DB24" w14:textId="77777777" w:rsidR="00D31675" w:rsidRDefault="00000000">
            <w:r>
              <w:rPr>
                <w:b/>
                <w:color w:val="22312C"/>
              </w:rPr>
              <w:t>Kopf- / Bauchschmerzen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3E7E7FF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سەرئێشە / سکئێشە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2BBD509" w14:textId="77777777" w:rsidR="00D31675" w:rsidRDefault="00000000">
            <w:r>
              <w:rPr>
                <w:i/>
                <w:color w:val="5A6A64"/>
                <w:sz w:val="19"/>
              </w:rPr>
              <w:t>serêşe / sikêşe</w:t>
            </w:r>
          </w:p>
        </w:tc>
      </w:tr>
      <w:tr w:rsidR="00D31675" w14:paraId="775D9A25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B01DFD4" w14:textId="77777777" w:rsidR="00D31675" w:rsidRDefault="00000000">
            <w:r>
              <w:rPr>
                <w:b/>
                <w:color w:val="22312C"/>
              </w:rPr>
              <w:t>Ich brauche einen Arzt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1F49CD5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پێویستم بە پزیشک هەیە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03188E6" w14:textId="77777777" w:rsidR="00D31675" w:rsidRDefault="00000000">
            <w:r>
              <w:rPr>
                <w:i/>
                <w:color w:val="5A6A64"/>
                <w:sz w:val="19"/>
              </w:rPr>
              <w:t>Pêwîstim be pizîşk heye</w:t>
            </w:r>
          </w:p>
        </w:tc>
      </w:tr>
      <w:tr w:rsidR="00D31675" w14:paraId="42D7E62D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CEF7F4A" w14:textId="77777777" w:rsidR="00D31675" w:rsidRDefault="00000000">
            <w:r>
              <w:rPr>
                <w:b/>
                <w:color w:val="22312C"/>
              </w:rPr>
              <w:t>Apotheke / Krankenhaus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F331D7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دەرمانخانە / نەخۆشخانە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CBFDE5" w14:textId="77777777" w:rsidR="00D31675" w:rsidRDefault="00000000">
            <w:r>
              <w:rPr>
                <w:i/>
                <w:color w:val="5A6A64"/>
                <w:sz w:val="19"/>
              </w:rPr>
              <w:t>dermanxane / nexoşxane</w:t>
            </w:r>
          </w:p>
        </w:tc>
      </w:tr>
    </w:tbl>
    <w:p w14:paraId="3E44D34C" w14:textId="77777777" w:rsidR="005A7B14" w:rsidRDefault="005A7B14">
      <w:pPr>
        <w:spacing w:before="280" w:after="80"/>
        <w:rPr>
          <w:b/>
          <w:color w:val="0A4D40"/>
          <w:sz w:val="28"/>
        </w:rPr>
      </w:pPr>
    </w:p>
    <w:p w14:paraId="2A247FF9" w14:textId="77777777" w:rsidR="005A7B14" w:rsidRDefault="005A7B14">
      <w:pPr>
        <w:rPr>
          <w:b/>
          <w:color w:val="0A4D40"/>
          <w:sz w:val="28"/>
        </w:rPr>
      </w:pPr>
      <w:r>
        <w:rPr>
          <w:b/>
          <w:color w:val="0A4D40"/>
          <w:sz w:val="28"/>
        </w:rPr>
        <w:br w:type="page"/>
      </w:r>
    </w:p>
    <w:p w14:paraId="6FA617B9" w14:textId="716AD2C3" w:rsidR="00D31675" w:rsidRDefault="00000000">
      <w:pPr>
        <w:spacing w:before="280" w:after="80"/>
      </w:pPr>
      <w:r>
        <w:rPr>
          <w:b/>
          <w:color w:val="0A4D40"/>
          <w:sz w:val="28"/>
        </w:rPr>
        <w:lastRenderedPageBreak/>
        <w:t xml:space="preserve">9.  Ämter &amp; Papiere   </w:t>
      </w:r>
      <w:r w:rsidRPr="005A7B14">
        <w:rPr>
          <w:rFonts w:ascii="ABD BOTAN" w:hAnsi="ABD BOTAN" w:cs="ABD BOTAN" w:hint="cs"/>
          <w:b/>
          <w:color w:val="0E7C66"/>
          <w:sz w:val="24"/>
          <w:rtl/>
        </w:rPr>
        <w:t>فەرمانگە و بەڵگەنامە</w:t>
      </w:r>
    </w:p>
    <w:tbl>
      <w:tblPr>
        <w:tblW w:w="0" w:type="auto"/>
        <w:jc w:val="center"/>
        <w:tblBorders>
          <w:top w:val="single" w:sz="4" w:space="0" w:color="CFE3DB"/>
          <w:left w:val="single" w:sz="4" w:space="0" w:color="CFE3DB"/>
          <w:bottom w:val="single" w:sz="4" w:space="0" w:color="CFE3DB"/>
          <w:right w:val="single" w:sz="4" w:space="0" w:color="CFE3DB"/>
          <w:insideH w:val="single" w:sz="4" w:space="0" w:color="CFE3DB"/>
          <w:insideV w:val="single" w:sz="4" w:space="0" w:color="CFE3DB"/>
        </w:tblBorders>
        <w:tblLayout w:type="fixed"/>
        <w:tblLook w:val="04A0" w:firstRow="1" w:lastRow="0" w:firstColumn="1" w:lastColumn="0" w:noHBand="0" w:noVBand="1"/>
      </w:tblPr>
      <w:tblGrid>
        <w:gridCol w:w="3628"/>
        <w:gridCol w:w="3288"/>
        <w:gridCol w:w="2948"/>
      </w:tblGrid>
      <w:tr w:rsidR="00D31675" w14:paraId="6D5AD78F" w14:textId="77777777">
        <w:trPr>
          <w:jc w:val="center"/>
        </w:trPr>
        <w:tc>
          <w:tcPr>
            <w:tcW w:w="362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1E90A12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DEUTSCH</w:t>
            </w:r>
          </w:p>
        </w:tc>
        <w:tc>
          <w:tcPr>
            <w:tcW w:w="328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43423BC" w14:textId="216F8309" w:rsidR="00D31675" w:rsidRDefault="005A7B14" w:rsidP="005A7B14">
            <w:pPr>
              <w:bidi/>
              <w:jc w:val="center"/>
            </w:pPr>
            <w:proofErr w:type="spellStart"/>
            <w:r w:rsidRPr="005A7B14">
              <w:rPr>
                <w:rFonts w:ascii="ABD BOTAN" w:hAnsi="ABD BOTAN" w:cs="ABD BOTAN" w:hint="cs"/>
                <w:b/>
                <w:color w:val="FFFFFF"/>
                <w:sz w:val="24"/>
                <w:rtl/>
              </w:rPr>
              <w:t>کوردی</w:t>
            </w:r>
            <w:proofErr w:type="spellEnd"/>
          </w:p>
        </w:tc>
        <w:tc>
          <w:tcPr>
            <w:tcW w:w="294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F4BE347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AUSSPRACHE</w:t>
            </w:r>
          </w:p>
        </w:tc>
      </w:tr>
      <w:tr w:rsidR="00D31675" w14:paraId="097CC9CA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10C6EB3" w14:textId="77777777" w:rsidR="00D31675" w:rsidRDefault="00000000">
            <w:r>
              <w:rPr>
                <w:b/>
                <w:color w:val="22312C"/>
              </w:rPr>
              <w:t>Amt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4FFBC7D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فەرمانگە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1EF0417" w14:textId="77777777" w:rsidR="00D31675" w:rsidRDefault="00000000">
            <w:r>
              <w:rPr>
                <w:i/>
                <w:color w:val="5A6A64"/>
                <w:sz w:val="19"/>
              </w:rPr>
              <w:t>fermange</w:t>
            </w:r>
          </w:p>
        </w:tc>
      </w:tr>
      <w:tr w:rsidR="00D31675" w14:paraId="302D04C0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55FF49" w14:textId="77777777" w:rsidR="00D31675" w:rsidRDefault="00000000">
            <w:r>
              <w:rPr>
                <w:b/>
                <w:color w:val="22312C"/>
              </w:rPr>
              <w:t>Ich brauche einen Termin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52F5022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پێویستم بە کاتێک هەیە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222687" w14:textId="77777777" w:rsidR="00D31675" w:rsidRDefault="00000000">
            <w:r>
              <w:rPr>
                <w:i/>
                <w:color w:val="5A6A64"/>
                <w:sz w:val="19"/>
              </w:rPr>
              <w:t>Pêwîstim be katêk heye</w:t>
            </w:r>
          </w:p>
        </w:tc>
      </w:tr>
      <w:tr w:rsidR="00D31675" w14:paraId="357EB9FE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A1C0F51" w14:textId="77777777" w:rsidR="00D31675" w:rsidRDefault="00000000">
            <w:r>
              <w:rPr>
                <w:b/>
                <w:color w:val="22312C"/>
              </w:rPr>
              <w:t>Ausweis / Pass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18480E6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ناسنامە / پاسپۆرت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51D5AA" w14:textId="77777777" w:rsidR="00D31675" w:rsidRDefault="00000000">
            <w:r>
              <w:rPr>
                <w:i/>
                <w:color w:val="5A6A64"/>
                <w:sz w:val="19"/>
              </w:rPr>
              <w:t>nasname / pasport</w:t>
            </w:r>
          </w:p>
        </w:tc>
      </w:tr>
      <w:tr w:rsidR="00D31675" w14:paraId="5C4BE12D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B219F1" w14:textId="77777777" w:rsidR="00D31675" w:rsidRDefault="00000000">
            <w:r>
              <w:rPr>
                <w:b/>
                <w:color w:val="22312C"/>
              </w:rPr>
              <w:t>Anmeldung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09A1622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تۆمارکردن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24FD930" w14:textId="77777777" w:rsidR="00D31675" w:rsidRDefault="00000000">
            <w:r>
              <w:rPr>
                <w:i/>
                <w:color w:val="5A6A64"/>
                <w:sz w:val="19"/>
              </w:rPr>
              <w:t>tomarkirdin</w:t>
            </w:r>
          </w:p>
        </w:tc>
      </w:tr>
      <w:tr w:rsidR="00D31675" w14:paraId="256D1218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60A53E9" w14:textId="77777777" w:rsidR="00D31675" w:rsidRDefault="00000000">
            <w:r>
              <w:rPr>
                <w:b/>
                <w:color w:val="22312C"/>
              </w:rPr>
              <w:t>Unterschrift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542064F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واژۆ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0F8D76C" w14:textId="77777777" w:rsidR="00D31675" w:rsidRDefault="00000000">
            <w:r>
              <w:rPr>
                <w:i/>
                <w:color w:val="5A6A64"/>
                <w:sz w:val="19"/>
              </w:rPr>
              <w:t>wajo</w:t>
            </w:r>
          </w:p>
        </w:tc>
      </w:tr>
      <w:tr w:rsidR="00D31675" w14:paraId="35087EA7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45BDD9C" w14:textId="77777777" w:rsidR="00D31675" w:rsidRDefault="00000000">
            <w:r>
              <w:rPr>
                <w:b/>
                <w:color w:val="22312C"/>
              </w:rPr>
              <w:t>Ich suche Arbeit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51A109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بەدوای کاردا دەگەڕێم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D9B974E" w14:textId="77777777" w:rsidR="00D31675" w:rsidRDefault="00000000">
            <w:r>
              <w:rPr>
                <w:i/>
                <w:color w:val="5A6A64"/>
                <w:sz w:val="19"/>
              </w:rPr>
              <w:t>Bedway kar da degerêm</w:t>
            </w:r>
          </w:p>
        </w:tc>
      </w:tr>
    </w:tbl>
    <w:p w14:paraId="21EF950D" w14:textId="77777777" w:rsidR="00D31675" w:rsidRDefault="00000000">
      <w:pPr>
        <w:spacing w:before="280" w:after="80"/>
      </w:pPr>
      <w:r>
        <w:rPr>
          <w:b/>
          <w:color w:val="0A4D40"/>
          <w:sz w:val="28"/>
        </w:rPr>
        <w:t xml:space="preserve">10.  Wohnen   </w:t>
      </w:r>
      <w:r w:rsidRPr="005A7B14">
        <w:rPr>
          <w:rFonts w:ascii="ABD BOTAN" w:hAnsi="ABD BOTAN" w:cs="ABD BOTAN" w:hint="cs"/>
          <w:b/>
          <w:color w:val="0E7C66"/>
          <w:sz w:val="24"/>
          <w:rtl/>
        </w:rPr>
        <w:t>نیشتەجێبوون</w:t>
      </w:r>
    </w:p>
    <w:tbl>
      <w:tblPr>
        <w:tblW w:w="0" w:type="auto"/>
        <w:jc w:val="center"/>
        <w:tblBorders>
          <w:top w:val="single" w:sz="4" w:space="0" w:color="CFE3DB"/>
          <w:left w:val="single" w:sz="4" w:space="0" w:color="CFE3DB"/>
          <w:bottom w:val="single" w:sz="4" w:space="0" w:color="CFE3DB"/>
          <w:right w:val="single" w:sz="4" w:space="0" w:color="CFE3DB"/>
          <w:insideH w:val="single" w:sz="4" w:space="0" w:color="CFE3DB"/>
          <w:insideV w:val="single" w:sz="4" w:space="0" w:color="CFE3DB"/>
        </w:tblBorders>
        <w:tblLayout w:type="fixed"/>
        <w:tblLook w:val="04A0" w:firstRow="1" w:lastRow="0" w:firstColumn="1" w:lastColumn="0" w:noHBand="0" w:noVBand="1"/>
      </w:tblPr>
      <w:tblGrid>
        <w:gridCol w:w="3628"/>
        <w:gridCol w:w="3288"/>
        <w:gridCol w:w="2948"/>
      </w:tblGrid>
      <w:tr w:rsidR="00D31675" w14:paraId="79D587DA" w14:textId="77777777">
        <w:trPr>
          <w:jc w:val="center"/>
        </w:trPr>
        <w:tc>
          <w:tcPr>
            <w:tcW w:w="362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F35D907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DEUTSCH</w:t>
            </w:r>
          </w:p>
        </w:tc>
        <w:tc>
          <w:tcPr>
            <w:tcW w:w="328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FD3E26B" w14:textId="577E7A7A" w:rsidR="00D31675" w:rsidRDefault="005A7B14" w:rsidP="005A7B14">
            <w:pPr>
              <w:bidi/>
              <w:jc w:val="center"/>
            </w:pPr>
            <w:proofErr w:type="spellStart"/>
            <w:r w:rsidRPr="005A7B14">
              <w:rPr>
                <w:rFonts w:ascii="ABD BOTAN" w:hAnsi="ABD BOTAN" w:cs="ABD BOTAN" w:hint="cs"/>
                <w:b/>
                <w:color w:val="FFFFFF"/>
                <w:sz w:val="24"/>
                <w:rtl/>
              </w:rPr>
              <w:t>کوردی</w:t>
            </w:r>
            <w:proofErr w:type="spellEnd"/>
          </w:p>
        </w:tc>
        <w:tc>
          <w:tcPr>
            <w:tcW w:w="294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A20CE6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AUSSPRACHE</w:t>
            </w:r>
          </w:p>
        </w:tc>
      </w:tr>
      <w:tr w:rsidR="00D31675" w14:paraId="5D2B6F2D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FC9AE29" w14:textId="77777777" w:rsidR="00D31675" w:rsidRDefault="00000000">
            <w:r>
              <w:rPr>
                <w:b/>
                <w:color w:val="22312C"/>
              </w:rPr>
              <w:t>Wohnung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72B0707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ماڵ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B970DB" w14:textId="77777777" w:rsidR="00D31675" w:rsidRDefault="00000000">
            <w:r>
              <w:rPr>
                <w:i/>
                <w:color w:val="5A6A64"/>
                <w:sz w:val="19"/>
              </w:rPr>
              <w:t>maḷ</w:t>
            </w:r>
          </w:p>
        </w:tc>
      </w:tr>
      <w:tr w:rsidR="00D31675" w14:paraId="281E1063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6550795" w14:textId="77777777" w:rsidR="00D31675" w:rsidRDefault="00000000">
            <w:r>
              <w:rPr>
                <w:b/>
                <w:color w:val="22312C"/>
              </w:rPr>
              <w:t>Ich suche eine Wohnung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710D118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بەدوای ماڵێکدا دەگەڕێم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B326A20" w14:textId="77777777" w:rsidR="00D31675" w:rsidRDefault="00000000">
            <w:r>
              <w:rPr>
                <w:i/>
                <w:color w:val="5A6A64"/>
                <w:sz w:val="19"/>
              </w:rPr>
              <w:t>Bedway maḷêk da degerêm</w:t>
            </w:r>
          </w:p>
        </w:tc>
      </w:tr>
      <w:tr w:rsidR="00D31675" w14:paraId="5BB04A33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46779BD" w14:textId="77777777" w:rsidR="00D31675" w:rsidRDefault="00000000">
            <w:r>
              <w:rPr>
                <w:b/>
                <w:color w:val="22312C"/>
              </w:rPr>
              <w:t>Miete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0B5FDFC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کرێ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0DD7A79" w14:textId="77777777" w:rsidR="00D31675" w:rsidRDefault="00000000">
            <w:r>
              <w:rPr>
                <w:i/>
                <w:color w:val="5A6A64"/>
                <w:sz w:val="19"/>
              </w:rPr>
              <w:t>krê</w:t>
            </w:r>
          </w:p>
        </w:tc>
      </w:tr>
      <w:tr w:rsidR="00D31675" w14:paraId="6BE88488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51B62FE" w14:textId="77777777" w:rsidR="00D31675" w:rsidRDefault="00000000">
            <w:r>
              <w:rPr>
                <w:b/>
                <w:color w:val="22312C"/>
              </w:rPr>
              <w:t>Schlüssel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6B1634B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کلیل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E3B16D9" w14:textId="77777777" w:rsidR="00D31675" w:rsidRDefault="00000000">
            <w:r>
              <w:rPr>
                <w:i/>
                <w:color w:val="5A6A64"/>
                <w:sz w:val="19"/>
              </w:rPr>
              <w:t>kilîl</w:t>
            </w:r>
          </w:p>
        </w:tc>
      </w:tr>
      <w:tr w:rsidR="00D31675" w14:paraId="79A37584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2313F6E" w14:textId="77777777" w:rsidR="00D31675" w:rsidRDefault="00000000">
            <w:r>
              <w:rPr>
                <w:b/>
                <w:color w:val="22312C"/>
              </w:rPr>
              <w:t>Strom / Wasser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65B39B3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کارەبا / ئاو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4C16098" w14:textId="77777777" w:rsidR="00D31675" w:rsidRDefault="00000000">
            <w:r>
              <w:rPr>
                <w:i/>
                <w:color w:val="5A6A64"/>
                <w:sz w:val="19"/>
              </w:rPr>
              <w:t>kareba / aw</w:t>
            </w:r>
          </w:p>
        </w:tc>
      </w:tr>
      <w:tr w:rsidR="00D31675" w14:paraId="4C5C261E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E0420A" w14:textId="77777777" w:rsidR="00D31675" w:rsidRDefault="00000000">
            <w:r>
              <w:rPr>
                <w:b/>
                <w:color w:val="22312C"/>
              </w:rPr>
              <w:t>Heizung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C52417D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گەرمکەرەوە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A739AC" w14:textId="77777777" w:rsidR="00D31675" w:rsidRDefault="00000000">
            <w:r>
              <w:rPr>
                <w:i/>
                <w:color w:val="5A6A64"/>
                <w:sz w:val="19"/>
              </w:rPr>
              <w:t>germkerewe</w:t>
            </w:r>
          </w:p>
        </w:tc>
      </w:tr>
    </w:tbl>
    <w:p w14:paraId="40137884" w14:textId="77777777" w:rsidR="005A7B14" w:rsidRDefault="005A7B14">
      <w:pPr>
        <w:spacing w:before="280" w:after="80"/>
        <w:rPr>
          <w:b/>
          <w:color w:val="0A4D40"/>
          <w:sz w:val="28"/>
        </w:rPr>
      </w:pPr>
    </w:p>
    <w:p w14:paraId="021271D9" w14:textId="77777777" w:rsidR="005A7B14" w:rsidRDefault="005A7B14">
      <w:pPr>
        <w:rPr>
          <w:b/>
          <w:color w:val="0A4D40"/>
          <w:sz w:val="28"/>
        </w:rPr>
      </w:pPr>
      <w:r>
        <w:rPr>
          <w:b/>
          <w:color w:val="0A4D40"/>
          <w:sz w:val="28"/>
        </w:rPr>
        <w:br w:type="page"/>
      </w:r>
    </w:p>
    <w:p w14:paraId="062F344E" w14:textId="46032796" w:rsidR="00D31675" w:rsidRDefault="00000000">
      <w:pPr>
        <w:spacing w:before="280" w:after="80"/>
      </w:pPr>
      <w:r>
        <w:rPr>
          <w:b/>
          <w:color w:val="0A4D40"/>
          <w:sz w:val="28"/>
        </w:rPr>
        <w:lastRenderedPageBreak/>
        <w:t xml:space="preserve">11.  Notfall   </w:t>
      </w:r>
      <w:proofErr w:type="spellStart"/>
      <w:r w:rsidRPr="005A7B14">
        <w:rPr>
          <w:rFonts w:ascii="ABD BOTAN" w:hAnsi="ABD BOTAN" w:cs="ABD BOTAN" w:hint="cs"/>
          <w:b/>
          <w:color w:val="0E7C66"/>
          <w:sz w:val="24"/>
          <w:rtl/>
        </w:rPr>
        <w:t>کاتی</w:t>
      </w:r>
      <w:proofErr w:type="spellEnd"/>
      <w:r w:rsidRPr="005A7B14">
        <w:rPr>
          <w:rFonts w:ascii="ABD BOTAN" w:hAnsi="ABD BOTAN" w:cs="ABD BOTAN" w:hint="cs"/>
          <w:b/>
          <w:color w:val="0E7C66"/>
          <w:sz w:val="24"/>
          <w:rtl/>
        </w:rPr>
        <w:t xml:space="preserve"> </w:t>
      </w:r>
      <w:proofErr w:type="spellStart"/>
      <w:r w:rsidR="005A7B14">
        <w:rPr>
          <w:rFonts w:ascii="ABD BOTAN" w:hAnsi="ABD BOTAN" w:cs="ABD BOTAN" w:hint="cs"/>
          <w:b/>
          <w:color w:val="0E7C66"/>
          <w:sz w:val="24"/>
          <w:rtl/>
        </w:rPr>
        <w:t>تەنگاوی</w:t>
      </w:r>
      <w:proofErr w:type="spellEnd"/>
    </w:p>
    <w:tbl>
      <w:tblPr>
        <w:tblW w:w="0" w:type="auto"/>
        <w:jc w:val="center"/>
        <w:tblBorders>
          <w:top w:val="single" w:sz="4" w:space="0" w:color="CFE3DB"/>
          <w:left w:val="single" w:sz="4" w:space="0" w:color="CFE3DB"/>
          <w:bottom w:val="single" w:sz="4" w:space="0" w:color="CFE3DB"/>
          <w:right w:val="single" w:sz="4" w:space="0" w:color="CFE3DB"/>
          <w:insideH w:val="single" w:sz="4" w:space="0" w:color="CFE3DB"/>
          <w:insideV w:val="single" w:sz="4" w:space="0" w:color="CFE3DB"/>
        </w:tblBorders>
        <w:tblLayout w:type="fixed"/>
        <w:tblLook w:val="04A0" w:firstRow="1" w:lastRow="0" w:firstColumn="1" w:lastColumn="0" w:noHBand="0" w:noVBand="1"/>
      </w:tblPr>
      <w:tblGrid>
        <w:gridCol w:w="3628"/>
        <w:gridCol w:w="3288"/>
        <w:gridCol w:w="2948"/>
      </w:tblGrid>
      <w:tr w:rsidR="00D31675" w14:paraId="43413FC9" w14:textId="77777777">
        <w:trPr>
          <w:jc w:val="center"/>
        </w:trPr>
        <w:tc>
          <w:tcPr>
            <w:tcW w:w="362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F63AEC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DEUTSCH</w:t>
            </w:r>
          </w:p>
        </w:tc>
        <w:tc>
          <w:tcPr>
            <w:tcW w:w="328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03F5E7B" w14:textId="30E18B9F" w:rsidR="00D31675" w:rsidRDefault="005A7B14" w:rsidP="005A7B14">
            <w:pPr>
              <w:bidi/>
              <w:jc w:val="center"/>
            </w:pPr>
            <w:proofErr w:type="spellStart"/>
            <w:r w:rsidRPr="005A7B14">
              <w:rPr>
                <w:rFonts w:ascii="ABD BOTAN" w:hAnsi="ABD BOTAN" w:cs="ABD BOTAN" w:hint="cs"/>
                <w:b/>
                <w:color w:val="FFFFFF"/>
                <w:sz w:val="24"/>
                <w:rtl/>
              </w:rPr>
              <w:t>کوردی</w:t>
            </w:r>
            <w:proofErr w:type="spellEnd"/>
          </w:p>
        </w:tc>
        <w:tc>
          <w:tcPr>
            <w:tcW w:w="294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1859FD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AUSSPRACHE</w:t>
            </w:r>
          </w:p>
        </w:tc>
      </w:tr>
      <w:tr w:rsidR="00D31675" w14:paraId="2EC512B2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938EC0B" w14:textId="77777777" w:rsidR="00D31675" w:rsidRDefault="00000000">
            <w:r>
              <w:rPr>
                <w:b/>
                <w:color w:val="22312C"/>
              </w:rPr>
              <w:t>Hilfe!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7C43CA8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هاوار! / فریام بکەون!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E57F0FE" w14:textId="77777777" w:rsidR="00D31675" w:rsidRDefault="00000000">
            <w:r>
              <w:rPr>
                <w:i/>
                <w:color w:val="5A6A64"/>
                <w:sz w:val="19"/>
              </w:rPr>
              <w:t>Hawar! / Frîyam bikewn!</w:t>
            </w:r>
          </w:p>
        </w:tc>
      </w:tr>
      <w:tr w:rsidR="00D31675" w14:paraId="16AD01EC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6B0902" w14:textId="77777777" w:rsidR="00D31675" w:rsidRDefault="00000000">
            <w:r>
              <w:rPr>
                <w:b/>
                <w:color w:val="22312C"/>
              </w:rPr>
              <w:t>Rufen Sie die Polizei!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A458377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پۆلیس بانگ بکە!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7D16217" w14:textId="77777777" w:rsidR="00D31675" w:rsidRDefault="00000000">
            <w:r>
              <w:rPr>
                <w:i/>
                <w:color w:val="5A6A64"/>
                <w:sz w:val="19"/>
              </w:rPr>
              <w:t>Polîs bang bike!</w:t>
            </w:r>
          </w:p>
        </w:tc>
      </w:tr>
      <w:tr w:rsidR="00D31675" w14:paraId="57D1A20C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62F6DFD" w14:textId="77777777" w:rsidR="00D31675" w:rsidRDefault="00000000">
            <w:r>
              <w:rPr>
                <w:b/>
                <w:color w:val="22312C"/>
              </w:rPr>
              <w:t>Rufen Sie einen Krankenwagen!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49B3FAD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ئەمبۆلانس بانگ بکە!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2E6B59A" w14:textId="77777777" w:rsidR="00D31675" w:rsidRDefault="00000000">
            <w:r>
              <w:rPr>
                <w:i/>
                <w:color w:val="5A6A64"/>
                <w:sz w:val="19"/>
              </w:rPr>
              <w:t>Embolans bang bike!</w:t>
            </w:r>
          </w:p>
        </w:tc>
      </w:tr>
      <w:tr w:rsidR="00D31675" w14:paraId="5EA7DB11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0427CAE" w14:textId="77777777" w:rsidR="00D31675" w:rsidRDefault="00000000">
            <w:r>
              <w:rPr>
                <w:b/>
                <w:color w:val="22312C"/>
              </w:rPr>
              <w:t>Feuer!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1B5DC47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ئاگر!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8D06B0F" w14:textId="77777777" w:rsidR="00D31675" w:rsidRDefault="00000000">
            <w:r>
              <w:rPr>
                <w:i/>
                <w:color w:val="5A6A64"/>
                <w:sz w:val="19"/>
              </w:rPr>
              <w:t>Agir!</w:t>
            </w:r>
          </w:p>
        </w:tc>
      </w:tr>
      <w:tr w:rsidR="00D31675" w14:paraId="0193AF35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88BF2FD" w14:textId="77777777" w:rsidR="00D31675" w:rsidRDefault="00000000">
            <w:r>
              <w:rPr>
                <w:b/>
                <w:color w:val="22312C"/>
              </w:rPr>
              <w:t>Ich brauche Hilfe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F5CF9E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پێویستم بە یارمەتییە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02AB5F9" w14:textId="77777777" w:rsidR="00D31675" w:rsidRDefault="00000000">
            <w:r>
              <w:rPr>
                <w:i/>
                <w:color w:val="5A6A64"/>
                <w:sz w:val="19"/>
              </w:rPr>
              <w:t>Pêwîstim be yarmetîye</w:t>
            </w:r>
          </w:p>
        </w:tc>
      </w:tr>
      <w:tr w:rsidR="00D31675" w14:paraId="7B3B8B1E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B53C01" w14:textId="77777777" w:rsidR="00D31675" w:rsidRDefault="00000000">
            <w:r>
              <w:rPr>
                <w:b/>
                <w:color w:val="22312C"/>
              </w:rPr>
              <w:t>Notruf: 112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CBB99B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ژمارەی فریاگوزاری: 112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9C5A29" w14:textId="77777777" w:rsidR="00D31675" w:rsidRDefault="00000000">
            <w:r>
              <w:rPr>
                <w:i/>
                <w:color w:val="5A6A64"/>
                <w:sz w:val="19"/>
              </w:rPr>
              <w:t>Jmarey frîyagozarî: 112</w:t>
            </w:r>
          </w:p>
        </w:tc>
      </w:tr>
    </w:tbl>
    <w:p w14:paraId="3654EEE4" w14:textId="7D28AD6E" w:rsidR="00D31675" w:rsidRDefault="00000000">
      <w:pPr>
        <w:spacing w:before="280" w:after="80"/>
      </w:pPr>
      <w:r>
        <w:rPr>
          <w:b/>
          <w:color w:val="0A4D40"/>
          <w:sz w:val="28"/>
        </w:rPr>
        <w:t xml:space="preserve">12.  Familie &amp; Alltag   </w:t>
      </w:r>
      <w:r w:rsidRPr="005A7B14">
        <w:rPr>
          <w:rFonts w:ascii="ABD BOTAN" w:hAnsi="ABD BOTAN" w:cs="ABD BOTAN" w:hint="cs"/>
          <w:b/>
          <w:color w:val="0E7C66"/>
          <w:sz w:val="24"/>
          <w:rtl/>
        </w:rPr>
        <w:t>خێزان و ژیانی ڕۆژانە</w:t>
      </w:r>
    </w:p>
    <w:tbl>
      <w:tblPr>
        <w:tblW w:w="0" w:type="auto"/>
        <w:jc w:val="center"/>
        <w:tblBorders>
          <w:top w:val="single" w:sz="4" w:space="0" w:color="CFE3DB"/>
          <w:left w:val="single" w:sz="4" w:space="0" w:color="CFE3DB"/>
          <w:bottom w:val="single" w:sz="4" w:space="0" w:color="CFE3DB"/>
          <w:right w:val="single" w:sz="4" w:space="0" w:color="CFE3DB"/>
          <w:insideH w:val="single" w:sz="4" w:space="0" w:color="CFE3DB"/>
          <w:insideV w:val="single" w:sz="4" w:space="0" w:color="CFE3DB"/>
        </w:tblBorders>
        <w:tblLayout w:type="fixed"/>
        <w:tblLook w:val="04A0" w:firstRow="1" w:lastRow="0" w:firstColumn="1" w:lastColumn="0" w:noHBand="0" w:noVBand="1"/>
      </w:tblPr>
      <w:tblGrid>
        <w:gridCol w:w="3628"/>
        <w:gridCol w:w="3288"/>
        <w:gridCol w:w="2948"/>
      </w:tblGrid>
      <w:tr w:rsidR="00D31675" w14:paraId="2CA97005" w14:textId="77777777">
        <w:trPr>
          <w:jc w:val="center"/>
        </w:trPr>
        <w:tc>
          <w:tcPr>
            <w:tcW w:w="362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35D775E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DEUTSCH</w:t>
            </w:r>
          </w:p>
        </w:tc>
        <w:tc>
          <w:tcPr>
            <w:tcW w:w="328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B9497B" w14:textId="02D14202" w:rsidR="00D31675" w:rsidRDefault="005A7B14" w:rsidP="005A7B14">
            <w:pPr>
              <w:bidi/>
              <w:jc w:val="center"/>
            </w:pPr>
            <w:proofErr w:type="spellStart"/>
            <w:r w:rsidRPr="005A7B14">
              <w:rPr>
                <w:rFonts w:ascii="ABD BOTAN" w:hAnsi="ABD BOTAN" w:cs="ABD BOTAN" w:hint="cs"/>
                <w:b/>
                <w:color w:val="FFFFFF"/>
                <w:sz w:val="24"/>
                <w:rtl/>
              </w:rPr>
              <w:t>کوردی</w:t>
            </w:r>
            <w:proofErr w:type="spellEnd"/>
          </w:p>
        </w:tc>
        <w:tc>
          <w:tcPr>
            <w:tcW w:w="2948" w:type="dxa"/>
            <w:shd w:val="clear" w:color="auto" w:fill="0A4D40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644E8F2" w14:textId="77777777" w:rsidR="00D31675" w:rsidRDefault="00000000" w:rsidP="005A7B14">
            <w:pPr>
              <w:jc w:val="center"/>
            </w:pPr>
            <w:r>
              <w:rPr>
                <w:b/>
                <w:color w:val="FFFFFF"/>
                <w:sz w:val="17"/>
              </w:rPr>
              <w:t>AUSSPRACHE</w:t>
            </w:r>
          </w:p>
        </w:tc>
      </w:tr>
      <w:tr w:rsidR="00D31675" w14:paraId="7B4449D0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B3B3D10" w14:textId="77777777" w:rsidR="00D31675" w:rsidRDefault="00000000">
            <w:r>
              <w:rPr>
                <w:b/>
                <w:color w:val="22312C"/>
              </w:rPr>
              <w:t>Mutter / Vater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AA2996E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دایک / باوک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E4EC26" w14:textId="77777777" w:rsidR="00D31675" w:rsidRDefault="00000000">
            <w:r>
              <w:rPr>
                <w:i/>
                <w:color w:val="5A6A64"/>
                <w:sz w:val="19"/>
              </w:rPr>
              <w:t>dayik / bawik</w:t>
            </w:r>
          </w:p>
        </w:tc>
      </w:tr>
      <w:tr w:rsidR="00D31675" w14:paraId="2984FF00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D0B2DE" w14:textId="77777777" w:rsidR="00D31675" w:rsidRDefault="00000000">
            <w:r>
              <w:rPr>
                <w:b/>
                <w:color w:val="22312C"/>
              </w:rPr>
              <w:t>Kind / Kinder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26A9D54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منداڵ / منداڵان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F227F93" w14:textId="77777777" w:rsidR="00D31675" w:rsidRDefault="00000000">
            <w:r>
              <w:rPr>
                <w:i/>
                <w:color w:val="5A6A64"/>
                <w:sz w:val="19"/>
              </w:rPr>
              <w:t>mindaḷ / mindaḷan</w:t>
            </w:r>
          </w:p>
        </w:tc>
      </w:tr>
      <w:tr w:rsidR="00D31675" w14:paraId="3169B35B" w14:textId="77777777">
        <w:trPr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E37593F" w14:textId="77777777" w:rsidR="00D31675" w:rsidRDefault="00000000">
            <w:r>
              <w:rPr>
                <w:b/>
                <w:color w:val="22312C"/>
              </w:rPr>
              <w:t>Frau / Mann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C67B335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ژن / پیاو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52D2B2" w14:textId="77777777" w:rsidR="00D31675" w:rsidRDefault="00000000">
            <w:r>
              <w:rPr>
                <w:i/>
                <w:color w:val="5A6A64"/>
                <w:sz w:val="19"/>
              </w:rPr>
              <w:t>jin / piyaw</w:t>
            </w:r>
          </w:p>
        </w:tc>
      </w:tr>
      <w:tr w:rsidR="00D31675" w14:paraId="60D42C79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F1288D8" w14:textId="77777777" w:rsidR="00D31675" w:rsidRDefault="00000000">
            <w:r>
              <w:rPr>
                <w:b/>
                <w:color w:val="22312C"/>
              </w:rPr>
              <w:t>Freund(in)</w:t>
            </w:r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51897B1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هاوڕێ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80373E" w14:textId="77777777" w:rsidR="00D31675" w:rsidRDefault="00000000">
            <w:r>
              <w:rPr>
                <w:i/>
                <w:color w:val="5A6A64"/>
                <w:sz w:val="19"/>
              </w:rPr>
              <w:t>hawrê</w:t>
            </w:r>
          </w:p>
        </w:tc>
      </w:tr>
      <w:tr w:rsidR="00D31675" w14:paraId="60338E32" w14:textId="77777777" w:rsidTr="005A7B14">
        <w:trPr>
          <w:trHeight w:val="20"/>
          <w:jc w:val="center"/>
        </w:trPr>
        <w:tc>
          <w:tcPr>
            <w:tcW w:w="362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6BB0DD3" w14:textId="77777777" w:rsidR="00D31675" w:rsidRDefault="00000000">
            <w:r>
              <w:rPr>
                <w:b/>
                <w:color w:val="22312C"/>
              </w:rPr>
              <w:t xml:space="preserve">Ich </w:t>
            </w:r>
            <w:proofErr w:type="spellStart"/>
            <w:r>
              <w:rPr>
                <w:b/>
                <w:color w:val="22312C"/>
              </w:rPr>
              <w:t>habe</w:t>
            </w:r>
            <w:proofErr w:type="spellEnd"/>
            <w:r>
              <w:rPr>
                <w:b/>
                <w:color w:val="22312C"/>
              </w:rPr>
              <w:t xml:space="preserve"> Hunger / Durst</w:t>
            </w:r>
          </w:p>
        </w:tc>
        <w:tc>
          <w:tcPr>
            <w:tcW w:w="328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0E38C3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برسیمە / تینوومە</w:t>
            </w:r>
          </w:p>
        </w:tc>
        <w:tc>
          <w:tcPr>
            <w:tcW w:w="2948" w:type="dxa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9A453E6" w14:textId="77777777" w:rsidR="00D31675" w:rsidRDefault="00000000">
            <w:r>
              <w:rPr>
                <w:i/>
                <w:color w:val="5A6A64"/>
                <w:sz w:val="19"/>
              </w:rPr>
              <w:t>Birsîme / Tînûme</w:t>
            </w:r>
          </w:p>
        </w:tc>
      </w:tr>
      <w:tr w:rsidR="00D31675" w14:paraId="1FBF0C89" w14:textId="77777777">
        <w:trPr>
          <w:jc w:val="center"/>
        </w:trPr>
        <w:tc>
          <w:tcPr>
            <w:tcW w:w="362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4E306BB" w14:textId="77777777" w:rsidR="00D31675" w:rsidRDefault="00000000">
            <w:r>
              <w:rPr>
                <w:b/>
                <w:color w:val="22312C"/>
              </w:rPr>
              <w:t xml:space="preserve">Ich bin </w:t>
            </w:r>
            <w:proofErr w:type="spellStart"/>
            <w:r>
              <w:rPr>
                <w:b/>
                <w:color w:val="22312C"/>
              </w:rPr>
              <w:t>müde</w:t>
            </w:r>
            <w:proofErr w:type="spellEnd"/>
          </w:p>
        </w:tc>
        <w:tc>
          <w:tcPr>
            <w:tcW w:w="328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486035D" w14:textId="77777777" w:rsidR="00D31675" w:rsidRPr="005A7B14" w:rsidRDefault="00000000" w:rsidP="005A7B14">
            <w:pPr>
              <w:bidi/>
              <w:jc w:val="center"/>
              <w:rPr>
                <w:rFonts w:ascii="Amiri" w:hAnsi="Amiri" w:cs="Amiri" w:hint="cs"/>
              </w:rPr>
            </w:pPr>
            <w:r w:rsidRPr="005A7B14">
              <w:rPr>
                <w:rFonts w:ascii="Amiri" w:hAnsi="Amiri" w:cs="Amiri" w:hint="cs"/>
                <w:b/>
                <w:color w:val="0A4D40"/>
                <w:sz w:val="30"/>
                <w:rtl/>
              </w:rPr>
              <w:t>ماندووم</w:t>
            </w:r>
          </w:p>
        </w:tc>
        <w:tc>
          <w:tcPr>
            <w:tcW w:w="2948" w:type="dxa"/>
            <w:shd w:val="clear" w:color="auto" w:fill="F1F8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43BA894" w14:textId="77777777" w:rsidR="00D31675" w:rsidRDefault="00000000">
            <w:r>
              <w:rPr>
                <w:i/>
                <w:color w:val="5A6A64"/>
                <w:sz w:val="19"/>
              </w:rPr>
              <w:t>Mandûm</w:t>
            </w:r>
          </w:p>
        </w:tc>
      </w:tr>
    </w:tbl>
    <w:p w14:paraId="7F50A447" w14:textId="77777777" w:rsidR="00D31675" w:rsidRDefault="00000000">
      <w:pPr>
        <w:spacing w:before="280"/>
      </w:pPr>
      <w:r>
        <w:rPr>
          <w:i/>
          <w:color w:val="7A8A83"/>
          <w:sz w:val="17"/>
        </w:rPr>
        <w:t>Die kurdischen Sätze sind in Sorani (Schrift: Shasenem Soran) mit lateinischer Umschrift als Aussprachehilfe. Regionale Varianten sind möglich. © Kurdisch Akademie</w:t>
      </w:r>
    </w:p>
    <w:sectPr w:rsidR="00D31675" w:rsidSect="00034616"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BD BOTAN">
    <w:panose1 w:val="020B0604030504040204"/>
    <w:charset w:val="B2"/>
    <w:family w:val="swiss"/>
    <w:pitch w:val="variable"/>
    <w:sig w:usb0="00002007" w:usb1="80000000" w:usb2="00000008" w:usb3="00000000" w:csb0="00000051" w:csb1="00000000"/>
  </w:font>
  <w:font w:name="Amiri">
    <w:panose1 w:val="00000500000000000000"/>
    <w:charset w:val="B2"/>
    <w:family w:val="auto"/>
    <w:pitch w:val="variable"/>
    <w:sig w:usb0="A000206F" w:usb1="82002042" w:usb2="00000008" w:usb3="00000000" w:csb0="000000D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07366912">
    <w:abstractNumId w:val="8"/>
  </w:num>
  <w:num w:numId="2" w16cid:durableId="2024042300">
    <w:abstractNumId w:val="6"/>
  </w:num>
  <w:num w:numId="3" w16cid:durableId="799808154">
    <w:abstractNumId w:val="5"/>
  </w:num>
  <w:num w:numId="4" w16cid:durableId="1350915603">
    <w:abstractNumId w:val="4"/>
  </w:num>
  <w:num w:numId="5" w16cid:durableId="918246950">
    <w:abstractNumId w:val="7"/>
  </w:num>
  <w:num w:numId="6" w16cid:durableId="985160499">
    <w:abstractNumId w:val="3"/>
  </w:num>
  <w:num w:numId="7" w16cid:durableId="1396588651">
    <w:abstractNumId w:val="2"/>
  </w:num>
  <w:num w:numId="8" w16cid:durableId="1933082481">
    <w:abstractNumId w:val="1"/>
  </w:num>
  <w:num w:numId="9" w16cid:durableId="369886502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A7B14"/>
    <w:rsid w:val="00AA1D8D"/>
    <w:rsid w:val="00B47730"/>
    <w:rsid w:val="00CB0664"/>
    <w:rsid w:val="00CF1294"/>
    <w:rsid w:val="00D3167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AC8456"/>
  <w14:defaultImageDpi w14:val="300"/>
  <w15:docId w15:val="{1487FEEC-CF4E-C047-9A19-D26CE86F0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Calibri" w:hAnsi="Calibri"/>
      <w:sz w:val="21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766</Words>
  <Characters>4089</Characters>
  <Application>Microsoft Office Word</Application>
  <DocSecurity>0</DocSecurity>
  <Lines>88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4785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Samal Osman</cp:lastModifiedBy>
  <cp:revision>2</cp:revision>
  <dcterms:created xsi:type="dcterms:W3CDTF">2013-12-23T23:15:00Z</dcterms:created>
  <dcterms:modified xsi:type="dcterms:W3CDTF">2026-06-26T20:43:00Z</dcterms:modified>
  <cp:category/>
</cp:coreProperties>
</file>