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4BF19" w14:textId="77777777" w:rsidR="00F83B1A" w:rsidRDefault="00000000">
      <w:pPr>
        <w:jc w:val="center"/>
      </w:pPr>
      <w:r>
        <w:rPr>
          <w:b/>
          <w:color w:val="0B6BCB"/>
          <w:sz w:val="56"/>
        </w:rPr>
        <w:t>Kurdisch (Sorani)</w:t>
      </w:r>
    </w:p>
    <w:p w14:paraId="21F40238" w14:textId="77777777" w:rsidR="00F83B1A" w:rsidRDefault="00000000">
      <w:pPr>
        <w:jc w:val="center"/>
      </w:pPr>
      <w:r>
        <w:rPr>
          <w:b/>
          <w:color w:val="333333"/>
          <w:sz w:val="40"/>
        </w:rPr>
        <w:t>Aufnahme-Liste für Studio</w:t>
      </w:r>
    </w:p>
    <w:p w14:paraId="2905D38B" w14:textId="77777777" w:rsidR="00F83B1A" w:rsidRDefault="00F83B1A"/>
    <w:p w14:paraId="5F9153FC" w14:textId="77777777" w:rsidR="00F83B1A" w:rsidRDefault="00000000">
      <w:pPr>
        <w:jc w:val="center"/>
      </w:pPr>
      <w:r>
        <w:rPr>
          <w:i/>
          <w:color w:val="666666"/>
          <w:sz w:val="24"/>
        </w:rPr>
        <w:t>Vollständige Wort- und Satz-Liste aus dem Kurdisch-Lernportal</w:t>
      </w:r>
      <w:r>
        <w:rPr>
          <w:i/>
          <w:color w:val="666666"/>
          <w:sz w:val="24"/>
        </w:rPr>
        <w:br/>
        <w:t>für professionelle Sprachaufnahmen</w:t>
      </w:r>
    </w:p>
    <w:p w14:paraId="654FD83D" w14:textId="77777777" w:rsidR="00F83B1A" w:rsidRDefault="00F83B1A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969"/>
        <w:gridCol w:w="2268"/>
      </w:tblGrid>
      <w:tr w:rsidR="00F83B1A" w14:paraId="0DC16F45" w14:textId="77777777">
        <w:trPr>
          <w:jc w:val="center"/>
        </w:trPr>
        <w:tc>
          <w:tcPr>
            <w:tcW w:w="3969" w:type="dxa"/>
            <w:tcBorders>
              <w:top w:val="single" w:sz="4" w:space="0" w:color="B8D4F1"/>
              <w:left w:val="single" w:sz="4" w:space="0" w:color="B8D4F1"/>
              <w:bottom w:val="single" w:sz="4" w:space="0" w:color="B8D4F1"/>
              <w:right w:val="single" w:sz="4" w:space="0" w:color="B8D4F1"/>
            </w:tcBorders>
            <w:shd w:val="clear" w:color="auto" w:fill="EAF3FB"/>
          </w:tcPr>
          <w:p w14:paraId="4327995E" w14:textId="77777777" w:rsidR="00F83B1A" w:rsidRDefault="00000000">
            <w:r>
              <w:rPr>
                <w:b/>
                <w:sz w:val="24"/>
              </w:rPr>
              <w:t>Einzelne Wörter</w:t>
            </w:r>
          </w:p>
        </w:tc>
        <w:tc>
          <w:tcPr>
            <w:tcW w:w="2268" w:type="dxa"/>
            <w:tcBorders>
              <w:top w:val="single" w:sz="4" w:space="0" w:color="B8D4F1"/>
              <w:left w:val="single" w:sz="4" w:space="0" w:color="B8D4F1"/>
              <w:bottom w:val="single" w:sz="4" w:space="0" w:color="B8D4F1"/>
              <w:right w:val="single" w:sz="4" w:space="0" w:color="B8D4F1"/>
            </w:tcBorders>
            <w:shd w:val="clear" w:color="auto" w:fill="EAF3FB"/>
          </w:tcPr>
          <w:p w14:paraId="613372A1" w14:textId="77777777" w:rsidR="00F83B1A" w:rsidRDefault="00000000">
            <w:pPr>
              <w:jc w:val="right"/>
            </w:pPr>
            <w:r>
              <w:rPr>
                <w:b/>
                <w:color w:val="0B6BCB"/>
                <w:sz w:val="28"/>
              </w:rPr>
              <w:t>418</w:t>
            </w:r>
          </w:p>
        </w:tc>
      </w:tr>
      <w:tr w:rsidR="00F83B1A" w14:paraId="34178ED9" w14:textId="77777777">
        <w:trPr>
          <w:jc w:val="center"/>
        </w:trPr>
        <w:tc>
          <w:tcPr>
            <w:tcW w:w="3969" w:type="dxa"/>
            <w:tcBorders>
              <w:top w:val="single" w:sz="4" w:space="0" w:color="B8D4F1"/>
              <w:left w:val="single" w:sz="4" w:space="0" w:color="B8D4F1"/>
              <w:bottom w:val="single" w:sz="4" w:space="0" w:color="B8D4F1"/>
              <w:right w:val="single" w:sz="4" w:space="0" w:color="B8D4F1"/>
            </w:tcBorders>
            <w:shd w:val="clear" w:color="auto" w:fill="EAF3FB"/>
          </w:tcPr>
          <w:p w14:paraId="50D6694E" w14:textId="77777777" w:rsidR="00F83B1A" w:rsidRDefault="00000000">
            <w:r>
              <w:rPr>
                <w:b/>
                <w:sz w:val="24"/>
              </w:rPr>
              <w:t>Sätze und Phrasen</w:t>
            </w:r>
          </w:p>
        </w:tc>
        <w:tc>
          <w:tcPr>
            <w:tcW w:w="2268" w:type="dxa"/>
            <w:tcBorders>
              <w:top w:val="single" w:sz="4" w:space="0" w:color="B8D4F1"/>
              <w:left w:val="single" w:sz="4" w:space="0" w:color="B8D4F1"/>
              <w:bottom w:val="single" w:sz="4" w:space="0" w:color="B8D4F1"/>
              <w:right w:val="single" w:sz="4" w:space="0" w:color="B8D4F1"/>
            </w:tcBorders>
            <w:shd w:val="clear" w:color="auto" w:fill="EAF3FB"/>
          </w:tcPr>
          <w:p w14:paraId="4C92BADD" w14:textId="77777777" w:rsidR="00F83B1A" w:rsidRDefault="00000000">
            <w:pPr>
              <w:jc w:val="right"/>
            </w:pPr>
            <w:r>
              <w:rPr>
                <w:b/>
                <w:color w:val="0B6BCB"/>
                <w:sz w:val="28"/>
              </w:rPr>
              <w:t>447</w:t>
            </w:r>
          </w:p>
        </w:tc>
      </w:tr>
      <w:tr w:rsidR="00F83B1A" w14:paraId="66B3AAFF" w14:textId="77777777">
        <w:trPr>
          <w:jc w:val="center"/>
        </w:trPr>
        <w:tc>
          <w:tcPr>
            <w:tcW w:w="3969" w:type="dxa"/>
            <w:tcBorders>
              <w:top w:val="single" w:sz="4" w:space="0" w:color="B8D4F1"/>
              <w:left w:val="single" w:sz="4" w:space="0" w:color="B8D4F1"/>
              <w:bottom w:val="single" w:sz="4" w:space="0" w:color="B8D4F1"/>
              <w:right w:val="single" w:sz="4" w:space="0" w:color="B8D4F1"/>
            </w:tcBorders>
            <w:shd w:val="clear" w:color="auto" w:fill="EAF3FB"/>
          </w:tcPr>
          <w:p w14:paraId="06CFD727" w14:textId="77777777" w:rsidR="00F83B1A" w:rsidRDefault="00000000">
            <w:r>
              <w:rPr>
                <w:b/>
                <w:sz w:val="24"/>
              </w:rPr>
              <w:t>Gesamt zu aufnehmen</w:t>
            </w:r>
          </w:p>
        </w:tc>
        <w:tc>
          <w:tcPr>
            <w:tcW w:w="2268" w:type="dxa"/>
            <w:tcBorders>
              <w:top w:val="single" w:sz="4" w:space="0" w:color="B8D4F1"/>
              <w:left w:val="single" w:sz="4" w:space="0" w:color="B8D4F1"/>
              <w:bottom w:val="single" w:sz="4" w:space="0" w:color="B8D4F1"/>
              <w:right w:val="single" w:sz="4" w:space="0" w:color="B8D4F1"/>
            </w:tcBorders>
            <w:shd w:val="clear" w:color="auto" w:fill="EAF3FB"/>
          </w:tcPr>
          <w:p w14:paraId="6E7DAF1C" w14:textId="77777777" w:rsidR="00F83B1A" w:rsidRDefault="00000000">
            <w:pPr>
              <w:jc w:val="right"/>
            </w:pPr>
            <w:r>
              <w:rPr>
                <w:b/>
                <w:color w:val="0B6BCB"/>
                <w:sz w:val="28"/>
              </w:rPr>
              <w:t>865</w:t>
            </w:r>
          </w:p>
        </w:tc>
      </w:tr>
    </w:tbl>
    <w:p w14:paraId="15B3F326" w14:textId="77777777" w:rsidR="00F83B1A" w:rsidRDefault="00F83B1A"/>
    <w:p w14:paraId="3383AB9B" w14:textId="77777777" w:rsidR="00F83B1A" w:rsidRDefault="00000000">
      <w:pPr>
        <w:keepNext/>
        <w:spacing w:before="240" w:after="120"/>
      </w:pPr>
      <w:r>
        <w:rPr>
          <w:b/>
          <w:color w:val="0B6BCB"/>
          <w:sz w:val="32"/>
        </w:rPr>
        <w:t>📋 Anweisungen für die Aufnahme</w:t>
      </w:r>
    </w:p>
    <w:p w14:paraId="5D5B38FE" w14:textId="77777777" w:rsidR="00F83B1A" w:rsidRDefault="00000000">
      <w:pPr>
        <w:spacing w:after="60"/>
        <w:ind w:left="283"/>
      </w:pPr>
      <w:r>
        <w:rPr>
          <w:b/>
          <w:color w:val="0B6BCB"/>
        </w:rPr>
        <w:t xml:space="preserve">1.  </w:t>
      </w:r>
      <w:r>
        <w:t>Sprechen Sie deutlich und in einem ruhigen, natürlichen Tempo.</w:t>
      </w:r>
    </w:p>
    <w:p w14:paraId="0FA64064" w14:textId="77777777" w:rsidR="00F83B1A" w:rsidRDefault="00000000">
      <w:pPr>
        <w:spacing w:after="60"/>
        <w:ind w:left="283"/>
      </w:pPr>
      <w:r>
        <w:rPr>
          <w:b/>
          <w:color w:val="0B6BCB"/>
        </w:rPr>
        <w:t xml:space="preserve">2.  </w:t>
      </w:r>
      <w:r>
        <w:t>Pause von 1–2 Sekunden zwischen den einzelnen Einträgen einhalten.</w:t>
      </w:r>
    </w:p>
    <w:p w14:paraId="7801072E" w14:textId="77777777" w:rsidR="00F83B1A" w:rsidRDefault="00000000">
      <w:pPr>
        <w:spacing w:after="60"/>
        <w:ind w:left="283"/>
      </w:pPr>
      <w:r>
        <w:rPr>
          <w:b/>
          <w:color w:val="0B6BCB"/>
        </w:rPr>
        <w:t xml:space="preserve">3.  </w:t>
      </w:r>
      <w:r>
        <w:t>Jeder Eintrag ist nummeriert — bitte die Nummer im Dateinamen behalten (z. B. 0001_silaw.wav, 0002_supas.wav …).</w:t>
      </w:r>
    </w:p>
    <w:p w14:paraId="5A7D5B28" w14:textId="77777777" w:rsidR="00F83B1A" w:rsidRDefault="00000000">
      <w:pPr>
        <w:spacing w:after="60"/>
        <w:ind w:left="283"/>
      </w:pPr>
      <w:r>
        <w:rPr>
          <w:b/>
          <w:color w:val="0B6BCB"/>
        </w:rPr>
        <w:t xml:space="preserve">4.  </w:t>
      </w:r>
      <w:r>
        <w:t>Bei mehreren deutschen Übersetzungen genügt die Aufnahme des kurdischen Wortes.</w:t>
      </w:r>
    </w:p>
    <w:p w14:paraId="161EF981" w14:textId="77777777" w:rsidR="00F83B1A" w:rsidRDefault="00000000">
      <w:pPr>
        <w:spacing w:after="60"/>
        <w:ind w:left="283"/>
      </w:pPr>
      <w:r>
        <w:rPr>
          <w:b/>
          <w:color w:val="0B6BCB"/>
        </w:rPr>
        <w:t xml:space="preserve">5.  </w:t>
      </w:r>
      <w:r>
        <w:t>Sätze bitte mit natürlicher Satzmelodie sprechen (Frage = steigend, Aussage = fallend).</w:t>
      </w:r>
    </w:p>
    <w:p w14:paraId="3D5699E3" w14:textId="77777777" w:rsidR="00F83B1A" w:rsidRDefault="00000000">
      <w:pPr>
        <w:spacing w:after="60"/>
        <w:ind w:left="283"/>
      </w:pPr>
      <w:r>
        <w:rPr>
          <w:b/>
          <w:color w:val="0B6BCB"/>
        </w:rPr>
        <w:t xml:space="preserve">6.  </w:t>
      </w:r>
      <w:r>
        <w:t>Aufnahmeformat empfohlen: WAV, 44.1 kHz, 16-bit oder höher.</w:t>
      </w:r>
    </w:p>
    <w:p w14:paraId="3E5A7301" w14:textId="77777777" w:rsidR="00F83B1A" w:rsidRDefault="00000000">
      <w:pPr>
        <w:spacing w:after="60"/>
        <w:ind w:left="283"/>
      </w:pPr>
      <w:r>
        <w:rPr>
          <w:b/>
          <w:color w:val="0B6BCB"/>
        </w:rPr>
        <w:t xml:space="preserve">7.  </w:t>
      </w:r>
      <w:r>
        <w:t>Bei Unsicherheit zur Aussprache bitte Rücksprache halten — wir liefern gerne Beispiel-Audios.</w:t>
      </w:r>
    </w:p>
    <w:p w14:paraId="2EFAC987" w14:textId="77777777" w:rsidR="00F83B1A" w:rsidRDefault="00F83B1A"/>
    <w:p w14:paraId="6612038D" w14:textId="77777777" w:rsidR="00F83B1A" w:rsidRDefault="00000000">
      <w:pPr>
        <w:keepNext/>
        <w:spacing w:before="240" w:after="120"/>
      </w:pPr>
      <w:r>
        <w:rPr>
          <w:b/>
          <w:color w:val="0B6BCB"/>
          <w:sz w:val="32"/>
        </w:rPr>
        <w:t>📖 Spalten-Erklärung</w:t>
      </w:r>
    </w:p>
    <w:p w14:paraId="5C1F2B50" w14:textId="77777777" w:rsidR="00F83B1A" w:rsidRDefault="00000000">
      <w:r>
        <w:rPr>
          <w:b/>
        </w:rPr>
        <w:t xml:space="preserve">• Kurdisch (Sorani): </w:t>
      </w:r>
      <w:r>
        <w:t>Wort/Satz in arabischer Schrift — die zu aufnehmende Zeile.</w:t>
      </w:r>
    </w:p>
    <w:p w14:paraId="32CD75E7" w14:textId="77777777" w:rsidR="00F83B1A" w:rsidRDefault="00000000">
      <w:r>
        <w:rPr>
          <w:b/>
        </w:rPr>
        <w:t xml:space="preserve">• Latein: </w:t>
      </w:r>
      <w:r>
        <w:t>Lautumschrift (wenn vorhanden) als Aussprachehilfe.</w:t>
      </w:r>
    </w:p>
    <w:p w14:paraId="0F30F098" w14:textId="77777777" w:rsidR="00F83B1A" w:rsidRDefault="00000000">
      <w:r>
        <w:rPr>
          <w:b/>
        </w:rPr>
        <w:t xml:space="preserve">• Deutsch: </w:t>
      </w:r>
      <w:r>
        <w:t>Bedeutung zur Kontext-Sicherheit.</w:t>
      </w:r>
    </w:p>
    <w:p w14:paraId="638AAA3E" w14:textId="77777777" w:rsidR="00F83B1A" w:rsidRDefault="00000000">
      <w:r>
        <w:br w:type="page"/>
      </w:r>
    </w:p>
    <w:p w14:paraId="59B2011C" w14:textId="77777777" w:rsidR="00F83B1A" w:rsidRDefault="00000000">
      <w:pPr>
        <w:keepNext/>
        <w:spacing w:before="360" w:after="120"/>
      </w:pPr>
      <w:r>
        <w:rPr>
          <w:b/>
          <w:color w:val="0B6BCB"/>
          <w:sz w:val="40"/>
        </w:rPr>
        <w:lastRenderedPageBreak/>
        <w:t>📚 Inhaltsverzeichnis</w:t>
      </w:r>
    </w:p>
    <w:p w14:paraId="1CE1814A" w14:textId="77777777" w:rsidR="00F83B1A" w:rsidRDefault="00000000">
      <w:r>
        <w:rPr>
          <w:b/>
        </w:rPr>
        <w:t>Teil 1 — Einzelne Wörter</w:t>
      </w:r>
    </w:p>
    <w:p w14:paraId="1229BFDD" w14:textId="77777777" w:rsidR="00F83B1A" w:rsidRDefault="00000000">
      <w:pPr>
        <w:pStyle w:val="Aufzhlungszeichen"/>
        <w:ind w:left="567"/>
      </w:pPr>
      <w:r>
        <w:t>Begrüßung &amp; Alltag</w:t>
      </w:r>
    </w:p>
    <w:p w14:paraId="66B23BCD" w14:textId="77777777" w:rsidR="00F83B1A" w:rsidRDefault="00000000">
      <w:pPr>
        <w:pStyle w:val="Aufzhlungszeichen"/>
        <w:ind w:left="567"/>
      </w:pPr>
      <w:r>
        <w:t>Alphabet &amp; Aussprache</w:t>
      </w:r>
    </w:p>
    <w:p w14:paraId="5EAD225A" w14:textId="77777777" w:rsidR="00F83B1A" w:rsidRDefault="00000000">
      <w:pPr>
        <w:pStyle w:val="Aufzhlungszeichen"/>
        <w:ind w:left="567"/>
      </w:pPr>
      <w:r>
        <w:t>Zahlen &amp; Zeit</w:t>
      </w:r>
    </w:p>
    <w:p w14:paraId="330BD2B4" w14:textId="77777777" w:rsidR="00F83B1A" w:rsidRDefault="00000000">
      <w:pPr>
        <w:pStyle w:val="Aufzhlungszeichen"/>
        <w:ind w:left="567"/>
      </w:pPr>
      <w:r>
        <w:t>Familie &amp; Mensch</w:t>
      </w:r>
    </w:p>
    <w:p w14:paraId="679F0E77" w14:textId="77777777" w:rsidR="00F83B1A" w:rsidRDefault="00000000">
      <w:pPr>
        <w:pStyle w:val="Aufzhlungszeichen"/>
        <w:ind w:left="567"/>
      </w:pPr>
      <w:r>
        <w:t>Essen, Kleidung &amp; Wohnen</w:t>
      </w:r>
    </w:p>
    <w:p w14:paraId="5BFAEB95" w14:textId="77777777" w:rsidR="00F83B1A" w:rsidRDefault="00000000">
      <w:pPr>
        <w:pStyle w:val="Aufzhlungszeichen"/>
        <w:ind w:left="567"/>
      </w:pPr>
      <w:r>
        <w:t>Berufe, Hobbys &amp; Reisen</w:t>
      </w:r>
    </w:p>
    <w:p w14:paraId="442C92BD" w14:textId="77777777" w:rsidR="00F83B1A" w:rsidRDefault="00000000">
      <w:pPr>
        <w:pStyle w:val="Aufzhlungszeichen"/>
        <w:ind w:left="567"/>
      </w:pPr>
      <w:r>
        <w:t>Natur &amp; Tiere</w:t>
      </w:r>
    </w:p>
    <w:p w14:paraId="7D062DCE" w14:textId="77777777" w:rsidR="00F83B1A" w:rsidRDefault="00000000">
      <w:pPr>
        <w:pStyle w:val="Aufzhlungszeichen"/>
        <w:ind w:left="567"/>
      </w:pPr>
      <w:r>
        <w:t>Kultur &amp; Geschichte</w:t>
      </w:r>
    </w:p>
    <w:p w14:paraId="71182D2C" w14:textId="77777777" w:rsidR="00F83B1A" w:rsidRDefault="00000000">
      <w:pPr>
        <w:pStyle w:val="Aufzhlungszeichen"/>
        <w:ind w:left="567"/>
      </w:pPr>
      <w:r>
        <w:t>Grammatik (Wörter &amp; Beispiele)</w:t>
      </w:r>
    </w:p>
    <w:p w14:paraId="4789DC0F" w14:textId="77777777" w:rsidR="00F83B1A" w:rsidRDefault="00000000">
      <w:pPr>
        <w:pStyle w:val="Aufzhlungszeichen"/>
        <w:ind w:left="567"/>
      </w:pPr>
      <w:r>
        <w:t>Übungen &amp; Spiele</w:t>
      </w:r>
    </w:p>
    <w:p w14:paraId="0ECBF4A8" w14:textId="77777777" w:rsidR="00F83B1A" w:rsidRDefault="00F83B1A"/>
    <w:p w14:paraId="41759644" w14:textId="77777777" w:rsidR="00F83B1A" w:rsidRDefault="00000000">
      <w:r>
        <w:rPr>
          <w:b/>
        </w:rPr>
        <w:t>Teil 2 — Sätze und Phrasen</w:t>
      </w:r>
    </w:p>
    <w:p w14:paraId="5712823F" w14:textId="77777777" w:rsidR="00F83B1A" w:rsidRDefault="00000000">
      <w:pPr>
        <w:pStyle w:val="Aufzhlungszeichen"/>
        <w:ind w:left="567"/>
      </w:pPr>
      <w:r>
        <w:t>Begrüßung &amp; Alltag</w:t>
      </w:r>
    </w:p>
    <w:p w14:paraId="7C1B9907" w14:textId="77777777" w:rsidR="00F83B1A" w:rsidRDefault="00000000">
      <w:pPr>
        <w:pStyle w:val="Aufzhlungszeichen"/>
        <w:ind w:left="567"/>
      </w:pPr>
      <w:r>
        <w:t>Alphabet &amp; Aussprache</w:t>
      </w:r>
    </w:p>
    <w:p w14:paraId="49CAA232" w14:textId="77777777" w:rsidR="00F83B1A" w:rsidRDefault="00000000">
      <w:pPr>
        <w:pStyle w:val="Aufzhlungszeichen"/>
        <w:ind w:left="567"/>
      </w:pPr>
      <w:r>
        <w:t>Zahlen &amp; Zeit</w:t>
      </w:r>
    </w:p>
    <w:p w14:paraId="7DBD2D5B" w14:textId="77777777" w:rsidR="00F83B1A" w:rsidRDefault="00000000">
      <w:pPr>
        <w:pStyle w:val="Aufzhlungszeichen"/>
        <w:ind w:left="567"/>
      </w:pPr>
      <w:r>
        <w:t>Familie &amp; Mensch</w:t>
      </w:r>
    </w:p>
    <w:p w14:paraId="5D81EA0D" w14:textId="77777777" w:rsidR="00F83B1A" w:rsidRDefault="00000000">
      <w:pPr>
        <w:pStyle w:val="Aufzhlungszeichen"/>
        <w:ind w:left="567"/>
      </w:pPr>
      <w:r>
        <w:t>Essen, Kleidung &amp; Wohnen</w:t>
      </w:r>
    </w:p>
    <w:p w14:paraId="5BFCE770" w14:textId="77777777" w:rsidR="00F83B1A" w:rsidRDefault="00000000">
      <w:pPr>
        <w:pStyle w:val="Aufzhlungszeichen"/>
        <w:ind w:left="567"/>
      </w:pPr>
      <w:r>
        <w:t>Berufe, Hobbys &amp; Reisen</w:t>
      </w:r>
    </w:p>
    <w:p w14:paraId="1047910D" w14:textId="77777777" w:rsidR="00F83B1A" w:rsidRDefault="00000000">
      <w:pPr>
        <w:pStyle w:val="Aufzhlungszeichen"/>
        <w:ind w:left="567"/>
      </w:pPr>
      <w:r>
        <w:t>Natur &amp; Tiere</w:t>
      </w:r>
    </w:p>
    <w:p w14:paraId="24945FA3" w14:textId="77777777" w:rsidR="00F83B1A" w:rsidRDefault="00000000">
      <w:pPr>
        <w:pStyle w:val="Aufzhlungszeichen"/>
        <w:ind w:left="567"/>
      </w:pPr>
      <w:r>
        <w:t>Kultur &amp; Geschichte</w:t>
      </w:r>
    </w:p>
    <w:p w14:paraId="6B25C7BB" w14:textId="77777777" w:rsidR="00F83B1A" w:rsidRDefault="00000000">
      <w:pPr>
        <w:pStyle w:val="Aufzhlungszeichen"/>
        <w:ind w:left="567"/>
      </w:pPr>
      <w:r>
        <w:t>Grammatik (Wörter &amp; Beispiele)</w:t>
      </w:r>
    </w:p>
    <w:p w14:paraId="236C30C5" w14:textId="77777777" w:rsidR="00F83B1A" w:rsidRDefault="00000000">
      <w:pPr>
        <w:pStyle w:val="Aufzhlungszeichen"/>
        <w:ind w:left="567"/>
      </w:pPr>
      <w:r>
        <w:t>Übungen &amp; Spiele</w:t>
      </w:r>
    </w:p>
    <w:p w14:paraId="0897B556" w14:textId="77777777" w:rsidR="00F83B1A" w:rsidRDefault="00000000">
      <w:r>
        <w:br w:type="page"/>
      </w:r>
    </w:p>
    <w:p w14:paraId="3F144775" w14:textId="77777777" w:rsidR="00F83B1A" w:rsidRDefault="00000000">
      <w:pPr>
        <w:keepNext/>
        <w:spacing w:before="360" w:after="120"/>
      </w:pPr>
      <w:r>
        <w:rPr>
          <w:b/>
          <w:color w:val="0B6BCB"/>
          <w:sz w:val="40"/>
        </w:rPr>
        <w:lastRenderedPageBreak/>
        <w:t>Teil 1 — Einzelne Wörter</w:t>
      </w:r>
    </w:p>
    <w:p w14:paraId="08063B95" w14:textId="77777777" w:rsidR="00F83B1A" w:rsidRDefault="00000000">
      <w:pPr>
        <w:spacing w:after="80"/>
      </w:pPr>
      <w:r>
        <w:rPr>
          <w:i/>
          <w:color w:val="666666"/>
        </w:rPr>
        <w:t>Insgesamt 418 einzelne kurdische Wörter, organisiert nach Themengebieten.</w:t>
      </w:r>
    </w:p>
    <w:p w14:paraId="72288211" w14:textId="77777777" w:rsidR="00F83B1A" w:rsidRDefault="00F83B1A"/>
    <w:p w14:paraId="1712B632" w14:textId="77777777" w:rsidR="00F83B1A" w:rsidRDefault="00000000">
      <w:pPr>
        <w:keepNext/>
        <w:spacing w:before="240" w:after="120"/>
      </w:pPr>
      <w:r>
        <w:rPr>
          <w:b/>
          <w:color w:val="0B6BCB"/>
          <w:sz w:val="32"/>
        </w:rPr>
        <w:t>Begrüßung &amp; Alltag</w:t>
      </w:r>
    </w:p>
    <w:p w14:paraId="43E464EB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Kommunikation &amp; Begrüßung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79205942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C007386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85CA197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4AFE365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AB33C62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7283AF0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90D3B2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BA2281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سوپاس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6E90905" w14:textId="77777777" w:rsidR="00F83B1A" w:rsidRDefault="00000000">
            <w:r>
              <w:rPr>
                <w:i/>
                <w:color w:val="555555"/>
                <w:sz w:val="20"/>
              </w:rPr>
              <w:t>spas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50BD8A9" w14:textId="77777777" w:rsidR="00F83B1A" w:rsidRDefault="00000000">
            <w:r>
              <w:t>Danke / danke</w:t>
            </w:r>
          </w:p>
        </w:tc>
      </w:tr>
      <w:tr w:rsidR="00F83B1A" w14:paraId="28FC8A8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0DF4F8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1FAC4B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سڵاو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C5A4035" w14:textId="77777777" w:rsidR="00F83B1A" w:rsidRDefault="00000000">
            <w:r>
              <w:rPr>
                <w:i/>
                <w:color w:val="555555"/>
                <w:sz w:val="20"/>
              </w:rPr>
              <w:t>sław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D5DF7E9" w14:textId="77777777" w:rsidR="00F83B1A" w:rsidRDefault="00000000">
            <w:r>
              <w:t>Hallo (universell) / Hallo</w:t>
            </w:r>
          </w:p>
        </w:tc>
      </w:tr>
      <w:tr w:rsidR="00F83B1A" w14:paraId="71BD760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B5A16B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A25FF2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باشی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EBAA6D4" w14:textId="77777777" w:rsidR="00F83B1A" w:rsidRDefault="00000000">
            <w:r>
              <w:rPr>
                <w:i/>
                <w:color w:val="555555"/>
                <w:sz w:val="20"/>
              </w:rPr>
              <w:t>başî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99EF22D" w14:textId="77777777" w:rsidR="00F83B1A" w:rsidRDefault="00000000">
            <w:r>
              <w:t>Mach's gut (informell)</w:t>
            </w:r>
          </w:p>
        </w:tc>
      </w:tr>
      <w:tr w:rsidR="00F83B1A" w14:paraId="3152649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C66921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5FE324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باشم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3DB85B1" w14:textId="77777777" w:rsidR="00F83B1A" w:rsidRDefault="00000000">
            <w:r>
              <w:rPr>
                <w:i/>
                <w:color w:val="555555"/>
                <w:sz w:val="20"/>
              </w:rPr>
              <w:t>başim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7A49E1B" w14:textId="77777777" w:rsidR="00F83B1A" w:rsidRDefault="00000000">
            <w:r>
              <w:t>Mir geht es gut / mir geht's gut</w:t>
            </w:r>
          </w:p>
        </w:tc>
      </w:tr>
      <w:tr w:rsidR="00F83B1A" w14:paraId="33F5CD6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0EA25E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1BD3DC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ماڵئاوا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3F8B95E" w14:textId="77777777" w:rsidR="00F83B1A" w:rsidRDefault="00000000">
            <w:r>
              <w:rPr>
                <w:i/>
                <w:color w:val="555555"/>
                <w:sz w:val="20"/>
              </w:rPr>
              <w:t>maława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7EC012B" w14:textId="77777777" w:rsidR="00F83B1A" w:rsidRDefault="00000000">
            <w:r>
              <w:t>Tschüss (wörtl. „bleibt heil")</w:t>
            </w:r>
          </w:p>
        </w:tc>
      </w:tr>
    </w:tbl>
    <w:p w14:paraId="77D5A8C7" w14:textId="77777777" w:rsidR="00F83B1A" w:rsidRDefault="00F83B1A"/>
    <w:p w14:paraId="5AB8DB9E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Chat-Dialoge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1BFC9435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0CE29DF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02911F4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2A26B20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BF4736A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37F5B85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3CE81E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45A742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قاوەیەک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D26D1F5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551A362" w14:textId="77777777" w:rsidR="00F83B1A" w:rsidRDefault="00000000">
            <w:r>
              <w:t>Einen Kaffee</w:t>
            </w:r>
          </w:p>
        </w:tc>
      </w:tr>
      <w:tr w:rsidR="00F83B1A" w14:paraId="17DBDFC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8AE0EB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876666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لێرە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1436FE8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329061A" w14:textId="77777777" w:rsidR="00F83B1A" w:rsidRDefault="00000000">
            <w:r>
              <w:t>Hier (bleiben)</w:t>
            </w:r>
          </w:p>
        </w:tc>
      </w:tr>
      <w:tr w:rsidR="00F83B1A" w14:paraId="5EEF326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925727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CA54BD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نازانم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C5C8187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3E1F7E1" w14:textId="77777777" w:rsidR="00F83B1A" w:rsidRDefault="00000000">
            <w:r>
              <w:t>Ich weiß nicht</w:t>
            </w:r>
          </w:p>
        </w:tc>
      </w:tr>
      <w:tr w:rsidR="00F83B1A" w14:paraId="6A5153A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96E689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BAE953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هەفتەیەکە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3A003BA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CBBC3C0" w14:textId="77777777" w:rsidR="00F83B1A" w:rsidRDefault="00000000">
            <w:r>
              <w:t>Seit einer Woche</w:t>
            </w:r>
          </w:p>
        </w:tc>
      </w:tr>
    </w:tbl>
    <w:p w14:paraId="4D03CCCB" w14:textId="77777777" w:rsidR="00F83B1A" w:rsidRDefault="00F83B1A"/>
    <w:p w14:paraId="25D46363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Oma-Chat-Dialoge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0E2EBAA1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FF5860F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924D705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559D865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2CF8504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51410B8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1BA739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8F1AED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ماندووم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ACE3EE8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5503653" w14:textId="77777777" w:rsidR="00F83B1A" w:rsidRDefault="00000000">
            <w:r>
              <w:t>Ich bin müde</w:t>
            </w:r>
          </w:p>
        </w:tc>
      </w:tr>
      <w:tr w:rsidR="00F83B1A" w14:paraId="7ACD24C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7634FA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7F3497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خەمگینم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B56B3AC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837ABF9" w14:textId="77777777" w:rsidR="00F83B1A" w:rsidRDefault="00000000">
            <w:r>
              <w:t>Ich bin traurig</w:t>
            </w:r>
          </w:p>
        </w:tc>
      </w:tr>
    </w:tbl>
    <w:p w14:paraId="2B09D944" w14:textId="77777777" w:rsidR="00F83B1A" w:rsidRDefault="00F83B1A"/>
    <w:p w14:paraId="33E0C4DE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Sprachpraxis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15F9F200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0ED5735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C376EEF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5A7A922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C103CD0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2C3025A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0C595D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711F02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دۆست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63812D0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036AA4D" w14:textId="77777777" w:rsidR="00F83B1A" w:rsidRDefault="00000000">
            <w:r>
              <w:t>Freund</w:t>
            </w:r>
          </w:p>
        </w:tc>
      </w:tr>
      <w:tr w:rsidR="00F83B1A" w14:paraId="144730C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E21AE7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lastRenderedPageBreak/>
              <w:t>13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D2FF96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کوردی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47FD842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7982EC6" w14:textId="77777777" w:rsidR="00F83B1A" w:rsidRDefault="00000000">
            <w:r>
              <w:t>Kurdisch</w:t>
            </w:r>
          </w:p>
        </w:tc>
      </w:tr>
      <w:tr w:rsidR="00F83B1A" w14:paraId="05636B1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A26394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76F1D9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قەڵەم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CD040A3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C4CB25C" w14:textId="77777777" w:rsidR="00F83B1A" w:rsidRDefault="00000000">
            <w:r>
              <w:t>Stift</w:t>
            </w:r>
          </w:p>
        </w:tc>
      </w:tr>
    </w:tbl>
    <w:p w14:paraId="520FE18A" w14:textId="77777777" w:rsidR="00F83B1A" w:rsidRDefault="00F83B1A"/>
    <w:p w14:paraId="464C4DF7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Tagebuch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6D12722F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857C69B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A6B2C42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C8DB4DE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360A122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23A3BF8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7B3774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AF492F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دوێنێ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3B737BE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6E25355" w14:textId="77777777" w:rsidR="00F83B1A" w:rsidRDefault="00000000">
            <w:r>
              <w:t>gestern</w:t>
            </w:r>
          </w:p>
        </w:tc>
      </w:tr>
      <w:tr w:rsidR="00F83B1A" w14:paraId="0FEBFE1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BF70A6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F5747B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ئەمڕۆ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267350F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C6B6AC7" w14:textId="77777777" w:rsidR="00F83B1A" w:rsidRDefault="00000000">
            <w:r>
              <w:t>heute</w:t>
            </w:r>
          </w:p>
        </w:tc>
      </w:tr>
      <w:tr w:rsidR="00F83B1A" w14:paraId="41F21B7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B8012E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B62BBA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خواردم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5C5E04B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33A62EF" w14:textId="77777777" w:rsidR="00F83B1A" w:rsidRDefault="00000000">
            <w:r>
              <w:t>ich aß</w:t>
            </w:r>
          </w:p>
        </w:tc>
      </w:tr>
      <w:tr w:rsidR="00F83B1A" w14:paraId="20F5C84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014069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B4C787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خوێندمەوە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FB71366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D701C2E" w14:textId="77777777" w:rsidR="00F83B1A" w:rsidRDefault="00000000">
            <w:r>
              <w:t>ich las</w:t>
            </w:r>
          </w:p>
        </w:tc>
      </w:tr>
      <w:tr w:rsidR="00F83B1A" w14:paraId="738E354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012500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993C68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بینیم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534CBB1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5770F2D" w14:textId="77777777" w:rsidR="00F83B1A" w:rsidRDefault="00000000">
            <w:r>
              <w:t>ich sah</w:t>
            </w:r>
          </w:p>
        </w:tc>
      </w:tr>
      <w:tr w:rsidR="00F83B1A" w14:paraId="6D1F996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19F798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E051C0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هاوڕێم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5124F41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A77485B" w14:textId="77777777" w:rsidR="00F83B1A" w:rsidRDefault="00000000">
            <w:r>
              <w:t>mein Freund</w:t>
            </w:r>
          </w:p>
        </w:tc>
      </w:tr>
      <w:tr w:rsidR="00F83B1A" w14:paraId="478C233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04E110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DEF8A4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بەیانی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9981503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A6B0ADB" w14:textId="77777777" w:rsidR="00F83B1A" w:rsidRDefault="00000000">
            <w:r>
              <w:t>morgen früh</w:t>
            </w:r>
          </w:p>
        </w:tc>
      </w:tr>
    </w:tbl>
    <w:p w14:paraId="662FBC89" w14:textId="77777777" w:rsidR="00F83B1A" w:rsidRDefault="00F83B1A"/>
    <w:p w14:paraId="5060BF84" w14:textId="77777777" w:rsidR="00F83B1A" w:rsidRDefault="00000000">
      <w:pPr>
        <w:keepNext/>
        <w:spacing w:before="240" w:after="120"/>
      </w:pPr>
      <w:r>
        <w:rPr>
          <w:b/>
          <w:color w:val="0B6BCB"/>
          <w:sz w:val="32"/>
        </w:rPr>
        <w:t>Alphabet &amp; Aussprache</w:t>
      </w:r>
    </w:p>
    <w:p w14:paraId="2AA00C70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Alphabet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7CBE2177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909E43A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B85601B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6C4E03E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9DBB510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2322D43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516DFC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993670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6E53970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2D93DC0" w14:textId="77777777" w:rsidR="00F83B1A" w:rsidRDefault="00000000">
            <w:r>
              <w:t>breit</w:t>
            </w:r>
          </w:p>
        </w:tc>
      </w:tr>
      <w:tr w:rsidR="00F83B1A" w14:paraId="736DEF2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A33A67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A86A37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بەرین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A3AADFB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831393E" w14:textId="77777777" w:rsidR="00F83B1A" w:rsidRDefault="00000000">
            <w:r>
              <w:t>breit</w:t>
            </w:r>
          </w:p>
        </w:tc>
      </w:tr>
      <w:tr w:rsidR="00F83B1A" w14:paraId="0F6EDA1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B7D10D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7FB3E2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ڕەوشت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C8C2D4B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8B268E5" w14:textId="77777777" w:rsidR="00F83B1A" w:rsidRDefault="00000000">
            <w:r>
              <w:t>Disziplinen, Moral</w:t>
            </w:r>
          </w:p>
        </w:tc>
      </w:tr>
      <w:tr w:rsidR="00F83B1A" w14:paraId="2BF7CB9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AB116A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6BE889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دەستپاک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689E73C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378CA5A" w14:textId="77777777" w:rsidR="00F83B1A" w:rsidRDefault="00000000">
            <w:r>
              <w:t>Fiduziar</w:t>
            </w:r>
          </w:p>
        </w:tc>
      </w:tr>
      <w:tr w:rsidR="00F83B1A" w14:paraId="08CACA1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C49509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3A5A5A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ئاشتی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4D171C8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206C545" w14:textId="77777777" w:rsidR="00F83B1A" w:rsidRDefault="00000000">
            <w:r>
              <w:t>Frieden</w:t>
            </w:r>
          </w:p>
        </w:tc>
      </w:tr>
      <w:tr w:rsidR="00F83B1A" w14:paraId="6EB2559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6B704D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6422A1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بەپیت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3566B3D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55CA854" w14:textId="77777777" w:rsidR="00F83B1A" w:rsidRDefault="00000000">
            <w:r>
              <w:t>fruchtbar</w:t>
            </w:r>
          </w:p>
        </w:tc>
      </w:tr>
      <w:tr w:rsidR="00F83B1A" w14:paraId="1878F0A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A8A48B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6154E0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هیوا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A604F4B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BCED2C8" w14:textId="77777777" w:rsidR="00F83B1A" w:rsidRDefault="00000000">
            <w:r>
              <w:t>Hoffnung</w:t>
            </w:r>
          </w:p>
        </w:tc>
      </w:tr>
      <w:tr w:rsidR="00F83B1A" w14:paraId="220BB65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2B5717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5CEB58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سازگار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617BB76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77F8484" w14:textId="77777777" w:rsidR="00F83B1A" w:rsidRDefault="00000000">
            <w:r>
              <w:t>süß (für Wasser in diesem Zusammenhang)</w:t>
            </w:r>
          </w:p>
        </w:tc>
      </w:tr>
      <w:tr w:rsidR="00F83B1A" w14:paraId="7C6E235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65DE64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B588CC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گەلان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F1EB891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89B6492" w14:textId="77777777" w:rsidR="00F83B1A" w:rsidRDefault="00000000">
            <w:r>
              <w:t>Völker</w:t>
            </w:r>
          </w:p>
        </w:tc>
      </w:tr>
      <w:tr w:rsidR="00F83B1A" w14:paraId="5874A0F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84E5C1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13044C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کانی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3CAB539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2971104" w14:textId="77777777" w:rsidR="00F83B1A" w:rsidRDefault="00000000">
            <w:r>
              <w:t>Wasserquelle</w:t>
            </w:r>
          </w:p>
        </w:tc>
      </w:tr>
      <w:tr w:rsidR="00F83B1A" w14:paraId="709DC89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D500DC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32C7FC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و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D2EC6E3" w14:textId="77777777" w:rsidR="00F83B1A" w:rsidRDefault="00000000">
            <w:r>
              <w:rPr>
                <w:i/>
                <w:color w:val="555555"/>
                <w:sz w:val="20"/>
              </w:rPr>
              <w:t>u/w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690EB40" w14:textId="77777777" w:rsidR="00F83B1A" w:rsidRDefault="00000000">
            <w:r>
              <w:t>وو / nach / und</w:t>
            </w:r>
          </w:p>
        </w:tc>
      </w:tr>
    </w:tbl>
    <w:p w14:paraId="702560F5" w14:textId="77777777" w:rsidR="00F83B1A" w:rsidRDefault="00F83B1A"/>
    <w:p w14:paraId="65058CDD" w14:textId="77777777" w:rsidR="00F83B1A" w:rsidRDefault="00000000">
      <w:pPr>
        <w:keepNext/>
        <w:spacing w:before="240" w:after="120"/>
      </w:pPr>
      <w:r>
        <w:rPr>
          <w:b/>
          <w:color w:val="0B6BCB"/>
          <w:sz w:val="32"/>
        </w:rPr>
        <w:t>Zahlen &amp; Zeit</w:t>
      </w:r>
    </w:p>
    <w:p w14:paraId="20F9EFDA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Zahlen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4DF98A03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F733173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13CC58B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3734B40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91AA35A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02AC503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930788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38C619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B884DBF" w14:textId="77777777" w:rsidR="00F83B1A" w:rsidRDefault="00000000">
            <w:r>
              <w:rPr>
                <w:i/>
                <w:color w:val="555555"/>
                <w:sz w:val="20"/>
              </w:rPr>
              <w:t>no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71B7034" w14:textId="77777777" w:rsidR="00F83B1A" w:rsidRDefault="00000000">
            <w:r>
              <w:t>100</w:t>
            </w:r>
          </w:p>
        </w:tc>
      </w:tr>
      <w:tr w:rsidR="00F83B1A" w14:paraId="3DB3082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78EE35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FB5514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9FB4617" w14:textId="77777777" w:rsidR="00F83B1A" w:rsidRDefault="00000000">
            <w:r>
              <w:rPr>
                <w:i/>
                <w:color w:val="555555"/>
                <w:sz w:val="20"/>
              </w:rPr>
              <w:t>de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7BCB687" w14:textId="77777777" w:rsidR="00F83B1A" w:rsidRDefault="00000000">
            <w:r>
              <w:t>1000</w:t>
            </w:r>
          </w:p>
        </w:tc>
      </w:tr>
      <w:tr w:rsidR="00F83B1A" w14:paraId="598B0F8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84D637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BEE94A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یەک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AC93670" w14:textId="77777777" w:rsidR="00F83B1A" w:rsidRDefault="00000000">
            <w:r>
              <w:rPr>
                <w:i/>
                <w:color w:val="555555"/>
                <w:sz w:val="20"/>
              </w:rPr>
              <w:t>yek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43A3EE1" w14:textId="77777777" w:rsidR="00F83B1A" w:rsidRDefault="00000000">
            <w:r>
              <w:t>11</w:t>
            </w:r>
          </w:p>
        </w:tc>
      </w:tr>
      <w:tr w:rsidR="00F83B1A" w14:paraId="404B820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6E0C84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87011C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دوو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E66CBCC" w14:textId="77777777" w:rsidR="00F83B1A" w:rsidRDefault="00000000">
            <w:r>
              <w:rPr>
                <w:i/>
                <w:color w:val="555555"/>
                <w:sz w:val="20"/>
              </w:rPr>
              <w:t>du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8A5160C" w14:textId="77777777" w:rsidR="00F83B1A" w:rsidRDefault="00000000">
            <w:r>
              <w:t>12</w:t>
            </w:r>
          </w:p>
        </w:tc>
      </w:tr>
      <w:tr w:rsidR="00F83B1A" w14:paraId="077B3EE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BC8452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D1281C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سێ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A096C23" w14:textId="77777777" w:rsidR="00F83B1A" w:rsidRDefault="00000000">
            <w:r>
              <w:rPr>
                <w:i/>
                <w:color w:val="555555"/>
                <w:sz w:val="20"/>
              </w:rPr>
              <w:t>sê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6864113" w14:textId="77777777" w:rsidR="00F83B1A" w:rsidRDefault="00000000">
            <w:r>
              <w:t>20</w:t>
            </w:r>
          </w:p>
        </w:tc>
      </w:tr>
      <w:tr w:rsidR="00F83B1A" w14:paraId="285781F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E283AC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8645DA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چوار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D69BCB1" w14:textId="77777777" w:rsidR="00F83B1A" w:rsidRDefault="00000000">
            <w:r>
              <w:rPr>
                <w:i/>
                <w:color w:val="555555"/>
                <w:sz w:val="20"/>
              </w:rPr>
              <w:t>çwar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C7890CB" w14:textId="77777777" w:rsidR="00F83B1A" w:rsidRDefault="00000000">
            <w:r>
              <w:t>30</w:t>
            </w:r>
          </w:p>
        </w:tc>
      </w:tr>
      <w:tr w:rsidR="00F83B1A" w14:paraId="31971F7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0214F0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8E25E4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پێنج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F484267" w14:textId="77777777" w:rsidR="00F83B1A" w:rsidRDefault="00000000">
            <w:r>
              <w:rPr>
                <w:i/>
                <w:color w:val="555555"/>
                <w:sz w:val="20"/>
              </w:rPr>
              <w:t>pênc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2285D7C" w14:textId="77777777" w:rsidR="00F83B1A" w:rsidRDefault="00000000">
            <w:r>
              <w:t>40</w:t>
            </w:r>
          </w:p>
        </w:tc>
      </w:tr>
      <w:tr w:rsidR="00F83B1A" w14:paraId="407632B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D9EBB4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D842CC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شەش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2B588EE" w14:textId="77777777" w:rsidR="00F83B1A" w:rsidRDefault="00000000">
            <w:r>
              <w:rPr>
                <w:i/>
                <w:color w:val="555555"/>
                <w:sz w:val="20"/>
              </w:rPr>
              <w:t>şeş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95301BB" w14:textId="77777777" w:rsidR="00F83B1A" w:rsidRDefault="00000000">
            <w:r>
              <w:t>50</w:t>
            </w:r>
          </w:p>
        </w:tc>
      </w:tr>
      <w:tr w:rsidR="00F83B1A" w14:paraId="0E809AD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1851AE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A6704FD" w14:textId="1E03803E" w:rsidR="00F83B1A" w:rsidRDefault="00B85387">
            <w:pPr>
              <w:bidi/>
              <w:jc w:val="right"/>
            </w:pPr>
            <w:proofErr w:type="spellStart"/>
            <w:r>
              <w:rPr>
                <w:rFonts w:hint="cs"/>
                <w:sz w:val="28"/>
                <w:rtl/>
              </w:rPr>
              <w:t>هەفت</w:t>
            </w:r>
            <w:proofErr w:type="spellEnd"/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D37204D" w14:textId="77777777" w:rsidR="00F83B1A" w:rsidRDefault="00000000">
            <w:r>
              <w:rPr>
                <w:i/>
                <w:color w:val="555555"/>
                <w:sz w:val="20"/>
              </w:rPr>
              <w:t>hewt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6DEDAE6" w14:textId="77777777" w:rsidR="00F83B1A" w:rsidRDefault="00000000">
            <w:r>
              <w:t>60</w:t>
            </w:r>
          </w:p>
        </w:tc>
      </w:tr>
      <w:tr w:rsidR="00F83B1A" w14:paraId="2384731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6C142E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F2FBFF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هەشت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5E3C40B" w14:textId="77777777" w:rsidR="00F83B1A" w:rsidRDefault="00000000">
            <w:r>
              <w:rPr>
                <w:i/>
                <w:color w:val="555555"/>
                <w:sz w:val="20"/>
              </w:rPr>
              <w:t>heşt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DE489B9" w14:textId="77777777" w:rsidR="00F83B1A" w:rsidRDefault="00000000">
            <w:r>
              <w:t>70</w:t>
            </w:r>
          </w:p>
        </w:tc>
      </w:tr>
      <w:tr w:rsidR="00F83B1A" w14:paraId="6BE6A15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B40475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BFDDCD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بیست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50D6D09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F1CB8B3" w14:textId="77777777" w:rsidR="00F83B1A" w:rsidRDefault="00000000">
            <w:r>
              <w:t>bîst</w:t>
            </w:r>
          </w:p>
        </w:tc>
      </w:tr>
      <w:tr w:rsidR="00F83B1A" w14:paraId="30074EF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9C8592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611F3A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دوازدە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9BC50FC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87BCA29" w14:textId="77777777" w:rsidR="00F83B1A" w:rsidRDefault="00000000">
            <w:r>
              <w:t>dwazde</w:t>
            </w:r>
          </w:p>
        </w:tc>
      </w:tr>
      <w:tr w:rsidR="00F83B1A" w14:paraId="3456A23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36D9C9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F1E446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حەفتا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732BF38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0DE89BB" w14:textId="77777777" w:rsidR="00F83B1A" w:rsidRDefault="00000000">
            <w:r>
              <w:t>heftê</w:t>
            </w:r>
          </w:p>
        </w:tc>
      </w:tr>
      <w:tr w:rsidR="00F83B1A" w14:paraId="07D96F6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A9A55F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DE20A0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هەزار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3A87CA6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1C2C3AB" w14:textId="77777777" w:rsidR="00F83B1A" w:rsidRDefault="00000000">
            <w:r>
              <w:t>hezar</w:t>
            </w:r>
          </w:p>
        </w:tc>
      </w:tr>
      <w:tr w:rsidR="00F83B1A" w14:paraId="0862ACC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B92CA8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970ABA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پەنجا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27532BA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527F159" w14:textId="77777777" w:rsidR="00F83B1A" w:rsidRDefault="00000000">
            <w:r>
              <w:t>pence</w:t>
            </w:r>
          </w:p>
        </w:tc>
      </w:tr>
      <w:tr w:rsidR="00F83B1A" w14:paraId="74210A1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C8A8EF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A9BFA5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سەد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CE0B10E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2F535E2" w14:textId="77777777" w:rsidR="00F83B1A" w:rsidRDefault="00000000">
            <w:r>
              <w:t>sed</w:t>
            </w:r>
          </w:p>
        </w:tc>
      </w:tr>
      <w:tr w:rsidR="00F83B1A" w14:paraId="424791E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28D499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14DA82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یازدە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B37FE9C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E2F93D8" w14:textId="77777777" w:rsidR="00F83B1A" w:rsidRDefault="00000000">
            <w:r>
              <w:t>yazde</w:t>
            </w:r>
          </w:p>
        </w:tc>
      </w:tr>
      <w:tr w:rsidR="00F83B1A" w14:paraId="09D9ACE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EB4E28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C62EA7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چل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9C9FBD9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4CF9024" w14:textId="77777777" w:rsidR="00F83B1A" w:rsidRDefault="00000000">
            <w:r>
              <w:t>çel</w:t>
            </w:r>
          </w:p>
        </w:tc>
      </w:tr>
      <w:tr w:rsidR="00F83B1A" w14:paraId="1D82CD0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ECA6B4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683B6A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شەست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602EF5E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9A5ED05" w14:textId="77777777" w:rsidR="00F83B1A" w:rsidRDefault="00000000">
            <w:r>
              <w:t>şest</w:t>
            </w:r>
          </w:p>
        </w:tc>
      </w:tr>
    </w:tbl>
    <w:p w14:paraId="3E007B2E" w14:textId="77777777" w:rsidR="00F83B1A" w:rsidRDefault="00F83B1A"/>
    <w:p w14:paraId="3382744B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Monate &amp; Wochentage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0C58721F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EB44042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411E3BD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D5AB99A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C8F3106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69E45B3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81ED8E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274780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نیسان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92E6BE8" w14:textId="77777777" w:rsidR="00F83B1A" w:rsidRDefault="00000000">
            <w:r>
              <w:rPr>
                <w:i/>
                <w:color w:val="555555"/>
                <w:sz w:val="20"/>
              </w:rPr>
              <w:t>Nîsan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4EE6D50" w14:textId="77777777" w:rsidR="00F83B1A" w:rsidRDefault="00000000">
            <w:r>
              <w:t>April</w:t>
            </w:r>
          </w:p>
        </w:tc>
      </w:tr>
      <w:tr w:rsidR="00F83B1A" w14:paraId="3E0D799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88C664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lastRenderedPageBreak/>
              <w:t>53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D3CCA6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ئاب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02E6B39" w14:textId="77777777" w:rsidR="00F83B1A" w:rsidRDefault="00000000">
            <w:r>
              <w:rPr>
                <w:i/>
                <w:color w:val="555555"/>
                <w:sz w:val="20"/>
              </w:rPr>
              <w:t>Ab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FD44950" w14:textId="77777777" w:rsidR="00F83B1A" w:rsidRDefault="00000000">
            <w:r>
              <w:t>August</w:t>
            </w:r>
          </w:p>
        </w:tc>
      </w:tr>
      <w:tr w:rsidR="00F83B1A" w14:paraId="420A042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5FDCB7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472ECD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شوبات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7F3F94D" w14:textId="77777777" w:rsidR="00F83B1A" w:rsidRDefault="00000000">
            <w:r>
              <w:rPr>
                <w:i/>
                <w:color w:val="555555"/>
                <w:sz w:val="20"/>
              </w:rPr>
              <w:t>Şûbat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5AFBD9E" w14:textId="77777777" w:rsidR="00F83B1A" w:rsidRDefault="00000000">
            <w:r>
              <w:t>Februar</w:t>
            </w:r>
          </w:p>
        </w:tc>
      </w:tr>
      <w:tr w:rsidR="00F83B1A" w14:paraId="77CBBC7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54F31E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A393E1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هەینی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10E9D91" w14:textId="77777777" w:rsidR="00F83B1A" w:rsidRDefault="00000000">
            <w:r>
              <w:rPr>
                <w:i/>
                <w:color w:val="555555"/>
                <w:sz w:val="20"/>
              </w:rPr>
              <w:t>Heynî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8BF8E87" w14:textId="77777777" w:rsidR="00F83B1A" w:rsidRDefault="00000000">
            <w:r>
              <w:t>Freitag</w:t>
            </w:r>
          </w:p>
        </w:tc>
      </w:tr>
      <w:tr w:rsidR="00F83B1A" w14:paraId="572EDB7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E0AF36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527C6B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تەممووز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1FEA189" w14:textId="77777777" w:rsidR="00F83B1A" w:rsidRDefault="00000000">
            <w:r>
              <w:rPr>
                <w:i/>
                <w:color w:val="555555"/>
                <w:sz w:val="20"/>
              </w:rPr>
              <w:t>Temmûz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087DCCF" w14:textId="77777777" w:rsidR="00F83B1A" w:rsidRDefault="00000000">
            <w:r>
              <w:t>Juli</w:t>
            </w:r>
          </w:p>
        </w:tc>
      </w:tr>
      <w:tr w:rsidR="00F83B1A" w14:paraId="6B1081C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BA593F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A2AEFC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حوزەیران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C3D9F34" w14:textId="77777777" w:rsidR="00F83B1A" w:rsidRDefault="00000000">
            <w:r>
              <w:rPr>
                <w:i/>
                <w:color w:val="555555"/>
                <w:sz w:val="20"/>
              </w:rPr>
              <w:t>Huzeyran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31155AD" w14:textId="77777777" w:rsidR="00F83B1A" w:rsidRDefault="00000000">
            <w:r>
              <w:t>Juni</w:t>
            </w:r>
          </w:p>
        </w:tc>
      </w:tr>
      <w:tr w:rsidR="00F83B1A" w14:paraId="34B29E2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34F5E0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6D7D96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ئایار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1BB7B83" w14:textId="77777777" w:rsidR="00F83B1A" w:rsidRDefault="00000000">
            <w:r>
              <w:rPr>
                <w:i/>
                <w:color w:val="555555"/>
                <w:sz w:val="20"/>
              </w:rPr>
              <w:t>Ayar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07E348B" w14:textId="77777777" w:rsidR="00F83B1A" w:rsidRDefault="00000000">
            <w:r>
              <w:t>Mai</w:t>
            </w:r>
          </w:p>
        </w:tc>
      </w:tr>
      <w:tr w:rsidR="00F83B1A" w14:paraId="4C59992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36AEA8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7B52AF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ئازار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C3F3134" w14:textId="77777777" w:rsidR="00F83B1A" w:rsidRDefault="00000000">
            <w:r>
              <w:rPr>
                <w:i/>
                <w:color w:val="555555"/>
                <w:sz w:val="20"/>
              </w:rPr>
              <w:t>Azar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F4F9D7D" w14:textId="77777777" w:rsidR="00F83B1A" w:rsidRDefault="00000000">
            <w:r>
              <w:t>März</w:t>
            </w:r>
          </w:p>
        </w:tc>
      </w:tr>
      <w:tr w:rsidR="00F83B1A" w14:paraId="70E0B09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45557B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912EC8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شەممە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60A050F" w14:textId="77777777" w:rsidR="00F83B1A" w:rsidRDefault="00000000">
            <w:r>
              <w:rPr>
                <w:i/>
                <w:color w:val="555555"/>
                <w:sz w:val="20"/>
              </w:rPr>
              <w:t>Şemme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9710BDC" w14:textId="77777777" w:rsidR="00F83B1A" w:rsidRDefault="00000000">
            <w:r>
              <w:t>Samstag</w:t>
            </w:r>
          </w:p>
        </w:tc>
      </w:tr>
      <w:tr w:rsidR="00F83B1A" w14:paraId="7C8B08C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6E471F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4F5F9F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ئەیلوول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B83205E" w14:textId="77777777" w:rsidR="00F83B1A" w:rsidRDefault="00000000">
            <w:r>
              <w:rPr>
                <w:i/>
                <w:color w:val="555555"/>
                <w:sz w:val="20"/>
              </w:rPr>
              <w:t>Eylûl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07D935C" w14:textId="77777777" w:rsidR="00F83B1A" w:rsidRDefault="00000000">
            <w:r>
              <w:t>September</w:t>
            </w:r>
          </w:p>
        </w:tc>
      </w:tr>
    </w:tbl>
    <w:p w14:paraId="7CDC0098" w14:textId="77777777" w:rsidR="00F83B1A" w:rsidRDefault="00F83B1A"/>
    <w:p w14:paraId="1F0FCCAB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Uhrzeiten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7F6CE6AD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C2B82EE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C4AB0E3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870D8CC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C39C5FA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0ACECD6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FDA796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B70365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نیوە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AE0895C" w14:textId="77777777" w:rsidR="00F83B1A" w:rsidRDefault="00000000">
            <w:r>
              <w:rPr>
                <w:i/>
                <w:color w:val="555555"/>
                <w:sz w:val="20"/>
              </w:rPr>
              <w:t>nîwe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302504A" w14:textId="77777777" w:rsidR="00F83B1A" w:rsidRDefault="00000000">
            <w:r>
              <w:t>halb</w:t>
            </w:r>
          </w:p>
        </w:tc>
      </w:tr>
      <w:tr w:rsidR="00F83B1A" w14:paraId="1B64B1E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AAA837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A82730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خولەک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983489B" w14:textId="77777777" w:rsidR="00F83B1A" w:rsidRDefault="00000000">
            <w:r>
              <w:rPr>
                <w:i/>
                <w:color w:val="555555"/>
                <w:sz w:val="20"/>
              </w:rPr>
              <w:t>xulek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C852837" w14:textId="77777777" w:rsidR="00F83B1A" w:rsidRDefault="00000000">
            <w:r>
              <w:t>Minute</w:t>
            </w:r>
          </w:p>
        </w:tc>
      </w:tr>
      <w:tr w:rsidR="00F83B1A" w14:paraId="3B9AEB1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108CDC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9CBC26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چرکە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8EDEB92" w14:textId="77777777" w:rsidR="00F83B1A" w:rsidRDefault="00000000">
            <w:r>
              <w:rPr>
                <w:i/>
                <w:color w:val="555555"/>
                <w:sz w:val="20"/>
              </w:rPr>
              <w:t>çirke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A731289" w14:textId="77777777" w:rsidR="00F83B1A" w:rsidRDefault="00000000">
            <w:r>
              <w:t>Sekunde</w:t>
            </w:r>
          </w:p>
        </w:tc>
      </w:tr>
      <w:tr w:rsidR="00F83B1A" w14:paraId="160AD01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139724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3E0D11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کاتژمێر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2C3843A" w14:textId="77777777" w:rsidR="00F83B1A" w:rsidRDefault="00000000">
            <w:r>
              <w:rPr>
                <w:i/>
                <w:color w:val="555555"/>
                <w:sz w:val="20"/>
              </w:rPr>
              <w:t>katjmêr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1B48979" w14:textId="77777777" w:rsidR="00F83B1A" w:rsidRDefault="00000000">
            <w:r>
              <w:t>Stunde / Uhr</w:t>
            </w:r>
          </w:p>
        </w:tc>
      </w:tr>
      <w:tr w:rsidR="00F83B1A" w14:paraId="330B92C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7DD896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8ECEAB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چارەک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3F648F3" w14:textId="77777777" w:rsidR="00F83B1A" w:rsidRDefault="00000000">
            <w:r>
              <w:rPr>
                <w:i/>
                <w:color w:val="555555"/>
                <w:sz w:val="20"/>
              </w:rPr>
              <w:t>çarek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A596885" w14:textId="77777777" w:rsidR="00F83B1A" w:rsidRDefault="00000000">
            <w:r>
              <w:t>Viertel</w:t>
            </w:r>
          </w:p>
        </w:tc>
      </w:tr>
      <w:tr w:rsidR="00F83B1A" w14:paraId="2618EFC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E0ABBA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CCEBE7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کەم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26D437B" w14:textId="77777777" w:rsidR="00F83B1A" w:rsidRDefault="00000000">
            <w:r>
              <w:rPr>
                <w:i/>
                <w:color w:val="555555"/>
                <w:sz w:val="20"/>
              </w:rPr>
              <w:t>kem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4C28945" w14:textId="77777777" w:rsidR="00F83B1A" w:rsidRDefault="00000000">
            <w:r>
              <w:t>vor (es fehlen …) / vor (es fehlt)</w:t>
            </w:r>
          </w:p>
        </w:tc>
      </w:tr>
    </w:tbl>
    <w:p w14:paraId="25B2F890" w14:textId="77777777" w:rsidR="00F83B1A" w:rsidRDefault="00F83B1A"/>
    <w:p w14:paraId="5DF6754B" w14:textId="77777777" w:rsidR="00F83B1A" w:rsidRDefault="00000000">
      <w:pPr>
        <w:keepNext/>
        <w:spacing w:before="240" w:after="120"/>
      </w:pPr>
      <w:r>
        <w:rPr>
          <w:b/>
          <w:color w:val="0B6BCB"/>
          <w:sz w:val="32"/>
        </w:rPr>
        <w:t>Familie &amp; Mensch</w:t>
      </w:r>
    </w:p>
    <w:p w14:paraId="52FE94F0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Familie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3EEBEF4D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BA49B19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4DED4BD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3943B84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8BBFD29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2A12D38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C483BE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A2F127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برا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AE346C0" w14:textId="77777777" w:rsidR="00F83B1A" w:rsidRDefault="00000000">
            <w:r>
              <w:rPr>
                <w:i/>
                <w:color w:val="555555"/>
                <w:sz w:val="20"/>
              </w:rPr>
              <w:t>Bra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C1E1B86" w14:textId="77777777" w:rsidR="00F83B1A" w:rsidRDefault="00000000">
            <w:r>
              <w:t>Bruder / der Bruder</w:t>
            </w:r>
          </w:p>
        </w:tc>
      </w:tr>
      <w:tr w:rsidR="00F83B1A" w14:paraId="555AC2F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F4A830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892070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نەوە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5245CB3" w14:textId="77777777" w:rsidR="00F83B1A" w:rsidRDefault="00000000">
            <w:r>
              <w:rPr>
                <w:i/>
                <w:color w:val="555555"/>
                <w:sz w:val="20"/>
              </w:rPr>
              <w:t>Newe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F0531F8" w14:textId="77777777" w:rsidR="00F83B1A" w:rsidRDefault="00000000">
            <w:r>
              <w:t>das Enkelkind</w:t>
            </w:r>
          </w:p>
        </w:tc>
      </w:tr>
      <w:tr w:rsidR="00F83B1A" w14:paraId="2B0449B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5F78A8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48B1BD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ماڵ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7B8C28D" w14:textId="77777777" w:rsidR="00F83B1A" w:rsidRDefault="00000000">
            <w:r>
              <w:rPr>
                <w:i/>
                <w:color w:val="555555"/>
                <w:sz w:val="20"/>
              </w:rPr>
              <w:t>Mal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60C9031" w14:textId="77777777" w:rsidR="00F83B1A" w:rsidRDefault="00000000">
            <w:r>
              <w:t>das Haus / Heim / Haus</w:t>
            </w:r>
          </w:p>
        </w:tc>
      </w:tr>
      <w:tr w:rsidR="00F83B1A" w14:paraId="473571A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E8DE2B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43FD83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منداڵ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0562C8B" w14:textId="77777777" w:rsidR="00F83B1A" w:rsidRDefault="00000000">
            <w:r>
              <w:rPr>
                <w:i/>
                <w:color w:val="555555"/>
                <w:sz w:val="20"/>
              </w:rPr>
              <w:t>Mindal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4F78852" w14:textId="77777777" w:rsidR="00F83B1A" w:rsidRDefault="00000000">
            <w:r>
              <w:t>das Kind</w:t>
            </w:r>
          </w:p>
        </w:tc>
      </w:tr>
      <w:tr w:rsidR="00F83B1A" w14:paraId="4249C48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854FE0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FA2833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باپیر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8910763" w14:textId="77777777" w:rsidR="00F83B1A" w:rsidRDefault="00000000">
            <w:r>
              <w:rPr>
                <w:i/>
                <w:color w:val="555555"/>
                <w:sz w:val="20"/>
              </w:rPr>
              <w:t>Bapîr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ED52719" w14:textId="77777777" w:rsidR="00F83B1A" w:rsidRDefault="00000000">
            <w:r>
              <w:t>der Großvater / Großvater</w:t>
            </w:r>
          </w:p>
        </w:tc>
      </w:tr>
      <w:tr w:rsidR="00F83B1A" w14:paraId="4121BDB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305056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lastRenderedPageBreak/>
              <w:t>73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2ABEC4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برازا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894F0D4" w14:textId="77777777" w:rsidR="00F83B1A" w:rsidRDefault="00000000">
            <w:r>
              <w:rPr>
                <w:i/>
                <w:color w:val="555555"/>
                <w:sz w:val="20"/>
              </w:rPr>
              <w:t>Biraza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4E7F153" w14:textId="77777777" w:rsidR="00F83B1A" w:rsidRDefault="00000000">
            <w:r>
              <w:t>der Neffe</w:t>
            </w:r>
          </w:p>
        </w:tc>
      </w:tr>
      <w:tr w:rsidR="00F83B1A" w14:paraId="539872A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678EB8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7F07B2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خاڵ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FB14A3A" w14:textId="77777777" w:rsidR="00F83B1A" w:rsidRDefault="00000000">
            <w:r>
              <w:rPr>
                <w:i/>
                <w:color w:val="555555"/>
                <w:sz w:val="20"/>
              </w:rPr>
              <w:t>Xal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F7982B6" w14:textId="77777777" w:rsidR="00F83B1A" w:rsidRDefault="00000000">
            <w:r>
              <w:t>der Onkel (mütterlich) / Onkel (mütterl.)</w:t>
            </w:r>
          </w:p>
        </w:tc>
      </w:tr>
      <w:tr w:rsidR="00F83B1A" w14:paraId="50CF736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A74730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06C8F2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مام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FBCC84C" w14:textId="77777777" w:rsidR="00F83B1A" w:rsidRDefault="00000000">
            <w:r>
              <w:rPr>
                <w:i/>
                <w:color w:val="555555"/>
                <w:sz w:val="20"/>
              </w:rPr>
              <w:t>Mam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85CF27C" w14:textId="77777777" w:rsidR="00F83B1A" w:rsidRDefault="00000000">
            <w:r>
              <w:t>der Onkel (väterlich) / Onkel / Onkel (väterl.)</w:t>
            </w:r>
          </w:p>
        </w:tc>
      </w:tr>
      <w:tr w:rsidR="00F83B1A" w14:paraId="1D4A780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18B605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AFC5B6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کوڕ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E4B37D0" w14:textId="77777777" w:rsidR="00F83B1A" w:rsidRDefault="00000000">
            <w:r>
              <w:rPr>
                <w:i/>
                <w:color w:val="555555"/>
                <w:sz w:val="20"/>
              </w:rPr>
              <w:t>Kur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6A905A6" w14:textId="77777777" w:rsidR="00F83B1A" w:rsidRDefault="00000000">
            <w:r>
              <w:t>der Sohn / Junge / Sohn / Junge/Sohn / Sohn/Junge</w:t>
            </w:r>
          </w:p>
        </w:tc>
      </w:tr>
      <w:tr w:rsidR="00F83B1A" w14:paraId="13D74D1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CEBDD1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F8DA3C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باوک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7D1F79E" w14:textId="77777777" w:rsidR="00F83B1A" w:rsidRDefault="00000000">
            <w:r>
              <w:rPr>
                <w:i/>
                <w:color w:val="555555"/>
                <w:sz w:val="20"/>
              </w:rPr>
              <w:t>Bawk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D1543CF" w14:textId="77777777" w:rsidR="00F83B1A" w:rsidRDefault="00000000">
            <w:r>
              <w:t>der Vater / Vater / Papa</w:t>
            </w:r>
          </w:p>
        </w:tc>
      </w:tr>
      <w:tr w:rsidR="00F83B1A" w14:paraId="271CD37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5B6477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CE0C30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خێزان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5A7983F" w14:textId="77777777" w:rsidR="00F83B1A" w:rsidRDefault="00000000">
            <w:r>
              <w:rPr>
                <w:i/>
                <w:color w:val="555555"/>
                <w:sz w:val="20"/>
              </w:rPr>
              <w:t>Xêzan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9889084" w14:textId="77777777" w:rsidR="00F83B1A" w:rsidRDefault="00000000">
            <w:r>
              <w:t>die Familie / Familie</w:t>
            </w:r>
          </w:p>
        </w:tc>
      </w:tr>
      <w:tr w:rsidR="00F83B1A" w14:paraId="2DEB08D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7E89EC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220BE8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داپیر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D3AAA72" w14:textId="77777777" w:rsidR="00F83B1A" w:rsidRDefault="00000000">
            <w:r>
              <w:rPr>
                <w:i/>
                <w:color w:val="555555"/>
                <w:sz w:val="20"/>
              </w:rPr>
              <w:t>Dapîr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EA9A9FC" w14:textId="77777777" w:rsidR="00F83B1A" w:rsidRDefault="00000000">
            <w:r>
              <w:t>die Großmutter / Großmutter</w:t>
            </w:r>
          </w:p>
        </w:tc>
      </w:tr>
      <w:tr w:rsidR="00F83B1A" w14:paraId="0A52589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CBE968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6A1163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دایک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CDD90FA" w14:textId="77777777" w:rsidR="00F83B1A" w:rsidRDefault="00000000">
            <w:r>
              <w:rPr>
                <w:i/>
                <w:color w:val="555555"/>
                <w:sz w:val="20"/>
              </w:rPr>
              <w:t>Dayk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B0F7042" w14:textId="77777777" w:rsidR="00F83B1A" w:rsidRDefault="00000000">
            <w:r>
              <w:t>die Mutter / Mutter / Mama</w:t>
            </w:r>
          </w:p>
        </w:tc>
      </w:tr>
      <w:tr w:rsidR="00F83B1A" w14:paraId="205324F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41E413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7B803E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خوشکەزا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97AFF4D" w14:textId="77777777" w:rsidR="00F83B1A" w:rsidRDefault="00000000">
            <w:r>
              <w:rPr>
                <w:i/>
                <w:color w:val="555555"/>
                <w:sz w:val="20"/>
              </w:rPr>
              <w:t>Xuşkeza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EA0F7E7" w14:textId="77777777" w:rsidR="00F83B1A" w:rsidRDefault="00000000">
            <w:r>
              <w:t>die Nichte</w:t>
            </w:r>
          </w:p>
        </w:tc>
      </w:tr>
      <w:tr w:rsidR="00F83B1A" w14:paraId="1C0453D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0BE25F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9C2855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خوشک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6812416" w14:textId="77777777" w:rsidR="00F83B1A" w:rsidRDefault="00000000">
            <w:r>
              <w:rPr>
                <w:i/>
                <w:color w:val="555555"/>
                <w:sz w:val="20"/>
              </w:rPr>
              <w:t>Xuşk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3520130" w14:textId="77777777" w:rsidR="00F83B1A" w:rsidRDefault="00000000">
            <w:r>
              <w:t>die Schwester / Schwester</w:t>
            </w:r>
          </w:p>
        </w:tc>
      </w:tr>
      <w:tr w:rsidR="00F83B1A" w14:paraId="3C39494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D1080C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D28EB7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پوور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5DE35A2" w14:textId="77777777" w:rsidR="00F83B1A" w:rsidRDefault="00000000">
            <w:r>
              <w:rPr>
                <w:i/>
                <w:color w:val="555555"/>
                <w:sz w:val="20"/>
              </w:rPr>
              <w:t>Pûr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8BC55EE" w14:textId="77777777" w:rsidR="00F83B1A" w:rsidRDefault="00000000">
            <w:r>
              <w:t>die Tante (mütterlich) / die Tante (väterlich) / Tante</w:t>
            </w:r>
          </w:p>
        </w:tc>
      </w:tr>
      <w:tr w:rsidR="00F83B1A" w14:paraId="551CD40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CBCFD0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9433C3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36A3259" w14:textId="77777777" w:rsidR="00F83B1A" w:rsidRDefault="00000000">
            <w:r>
              <w:rPr>
                <w:i/>
                <w:color w:val="555555"/>
                <w:sz w:val="20"/>
              </w:rPr>
              <w:t>Keç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C1A3981" w14:textId="77777777" w:rsidR="00F83B1A" w:rsidRDefault="00000000">
            <w:r>
              <w:t>die Tochter / Mädchen / Tochter / Mädchen / Tochter/Mädchen</w:t>
            </w:r>
          </w:p>
        </w:tc>
      </w:tr>
      <w:tr w:rsidR="00F83B1A" w14:paraId="3D2E533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DFF7D1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D6EC60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هاوسەر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DB0D3BC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3B7CC89" w14:textId="77777777" w:rsidR="00F83B1A" w:rsidRDefault="00000000">
            <w:r>
              <w:t>Ehepartner</w:t>
            </w:r>
          </w:p>
        </w:tc>
      </w:tr>
      <w:tr w:rsidR="00F83B1A" w14:paraId="0F94E16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53AA48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5C73A3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7123CE1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1B67435" w14:textId="77777777" w:rsidR="00F83B1A" w:rsidRDefault="00000000">
            <w:r>
              <w:t>Ich / خۆم</w:t>
            </w:r>
          </w:p>
        </w:tc>
      </w:tr>
    </w:tbl>
    <w:p w14:paraId="5D97350E" w14:textId="77777777" w:rsidR="00F83B1A" w:rsidRDefault="00F83B1A"/>
    <w:p w14:paraId="0CDB4CBB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Körper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52BB9573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41B51F6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72434C4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3091A59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F448554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188D258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161348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928A0B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باسک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6A97FFD" w14:textId="77777777" w:rsidR="00F83B1A" w:rsidRDefault="00000000">
            <w:r>
              <w:rPr>
                <w:i/>
                <w:color w:val="555555"/>
                <w:sz w:val="20"/>
              </w:rPr>
              <w:t>Bask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FA00282" w14:textId="77777777" w:rsidR="00F83B1A" w:rsidRDefault="00000000">
            <w:r>
              <w:t>Arm / der Arm</w:t>
            </w:r>
          </w:p>
        </w:tc>
      </w:tr>
      <w:tr w:rsidR="00F83B1A" w14:paraId="03AE359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9E62A0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DE8056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چاو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924CBD7" w14:textId="77777777" w:rsidR="00F83B1A" w:rsidRDefault="00000000">
            <w:r>
              <w:rPr>
                <w:i/>
                <w:color w:val="555555"/>
                <w:sz w:val="20"/>
              </w:rPr>
              <w:t>Çaw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3ACB526" w14:textId="77777777" w:rsidR="00F83B1A" w:rsidRDefault="00000000">
            <w:r>
              <w:t>Auge / das Auge</w:t>
            </w:r>
          </w:p>
        </w:tc>
      </w:tr>
      <w:tr w:rsidR="00F83B1A" w14:paraId="281F969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D49CF7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3A8251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سک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4A42460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81426C2" w14:textId="77777777" w:rsidR="00F83B1A" w:rsidRDefault="00000000">
            <w:r>
              <w:t>Bauch</w:t>
            </w:r>
          </w:p>
        </w:tc>
      </w:tr>
      <w:tr w:rsidR="00F83B1A" w14:paraId="1D1243A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EE064C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90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18755A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لنگ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FECB677" w14:textId="77777777" w:rsidR="00F83B1A" w:rsidRDefault="00000000">
            <w:r>
              <w:rPr>
                <w:i/>
                <w:color w:val="555555"/>
                <w:sz w:val="20"/>
              </w:rPr>
              <w:t>Ling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720B6D1" w14:textId="77777777" w:rsidR="00F83B1A" w:rsidRDefault="00000000">
            <w:r>
              <w:t>Bein / das Bein</w:t>
            </w:r>
          </w:p>
        </w:tc>
      </w:tr>
      <w:tr w:rsidR="00F83B1A" w14:paraId="6BECC12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0B9007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91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45440B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سنگ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F441BCE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2EB6775" w14:textId="77777777" w:rsidR="00F83B1A" w:rsidRDefault="00000000">
            <w:r>
              <w:t>Brust</w:t>
            </w:r>
          </w:p>
        </w:tc>
      </w:tr>
      <w:tr w:rsidR="00F83B1A" w14:paraId="70A8CFD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4B9EFB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92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C2E52D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خوێن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82DCD37" w14:textId="77777777" w:rsidR="00F83B1A" w:rsidRDefault="00000000">
            <w:r>
              <w:rPr>
                <w:i/>
                <w:color w:val="555555"/>
                <w:sz w:val="20"/>
              </w:rPr>
              <w:t>Xwên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0268428" w14:textId="77777777" w:rsidR="00F83B1A" w:rsidRDefault="00000000">
            <w:r>
              <w:t>das Blut</w:t>
            </w:r>
          </w:p>
        </w:tc>
      </w:tr>
      <w:tr w:rsidR="00F83B1A" w14:paraId="29A8F2A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739643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93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FC72D7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مێشک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726DAC8" w14:textId="77777777" w:rsidR="00F83B1A" w:rsidRDefault="00000000">
            <w:r>
              <w:rPr>
                <w:i/>
                <w:color w:val="555555"/>
                <w:sz w:val="20"/>
              </w:rPr>
              <w:t>Mêşk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8A4143B" w14:textId="77777777" w:rsidR="00F83B1A" w:rsidRDefault="00000000">
            <w:r>
              <w:t>das Gehirn</w:t>
            </w:r>
          </w:p>
        </w:tc>
      </w:tr>
      <w:tr w:rsidR="00F83B1A" w14:paraId="187F491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171B4A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94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22B54A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دڵ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35BBEDF" w14:textId="77777777" w:rsidR="00F83B1A" w:rsidRDefault="00000000">
            <w:r>
              <w:rPr>
                <w:i/>
                <w:color w:val="555555"/>
                <w:sz w:val="20"/>
              </w:rPr>
              <w:t>Dil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1B644EF" w14:textId="77777777" w:rsidR="00F83B1A" w:rsidRDefault="00000000">
            <w:r>
              <w:t>das Herz / Herz</w:t>
            </w:r>
          </w:p>
        </w:tc>
      </w:tr>
      <w:tr w:rsidR="00F83B1A" w14:paraId="234C2B5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62396A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lastRenderedPageBreak/>
              <w:t>95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E5841D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ئەژنۆ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AE2AA87" w14:textId="77777777" w:rsidR="00F83B1A" w:rsidRDefault="00000000">
            <w:r>
              <w:rPr>
                <w:i/>
                <w:color w:val="555555"/>
                <w:sz w:val="20"/>
              </w:rPr>
              <w:t>Ejnû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4B4B338" w14:textId="77777777" w:rsidR="00F83B1A" w:rsidRDefault="00000000">
            <w:r>
              <w:t>das Knie / Knie</w:t>
            </w:r>
          </w:p>
        </w:tc>
      </w:tr>
      <w:tr w:rsidR="00F83B1A" w14:paraId="70E85AC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C273A5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96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7F6DD7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گوێ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49C3790" w14:textId="77777777" w:rsidR="00F83B1A" w:rsidRDefault="00000000">
            <w:r>
              <w:rPr>
                <w:i/>
                <w:color w:val="555555"/>
                <w:sz w:val="20"/>
              </w:rPr>
              <w:t>Gwê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80C74C4" w14:textId="77777777" w:rsidR="00F83B1A" w:rsidRDefault="00000000">
            <w:r>
              <w:t>das Ohr / Ohr</w:t>
            </w:r>
          </w:p>
        </w:tc>
      </w:tr>
      <w:tr w:rsidR="00F83B1A" w14:paraId="154C54F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CF0048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97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EEB50C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ناوک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4873EBB" w14:textId="77777777" w:rsidR="00F83B1A" w:rsidRDefault="00000000">
            <w:r>
              <w:rPr>
                <w:i/>
                <w:color w:val="555555"/>
                <w:sz w:val="20"/>
              </w:rPr>
              <w:t>Nawk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37E749C" w14:textId="77777777" w:rsidR="00F83B1A" w:rsidRDefault="00000000">
            <w:r>
              <w:t>der Bauchnabel</w:t>
            </w:r>
          </w:p>
        </w:tc>
      </w:tr>
      <w:tr w:rsidR="00F83B1A" w14:paraId="3FC6772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C6589B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98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E5FF09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ئانیشک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19EA268" w14:textId="77777777" w:rsidR="00F83B1A" w:rsidRDefault="00000000">
            <w:r>
              <w:rPr>
                <w:i/>
                <w:color w:val="555555"/>
                <w:sz w:val="20"/>
              </w:rPr>
              <w:t>Anîşk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DC954C9" w14:textId="77777777" w:rsidR="00F83B1A" w:rsidRDefault="00000000">
            <w:r>
              <w:t>der Ellbogen</w:t>
            </w:r>
          </w:p>
        </w:tc>
      </w:tr>
      <w:tr w:rsidR="00F83B1A" w14:paraId="66FB3FC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BD65F6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99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A1791E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پەنجە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545BC7C" w14:textId="77777777" w:rsidR="00F83B1A" w:rsidRDefault="00000000">
            <w:r>
              <w:rPr>
                <w:i/>
                <w:color w:val="555555"/>
                <w:sz w:val="20"/>
              </w:rPr>
              <w:t>Penje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F5CD244" w14:textId="77777777" w:rsidR="00F83B1A" w:rsidRDefault="00000000">
            <w:r>
              <w:t>der Finger / Finger</w:t>
            </w:r>
          </w:p>
        </w:tc>
      </w:tr>
      <w:tr w:rsidR="00F83B1A" w14:paraId="30F2E89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FCAEDF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100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718F94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نینۆک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420B226" w14:textId="77777777" w:rsidR="00F83B1A" w:rsidRDefault="00000000">
            <w:r>
              <w:rPr>
                <w:i/>
                <w:color w:val="555555"/>
                <w:sz w:val="20"/>
              </w:rPr>
              <w:t>Nînok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55F37F8" w14:textId="77777777" w:rsidR="00F83B1A" w:rsidRDefault="00000000">
            <w:r>
              <w:t>der Fingernagel</w:t>
            </w:r>
          </w:p>
        </w:tc>
      </w:tr>
      <w:tr w:rsidR="00F83B1A" w14:paraId="3E38040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1D24F0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101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C2EE61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پێ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E3E91EC" w14:textId="77777777" w:rsidR="00F83B1A" w:rsidRDefault="00000000">
            <w:r>
              <w:rPr>
                <w:i/>
                <w:color w:val="555555"/>
                <w:sz w:val="20"/>
              </w:rPr>
              <w:t>Pê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170C4BA" w14:textId="77777777" w:rsidR="00F83B1A" w:rsidRDefault="00000000">
            <w:r>
              <w:t>der Fuß / Fuß</w:t>
            </w:r>
          </w:p>
        </w:tc>
      </w:tr>
      <w:tr w:rsidR="00F83B1A" w14:paraId="787CC8F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5FFBFC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102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F6C644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مل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C5083E3" w14:textId="77777777" w:rsidR="00F83B1A" w:rsidRDefault="00000000">
            <w:r>
              <w:rPr>
                <w:i/>
                <w:color w:val="555555"/>
                <w:sz w:val="20"/>
              </w:rPr>
              <w:t>Mil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7E071DB" w14:textId="77777777" w:rsidR="00F83B1A" w:rsidRDefault="00000000">
            <w:r>
              <w:t>der Hals / Nacken / Hals</w:t>
            </w:r>
          </w:p>
        </w:tc>
      </w:tr>
      <w:tr w:rsidR="00F83B1A" w14:paraId="3F25A5F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636362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103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8C80CD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ئێسک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DA2A246" w14:textId="77777777" w:rsidR="00F83B1A" w:rsidRDefault="00000000">
            <w:r>
              <w:rPr>
                <w:i/>
                <w:color w:val="555555"/>
                <w:sz w:val="20"/>
              </w:rPr>
              <w:t>Êsk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3383A69" w14:textId="77777777" w:rsidR="00F83B1A" w:rsidRDefault="00000000">
            <w:r>
              <w:t>der Knochen</w:t>
            </w:r>
          </w:p>
        </w:tc>
      </w:tr>
      <w:tr w:rsidR="00F83B1A" w14:paraId="01147AD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25CA3B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104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70152A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سەر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8CDEE0C" w14:textId="77777777" w:rsidR="00F83B1A" w:rsidRDefault="00000000">
            <w:r>
              <w:rPr>
                <w:i/>
                <w:color w:val="555555"/>
                <w:sz w:val="20"/>
              </w:rPr>
              <w:t>Ser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F322078" w14:textId="77777777" w:rsidR="00F83B1A" w:rsidRDefault="00000000">
            <w:r>
              <w:t>der Kopf / Kopf</w:t>
            </w:r>
          </w:p>
        </w:tc>
      </w:tr>
      <w:tr w:rsidR="00F83B1A" w14:paraId="5FF7804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9B8EBB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105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6367C2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گەدە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345D8DE" w14:textId="77777777" w:rsidR="00F83B1A" w:rsidRDefault="00000000">
            <w:r>
              <w:rPr>
                <w:i/>
                <w:color w:val="555555"/>
                <w:sz w:val="20"/>
              </w:rPr>
              <w:t>Gede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99DA608" w14:textId="77777777" w:rsidR="00F83B1A" w:rsidRDefault="00000000">
            <w:r>
              <w:t>der Magen</w:t>
            </w:r>
          </w:p>
        </w:tc>
      </w:tr>
      <w:tr w:rsidR="00F83B1A" w14:paraId="38F22BF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501424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106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C580B1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دەم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8AD2EEB" w14:textId="77777777" w:rsidR="00F83B1A" w:rsidRDefault="00000000">
            <w:r>
              <w:rPr>
                <w:i/>
                <w:color w:val="555555"/>
                <w:sz w:val="20"/>
              </w:rPr>
              <w:t>Dem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6EDB980" w14:textId="77777777" w:rsidR="00F83B1A" w:rsidRDefault="00000000">
            <w:r>
              <w:t>der Mund / Mund</w:t>
            </w:r>
          </w:p>
        </w:tc>
      </w:tr>
      <w:tr w:rsidR="00F83B1A" w14:paraId="2620004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D8D224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107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A68FA8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پشت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860B742" w14:textId="77777777" w:rsidR="00F83B1A" w:rsidRDefault="00000000">
            <w:r>
              <w:rPr>
                <w:i/>
                <w:color w:val="555555"/>
                <w:sz w:val="20"/>
              </w:rPr>
              <w:t>Pişt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163361F" w14:textId="77777777" w:rsidR="00F83B1A" w:rsidRDefault="00000000">
            <w:r>
              <w:t>der Rücken</w:t>
            </w:r>
          </w:p>
        </w:tc>
      </w:tr>
      <w:tr w:rsidR="00F83B1A" w14:paraId="3E575F1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4B691E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108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B08586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ددان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A337F0A" w14:textId="77777777" w:rsidR="00F83B1A" w:rsidRDefault="00000000">
            <w:r>
              <w:rPr>
                <w:i/>
                <w:color w:val="555555"/>
                <w:sz w:val="20"/>
              </w:rPr>
              <w:t>Didan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49DA1DC" w14:textId="77777777" w:rsidR="00F83B1A" w:rsidRDefault="00000000">
            <w:r>
              <w:t>der Zahn</w:t>
            </w:r>
          </w:p>
        </w:tc>
      </w:tr>
      <w:tr w:rsidR="00F83B1A" w14:paraId="64A60D2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8E8045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109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7FA872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سینگ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11F699D" w14:textId="77777777" w:rsidR="00F83B1A" w:rsidRDefault="00000000">
            <w:r>
              <w:rPr>
                <w:i/>
                <w:color w:val="555555"/>
                <w:sz w:val="20"/>
              </w:rPr>
              <w:t>Sîng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D237756" w14:textId="77777777" w:rsidR="00F83B1A" w:rsidRDefault="00000000">
            <w:r>
              <w:t>die Brust</w:t>
            </w:r>
          </w:p>
        </w:tc>
      </w:tr>
      <w:tr w:rsidR="00F83B1A" w14:paraId="58BA5D0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152CAF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110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04111A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پاژنە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B4E84FE" w14:textId="77777777" w:rsidR="00F83B1A" w:rsidRDefault="00000000">
            <w:r>
              <w:rPr>
                <w:i/>
                <w:color w:val="555555"/>
                <w:sz w:val="20"/>
              </w:rPr>
              <w:t>Pajne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E50B19B" w14:textId="77777777" w:rsidR="00F83B1A" w:rsidRDefault="00000000">
            <w:r>
              <w:t>die Ferse</w:t>
            </w:r>
          </w:p>
        </w:tc>
      </w:tr>
      <w:tr w:rsidR="00F83B1A" w14:paraId="02D4A98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08FA79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111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21D21B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دەست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2A39631" w14:textId="77777777" w:rsidR="00F83B1A" w:rsidRDefault="00000000">
            <w:r>
              <w:rPr>
                <w:i/>
                <w:color w:val="555555"/>
                <w:sz w:val="20"/>
              </w:rPr>
              <w:t>Dest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8C5AEED" w14:textId="77777777" w:rsidR="00F83B1A" w:rsidRDefault="00000000">
            <w:r>
              <w:t>die Hand / Hand</w:t>
            </w:r>
          </w:p>
        </w:tc>
      </w:tr>
      <w:tr w:rsidR="00F83B1A" w14:paraId="47696BA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3780A9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112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F3C04D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پێست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C91F0B0" w14:textId="77777777" w:rsidR="00F83B1A" w:rsidRDefault="00000000">
            <w:r>
              <w:rPr>
                <w:i/>
                <w:color w:val="555555"/>
                <w:sz w:val="20"/>
              </w:rPr>
              <w:t>Pêst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5CB6833" w14:textId="77777777" w:rsidR="00F83B1A" w:rsidRDefault="00000000">
            <w:r>
              <w:t>die Haut</w:t>
            </w:r>
          </w:p>
        </w:tc>
      </w:tr>
      <w:tr w:rsidR="00F83B1A" w14:paraId="5251496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254D56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113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B8C303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جەرگ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C23106A" w14:textId="77777777" w:rsidR="00F83B1A" w:rsidRDefault="00000000">
            <w:r>
              <w:rPr>
                <w:i/>
                <w:color w:val="555555"/>
                <w:sz w:val="20"/>
              </w:rPr>
              <w:t>Cerg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8398932" w14:textId="77777777" w:rsidR="00F83B1A" w:rsidRDefault="00000000">
            <w:r>
              <w:t>die Leber</w:t>
            </w:r>
          </w:p>
        </w:tc>
      </w:tr>
      <w:tr w:rsidR="00F83B1A" w14:paraId="5052665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37B145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114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3C858D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لێو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8045CDC" w14:textId="77777777" w:rsidR="00F83B1A" w:rsidRDefault="00000000">
            <w:r>
              <w:rPr>
                <w:i/>
                <w:color w:val="555555"/>
                <w:sz w:val="20"/>
              </w:rPr>
              <w:t>Lêw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A6B4568" w14:textId="77777777" w:rsidR="00F83B1A" w:rsidRDefault="00000000">
            <w:r>
              <w:t>die Lippe</w:t>
            </w:r>
          </w:p>
        </w:tc>
      </w:tr>
      <w:tr w:rsidR="00F83B1A" w14:paraId="570E100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42C32D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115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EA6BD1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DB0FF89" w14:textId="77777777" w:rsidR="00F83B1A" w:rsidRDefault="00000000">
            <w:r>
              <w:rPr>
                <w:i/>
                <w:color w:val="555555"/>
                <w:sz w:val="20"/>
              </w:rPr>
              <w:t>Sî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A47FEFE" w14:textId="77777777" w:rsidR="00F83B1A" w:rsidRDefault="00000000">
            <w:r>
              <w:t>die Lunge / sî</w:t>
            </w:r>
          </w:p>
        </w:tc>
      </w:tr>
      <w:tr w:rsidR="00F83B1A" w14:paraId="6691EFE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18A518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116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267B37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لووت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F5BBD63" w14:textId="77777777" w:rsidR="00F83B1A" w:rsidRDefault="00000000">
            <w:r>
              <w:rPr>
                <w:i/>
                <w:color w:val="555555"/>
                <w:sz w:val="20"/>
              </w:rPr>
              <w:t>Lût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D7D2F72" w14:textId="77777777" w:rsidR="00F83B1A" w:rsidRDefault="00000000">
            <w:r>
              <w:t>die Nase / Nase</w:t>
            </w:r>
          </w:p>
        </w:tc>
      </w:tr>
      <w:tr w:rsidR="00F83B1A" w14:paraId="4B7FBF1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7AD08F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117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43DF7B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شان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8544D32" w14:textId="77777777" w:rsidR="00F83B1A" w:rsidRDefault="00000000">
            <w:r>
              <w:rPr>
                <w:i/>
                <w:color w:val="555555"/>
                <w:sz w:val="20"/>
              </w:rPr>
              <w:t>Şan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5222F5C" w14:textId="77777777" w:rsidR="00F83B1A" w:rsidRDefault="00000000">
            <w:r>
              <w:t>die Schulter / Schulter</w:t>
            </w:r>
          </w:p>
        </w:tc>
      </w:tr>
      <w:tr w:rsidR="00F83B1A" w14:paraId="3E6425E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ED32AB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118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61BED9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زمان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8761AE8" w14:textId="77777777" w:rsidR="00F83B1A" w:rsidRDefault="00000000">
            <w:r>
              <w:rPr>
                <w:i/>
                <w:color w:val="555555"/>
                <w:sz w:val="20"/>
              </w:rPr>
              <w:t>Ziman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5F335CF" w14:textId="77777777" w:rsidR="00F83B1A" w:rsidRDefault="00000000">
            <w:r>
              <w:t>die Zunge</w:t>
            </w:r>
          </w:p>
        </w:tc>
      </w:tr>
      <w:tr w:rsidR="00F83B1A" w14:paraId="078958F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30E273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119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1035A3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پرچ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8A81B9D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4381BA5" w14:textId="77777777" w:rsidR="00F83B1A" w:rsidRDefault="00000000">
            <w:r>
              <w:t>Haar</w:t>
            </w:r>
          </w:p>
        </w:tc>
      </w:tr>
    </w:tbl>
    <w:p w14:paraId="3B26D545" w14:textId="77777777" w:rsidR="00F83B1A" w:rsidRDefault="00F83B1A"/>
    <w:p w14:paraId="5BD0943A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Gefühle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60AB82E2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BD35EF1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6EE36A4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1BB30B6B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EC9D98B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38A6224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EC90CB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lastRenderedPageBreak/>
              <w:t>120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1F8AE0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تووڕە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C3A1B10" w14:textId="77777777" w:rsidR="00F83B1A" w:rsidRDefault="00000000">
            <w:r>
              <w:rPr>
                <w:i/>
                <w:color w:val="555555"/>
                <w:sz w:val="20"/>
              </w:rPr>
              <w:t>Turre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C2D15B3" w14:textId="77777777" w:rsidR="00F83B1A" w:rsidRDefault="00000000">
            <w:r>
              <w:t>böse / wütend</w:t>
            </w:r>
          </w:p>
        </w:tc>
      </w:tr>
      <w:tr w:rsidR="00F83B1A" w14:paraId="22E8F80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87D1A9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121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271D9D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تینوو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4BDDAEC" w14:textId="77777777" w:rsidR="00F83B1A" w:rsidRDefault="00000000">
            <w:r>
              <w:rPr>
                <w:i/>
                <w:color w:val="555555"/>
                <w:sz w:val="20"/>
              </w:rPr>
              <w:t>Tînû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2849230" w14:textId="77777777" w:rsidR="00F83B1A" w:rsidRDefault="00000000">
            <w:r>
              <w:t>durstig</w:t>
            </w:r>
          </w:p>
        </w:tc>
      </w:tr>
      <w:tr w:rsidR="00F83B1A" w14:paraId="0C3CDE4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E8108E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122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73F5B4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دڵخۆش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49CEEE8" w14:textId="77777777" w:rsidR="00F83B1A" w:rsidRDefault="00000000">
            <w:r>
              <w:rPr>
                <w:i/>
                <w:color w:val="555555"/>
                <w:sz w:val="20"/>
              </w:rPr>
              <w:t>Dilxoş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38624C1" w14:textId="77777777" w:rsidR="00F83B1A" w:rsidRDefault="00000000">
            <w:r>
              <w:t>glücklich</w:t>
            </w:r>
          </w:p>
        </w:tc>
      </w:tr>
      <w:tr w:rsidR="00F83B1A" w14:paraId="60C4148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628EFD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123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B84CF1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برسی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10A4920" w14:textId="77777777" w:rsidR="00F83B1A" w:rsidRDefault="00000000">
            <w:r>
              <w:rPr>
                <w:i/>
                <w:color w:val="555555"/>
                <w:sz w:val="20"/>
              </w:rPr>
              <w:t>Birsî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2A4364E" w14:textId="77777777" w:rsidR="00F83B1A" w:rsidRDefault="00000000">
            <w:r>
              <w:t>hungrig</w:t>
            </w:r>
          </w:p>
        </w:tc>
      </w:tr>
      <w:tr w:rsidR="00F83B1A" w14:paraId="2363B92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D54F9E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124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003F1D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نەخۆش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262175A" w14:textId="77777777" w:rsidR="00F83B1A" w:rsidRDefault="00000000">
            <w:r>
              <w:rPr>
                <w:i/>
                <w:color w:val="555555"/>
                <w:sz w:val="20"/>
              </w:rPr>
              <w:t>Nexweş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826CBC3" w14:textId="77777777" w:rsidR="00F83B1A" w:rsidRDefault="00000000">
            <w:r>
              <w:t>krank / Patient / krank</w:t>
            </w:r>
          </w:p>
        </w:tc>
      </w:tr>
      <w:tr w:rsidR="00F83B1A" w14:paraId="266564B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3C3DC2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125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BE2623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ماندوو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6DFD1B2" w14:textId="77777777" w:rsidR="00F83B1A" w:rsidRDefault="00000000">
            <w:r>
              <w:rPr>
                <w:i/>
                <w:color w:val="555555"/>
                <w:sz w:val="20"/>
              </w:rPr>
              <w:t>Mandû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37C6618" w14:textId="77777777" w:rsidR="00F83B1A" w:rsidRDefault="00000000">
            <w:r>
              <w:t>müde</w:t>
            </w:r>
          </w:p>
        </w:tc>
      </w:tr>
      <w:tr w:rsidR="00F83B1A" w14:paraId="6F55C43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AD46FB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126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2CF30D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دڵتەنگ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190EAF7" w14:textId="77777777" w:rsidR="00F83B1A" w:rsidRDefault="00000000">
            <w:r>
              <w:rPr>
                <w:i/>
                <w:color w:val="555555"/>
                <w:sz w:val="20"/>
              </w:rPr>
              <w:t>Diltenng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F92D72D" w14:textId="77777777" w:rsidR="00F83B1A" w:rsidRDefault="00000000">
            <w:r>
              <w:t>traurig</w:t>
            </w:r>
          </w:p>
        </w:tc>
      </w:tr>
    </w:tbl>
    <w:p w14:paraId="48548CC1" w14:textId="77777777" w:rsidR="00F83B1A" w:rsidRDefault="00F83B1A"/>
    <w:p w14:paraId="6EA892D0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Gesundheit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0D9048CC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415396F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D494B8A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FE3BC69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EBFC25D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77E418A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34579D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127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B614FF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دەرمانخانە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F452BB7" w14:textId="77777777" w:rsidR="00F83B1A" w:rsidRDefault="00000000">
            <w:r>
              <w:rPr>
                <w:i/>
                <w:color w:val="555555"/>
                <w:sz w:val="20"/>
              </w:rPr>
              <w:t>Dermanxane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BAAF0C8" w14:textId="77777777" w:rsidR="00F83B1A" w:rsidRDefault="00000000">
            <w:r>
              <w:t>Apotheke</w:t>
            </w:r>
          </w:p>
        </w:tc>
      </w:tr>
      <w:tr w:rsidR="00F83B1A" w14:paraId="74D6E4E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4936D8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128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6DDB53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پزیشک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27E3C1A" w14:textId="77777777" w:rsidR="00F83B1A" w:rsidRDefault="00000000">
            <w:r>
              <w:rPr>
                <w:i/>
                <w:color w:val="555555"/>
                <w:sz w:val="20"/>
              </w:rPr>
              <w:t>Pizîşk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FD4769A" w14:textId="77777777" w:rsidR="00F83B1A" w:rsidRDefault="00000000">
            <w:r>
              <w:t>Arzt / Ärztin</w:t>
            </w:r>
          </w:p>
        </w:tc>
      </w:tr>
      <w:tr w:rsidR="00F83B1A" w14:paraId="00E361B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317A45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129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D09842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سکئێشە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11F1267" w14:textId="77777777" w:rsidR="00F83B1A" w:rsidRDefault="00000000">
            <w:r>
              <w:rPr>
                <w:i/>
                <w:color w:val="555555"/>
                <w:sz w:val="20"/>
              </w:rPr>
              <w:t>Sikêşe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011AB3F" w14:textId="77777777" w:rsidR="00F83B1A" w:rsidRDefault="00000000">
            <w:r>
              <w:t>Bauchschmerzen</w:t>
            </w:r>
          </w:p>
        </w:tc>
      </w:tr>
      <w:tr w:rsidR="00F83B1A" w14:paraId="2471655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E28441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130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9C89F9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تیمار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0A0220B" w14:textId="77777777" w:rsidR="00F83B1A" w:rsidRDefault="00000000">
            <w:r>
              <w:rPr>
                <w:i/>
                <w:color w:val="555555"/>
                <w:sz w:val="20"/>
              </w:rPr>
              <w:t>Tîmar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A46AD41" w14:textId="77777777" w:rsidR="00F83B1A" w:rsidRDefault="00000000">
            <w:r>
              <w:t>Behandlung / Pflege</w:t>
            </w:r>
          </w:p>
        </w:tc>
      </w:tr>
      <w:tr w:rsidR="00F83B1A" w14:paraId="6A20B56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D4A827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131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E7B804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سەرما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2F52E14" w14:textId="77777777" w:rsidR="00F83B1A" w:rsidRDefault="00000000">
            <w:r>
              <w:rPr>
                <w:i/>
                <w:color w:val="555555"/>
                <w:sz w:val="20"/>
              </w:rPr>
              <w:t>Serma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2F55DEB" w14:textId="77777777" w:rsidR="00F83B1A" w:rsidRDefault="00000000">
            <w:r>
              <w:t>Erkältung / Kälte</w:t>
            </w:r>
          </w:p>
        </w:tc>
      </w:tr>
      <w:tr w:rsidR="00F83B1A" w14:paraId="78EC9AD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3DB61D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132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245EA5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تا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F3C1F5E" w14:textId="77777777" w:rsidR="00F83B1A" w:rsidRDefault="00000000">
            <w:r>
              <w:rPr>
                <w:i/>
                <w:color w:val="555555"/>
                <w:sz w:val="20"/>
              </w:rPr>
              <w:t>Ta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08C141E" w14:textId="77777777" w:rsidR="00F83B1A" w:rsidRDefault="00000000">
            <w:r>
              <w:t>Fieber / دەخوێنم تا سەرکەوم.</w:t>
            </w:r>
          </w:p>
        </w:tc>
      </w:tr>
      <w:tr w:rsidR="00F83B1A" w14:paraId="0A49A38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7FDF39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133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475CF1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کۆکە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695FE18" w14:textId="77777777" w:rsidR="00F83B1A" w:rsidRDefault="00000000">
            <w:r>
              <w:rPr>
                <w:i/>
                <w:color w:val="555555"/>
                <w:sz w:val="20"/>
              </w:rPr>
              <w:t>Koke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341B1AB" w14:textId="77777777" w:rsidR="00F83B1A" w:rsidRDefault="00000000">
            <w:r>
              <w:t>Husten</w:t>
            </w:r>
          </w:p>
        </w:tc>
      </w:tr>
      <w:tr w:rsidR="00F83B1A" w14:paraId="78C86C8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612FA3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134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115D2B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سەرئێشە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D423AC9" w14:textId="77777777" w:rsidR="00F83B1A" w:rsidRDefault="00000000">
            <w:r>
              <w:rPr>
                <w:i/>
                <w:color w:val="555555"/>
                <w:sz w:val="20"/>
              </w:rPr>
              <w:t>Serêşe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0D5E53F" w14:textId="77777777" w:rsidR="00F83B1A" w:rsidRDefault="00000000">
            <w:r>
              <w:t>Kopfschmerzen</w:t>
            </w:r>
          </w:p>
        </w:tc>
      </w:tr>
      <w:tr w:rsidR="00F83B1A" w14:paraId="56745A6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BF7DA7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135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E860C2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دەرمان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78E3CF1" w14:textId="77777777" w:rsidR="00F83B1A" w:rsidRDefault="00000000">
            <w:r>
              <w:rPr>
                <w:i/>
                <w:color w:val="555555"/>
                <w:sz w:val="20"/>
              </w:rPr>
              <w:t>Derman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6C4C988" w14:textId="77777777" w:rsidR="00F83B1A" w:rsidRDefault="00000000">
            <w:r>
              <w:t>Medikament</w:t>
            </w:r>
          </w:p>
        </w:tc>
      </w:tr>
      <w:tr w:rsidR="00F83B1A" w14:paraId="2364E9A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8BCB56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136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A88DD2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فریاکەوتن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F9A0B99" w14:textId="77777777" w:rsidR="00F83B1A" w:rsidRDefault="00000000">
            <w:r>
              <w:rPr>
                <w:i/>
                <w:color w:val="555555"/>
                <w:sz w:val="20"/>
              </w:rPr>
              <w:t>Firyakewtin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3BBB6EA" w14:textId="77777777" w:rsidR="00F83B1A" w:rsidRDefault="00000000">
            <w:r>
              <w:t>Notruf / Hilfe</w:t>
            </w:r>
          </w:p>
        </w:tc>
      </w:tr>
      <w:tr w:rsidR="00F83B1A" w14:paraId="38FC32B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165744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137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C2BA1B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ڕەچەتە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0E89B91" w14:textId="77777777" w:rsidR="00F83B1A" w:rsidRDefault="00000000">
            <w:r>
              <w:rPr>
                <w:i/>
                <w:color w:val="555555"/>
                <w:sz w:val="20"/>
              </w:rPr>
              <w:t>Reçete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6A4BD3A" w14:textId="77777777" w:rsidR="00F83B1A" w:rsidRDefault="00000000">
            <w:r>
              <w:t>Rezept</w:t>
            </w:r>
          </w:p>
        </w:tc>
      </w:tr>
      <w:tr w:rsidR="00F83B1A" w14:paraId="3FF0F14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E32456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138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99CB59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سەرگێژخواردن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BEE43E7" w14:textId="77777777" w:rsidR="00F83B1A" w:rsidRDefault="00000000">
            <w:r>
              <w:rPr>
                <w:i/>
                <w:color w:val="555555"/>
                <w:sz w:val="20"/>
              </w:rPr>
              <w:t>Sergêjxwardin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EAFF903" w14:textId="77777777" w:rsidR="00F83B1A" w:rsidRDefault="00000000">
            <w:r>
              <w:t>Schwindel</w:t>
            </w:r>
          </w:p>
        </w:tc>
      </w:tr>
      <w:tr w:rsidR="00F83B1A" w14:paraId="5E844A9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965477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139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D73D18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پشکنین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F395F4A" w14:textId="77777777" w:rsidR="00F83B1A" w:rsidRDefault="00000000">
            <w:r>
              <w:rPr>
                <w:i/>
                <w:color w:val="555555"/>
                <w:sz w:val="20"/>
              </w:rPr>
              <w:t>Pişkinîn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709656A" w14:textId="77777777" w:rsidR="00F83B1A" w:rsidRDefault="00000000">
            <w:r>
              <w:t>Untersuchung / Impfung</w:t>
            </w:r>
          </w:p>
        </w:tc>
      </w:tr>
      <w:tr w:rsidR="00F83B1A" w14:paraId="506747E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42DFD0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140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3502F7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ددانئێشە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63A8840" w14:textId="77777777" w:rsidR="00F83B1A" w:rsidRDefault="00000000">
            <w:r>
              <w:rPr>
                <w:i/>
                <w:color w:val="555555"/>
                <w:sz w:val="20"/>
              </w:rPr>
              <w:t>Didanêşe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E8A0825" w14:textId="77777777" w:rsidR="00F83B1A" w:rsidRDefault="00000000">
            <w:r>
              <w:t>Zahnschmerzen</w:t>
            </w:r>
          </w:p>
        </w:tc>
      </w:tr>
      <w:tr w:rsidR="00F83B1A" w14:paraId="1BEC8F6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53D9E2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141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7E89A4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دڵتێکهەڵاتن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1736F68" w14:textId="77777777" w:rsidR="00F83B1A" w:rsidRDefault="00000000">
            <w:r>
              <w:rPr>
                <w:i/>
                <w:color w:val="555555"/>
                <w:sz w:val="20"/>
              </w:rPr>
              <w:t>Diltêkhelatin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485CBEA" w14:textId="77777777" w:rsidR="00F83B1A" w:rsidRDefault="00000000">
            <w:r>
              <w:t>Übelkeit (wörtl. „das Herz hebt sich“)</w:t>
            </w:r>
          </w:p>
        </w:tc>
      </w:tr>
    </w:tbl>
    <w:p w14:paraId="5D460928" w14:textId="77777777" w:rsidR="00F83B1A" w:rsidRDefault="00F83B1A"/>
    <w:p w14:paraId="62DA19D9" w14:textId="77777777" w:rsidR="00F83B1A" w:rsidRDefault="00000000">
      <w:pPr>
        <w:keepNext/>
        <w:spacing w:before="240" w:after="120"/>
      </w:pPr>
      <w:r>
        <w:rPr>
          <w:b/>
          <w:color w:val="0B6BCB"/>
          <w:sz w:val="32"/>
        </w:rPr>
        <w:lastRenderedPageBreak/>
        <w:t>Essen, Kleidung &amp; Wohnen</w:t>
      </w:r>
    </w:p>
    <w:p w14:paraId="641E7D43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Essen &amp; Trinken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6A409B79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0B84E9B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9AC4CED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20FF7EB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9A6ACD0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202058C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B99711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142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89423B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62A412D" w14:textId="77777777" w:rsidR="00F83B1A" w:rsidRDefault="00000000">
            <w:r>
              <w:rPr>
                <w:i/>
                <w:color w:val="555555"/>
                <w:sz w:val="20"/>
              </w:rPr>
              <w:t>Nan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E132932" w14:textId="77777777" w:rsidR="00F83B1A" w:rsidRDefault="00000000">
            <w:r>
              <w:t>das Brot / Brot / Essen / Brot</w:t>
            </w:r>
          </w:p>
        </w:tc>
      </w:tr>
      <w:tr w:rsidR="00F83B1A" w14:paraId="6BE2213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3FB910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143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4F8A51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هێلکە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1E26FD9" w14:textId="77777777" w:rsidR="00F83B1A" w:rsidRDefault="00000000">
            <w:r>
              <w:rPr>
                <w:i/>
                <w:color w:val="555555"/>
                <w:sz w:val="20"/>
              </w:rPr>
              <w:t>Hêlke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6E9A16A" w14:textId="77777777" w:rsidR="00F83B1A" w:rsidRDefault="00000000">
            <w:r>
              <w:t>das Ei</w:t>
            </w:r>
          </w:p>
        </w:tc>
      </w:tr>
      <w:tr w:rsidR="00F83B1A" w14:paraId="62C6409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D2146A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144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0A017F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گۆشت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8C4010B" w14:textId="77777777" w:rsidR="00F83B1A" w:rsidRDefault="00000000">
            <w:r>
              <w:rPr>
                <w:i/>
                <w:color w:val="555555"/>
                <w:sz w:val="20"/>
              </w:rPr>
              <w:t>Goşt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2690A8B" w14:textId="77777777" w:rsidR="00F83B1A" w:rsidRDefault="00000000">
            <w:r>
              <w:t>das Fleisch / Fleisch</w:t>
            </w:r>
          </w:p>
        </w:tc>
      </w:tr>
      <w:tr w:rsidR="00F83B1A" w14:paraId="7E849A4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AA9201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145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540415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سەوزە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D1832B3" w14:textId="77777777" w:rsidR="00F83B1A" w:rsidRDefault="00000000">
            <w:r>
              <w:rPr>
                <w:i/>
                <w:color w:val="555555"/>
                <w:sz w:val="20"/>
              </w:rPr>
              <w:t>Sewze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45DD36B" w14:textId="77777777" w:rsidR="00F83B1A" w:rsidRDefault="00000000">
            <w:r>
              <w:t>das Gemüse</w:t>
            </w:r>
          </w:p>
        </w:tc>
      </w:tr>
      <w:tr w:rsidR="00F83B1A" w14:paraId="26792D0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01F203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146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52374B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مریشک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C4038D6" w14:textId="77777777" w:rsidR="00F83B1A" w:rsidRDefault="00000000">
            <w:r>
              <w:rPr>
                <w:i/>
                <w:color w:val="555555"/>
                <w:sz w:val="20"/>
              </w:rPr>
              <w:t>Mirîşk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6D14CBA" w14:textId="77777777" w:rsidR="00F83B1A" w:rsidRDefault="00000000">
            <w:r>
              <w:t>das Hähnchen / das Huhn</w:t>
            </w:r>
          </w:p>
        </w:tc>
      </w:tr>
      <w:tr w:rsidR="00F83B1A" w14:paraId="5D7844A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1C1148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147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73D2E4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میوە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124115C" w14:textId="77777777" w:rsidR="00F83B1A" w:rsidRDefault="00000000">
            <w:r>
              <w:rPr>
                <w:i/>
                <w:color w:val="555555"/>
                <w:sz w:val="20"/>
              </w:rPr>
              <w:t>Mêwe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FBAD489" w14:textId="77777777" w:rsidR="00F83B1A" w:rsidRDefault="00000000">
            <w:r>
              <w:t>das Obst / Früchte / Frucht</w:t>
            </w:r>
          </w:p>
        </w:tc>
      </w:tr>
      <w:tr w:rsidR="00F83B1A" w14:paraId="0CB5979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9EE1C3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148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EBE807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خوێ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D533E6F" w14:textId="77777777" w:rsidR="00F83B1A" w:rsidRDefault="00000000">
            <w:r>
              <w:rPr>
                <w:i/>
                <w:color w:val="555555"/>
                <w:sz w:val="20"/>
              </w:rPr>
              <w:t>Xwê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D8EDCB4" w14:textId="77777777" w:rsidR="00F83B1A" w:rsidRDefault="00000000">
            <w:r>
              <w:t>das Salz</w:t>
            </w:r>
          </w:p>
        </w:tc>
      </w:tr>
      <w:tr w:rsidR="00F83B1A" w14:paraId="73D9F0F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D85708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149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33A710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ئاو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40F547E" w14:textId="77777777" w:rsidR="00F83B1A" w:rsidRDefault="00000000">
            <w:r>
              <w:rPr>
                <w:i/>
                <w:color w:val="555555"/>
                <w:sz w:val="20"/>
              </w:rPr>
              <w:t>Aw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B2920BD" w14:textId="77777777" w:rsidR="00F83B1A" w:rsidRDefault="00000000">
            <w:r>
              <w:t>das Wasser / Wasser</w:t>
            </w:r>
          </w:p>
        </w:tc>
      </w:tr>
      <w:tr w:rsidR="00F83B1A" w14:paraId="4D01DF2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AFEFD3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150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3440E3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ماست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4E1ACB9" w14:textId="77777777" w:rsidR="00F83B1A" w:rsidRDefault="00000000">
            <w:r>
              <w:rPr>
                <w:i/>
                <w:color w:val="555555"/>
                <w:sz w:val="20"/>
              </w:rPr>
              <w:t>Mast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0ABE1CA" w14:textId="77777777" w:rsidR="00F83B1A" w:rsidRDefault="00000000">
            <w:r>
              <w:t>der Joghurt / Joghurt</w:t>
            </w:r>
          </w:p>
        </w:tc>
      </w:tr>
      <w:tr w:rsidR="00F83B1A" w14:paraId="3520E32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BDA635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151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421AC5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قاوە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ADE489E" w14:textId="77777777" w:rsidR="00F83B1A" w:rsidRDefault="00000000">
            <w:r>
              <w:rPr>
                <w:i/>
                <w:color w:val="555555"/>
                <w:sz w:val="20"/>
              </w:rPr>
              <w:t>Qawe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C94D7A0" w14:textId="77777777" w:rsidR="00F83B1A" w:rsidRDefault="00000000">
            <w:r>
              <w:t>der Kaffee / Kaffee</w:t>
            </w:r>
          </w:p>
        </w:tc>
      </w:tr>
      <w:tr w:rsidR="00F83B1A" w14:paraId="301B487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9B61FD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152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AF02D1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پەنیر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AFE5E64" w14:textId="77777777" w:rsidR="00F83B1A" w:rsidRDefault="00000000">
            <w:r>
              <w:rPr>
                <w:i/>
                <w:color w:val="555555"/>
                <w:sz w:val="20"/>
              </w:rPr>
              <w:t>Penîr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B77DB0D" w14:textId="77777777" w:rsidR="00F83B1A" w:rsidRDefault="00000000">
            <w:r>
              <w:t>der Käse / Käse</w:t>
            </w:r>
          </w:p>
        </w:tc>
      </w:tr>
      <w:tr w:rsidR="00F83B1A" w14:paraId="2BF0D42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1B775F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153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63546D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برنج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4EAA1B6" w14:textId="77777777" w:rsidR="00F83B1A" w:rsidRDefault="00000000">
            <w:r>
              <w:rPr>
                <w:i/>
                <w:color w:val="555555"/>
                <w:sz w:val="20"/>
              </w:rPr>
              <w:t>Brinj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84A782C" w14:textId="77777777" w:rsidR="00F83B1A" w:rsidRDefault="00000000">
            <w:r>
              <w:t>der Reis / Reis</w:t>
            </w:r>
          </w:p>
        </w:tc>
      </w:tr>
      <w:tr w:rsidR="00F83B1A" w14:paraId="511FE05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10891E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154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0D2E0D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شەربەت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507F38A" w14:textId="77777777" w:rsidR="00F83B1A" w:rsidRDefault="00000000">
            <w:r>
              <w:rPr>
                <w:i/>
                <w:color w:val="555555"/>
                <w:sz w:val="20"/>
              </w:rPr>
              <w:t>Şerbet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D16DCC2" w14:textId="77777777" w:rsidR="00F83B1A" w:rsidRDefault="00000000">
            <w:r>
              <w:t>der Saft</w:t>
            </w:r>
          </w:p>
        </w:tc>
      </w:tr>
      <w:tr w:rsidR="00F83B1A" w14:paraId="357EAAF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EEDFF4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155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B6673C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چا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47442E1" w14:textId="77777777" w:rsidR="00F83B1A" w:rsidRDefault="00000000">
            <w:r>
              <w:rPr>
                <w:i/>
                <w:color w:val="555555"/>
                <w:sz w:val="20"/>
              </w:rPr>
              <w:t>Ça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B36844F" w14:textId="77777777" w:rsidR="00F83B1A" w:rsidRDefault="00000000">
            <w:r>
              <w:t>der Tee / Tee</w:t>
            </w:r>
          </w:p>
        </w:tc>
      </w:tr>
      <w:tr w:rsidR="00F83B1A" w14:paraId="16961AB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77248A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156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65B31D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شەکر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39333BD" w14:textId="77777777" w:rsidR="00F83B1A" w:rsidRDefault="00000000">
            <w:r>
              <w:rPr>
                <w:i/>
                <w:color w:val="555555"/>
                <w:sz w:val="20"/>
              </w:rPr>
              <w:t>Şekir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1348319" w14:textId="77777777" w:rsidR="00F83B1A" w:rsidRDefault="00000000">
            <w:r>
              <w:t>der Zucker</w:t>
            </w:r>
          </w:p>
        </w:tc>
      </w:tr>
      <w:tr w:rsidR="00F83B1A" w14:paraId="06F3ABF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78BC70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157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85E5A1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شیر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6B3E1D5" w14:textId="77777777" w:rsidR="00F83B1A" w:rsidRDefault="00000000">
            <w:r>
              <w:rPr>
                <w:i/>
                <w:color w:val="555555"/>
                <w:sz w:val="20"/>
              </w:rPr>
              <w:t>Şîr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DEB4CF2" w14:textId="77777777" w:rsidR="00F83B1A" w:rsidRDefault="00000000">
            <w:r>
              <w:t>die Milch / Milch</w:t>
            </w:r>
          </w:p>
        </w:tc>
      </w:tr>
    </w:tbl>
    <w:p w14:paraId="4D190A95" w14:textId="77777777" w:rsidR="00F83B1A" w:rsidRDefault="00F83B1A"/>
    <w:p w14:paraId="54B7C687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Farben &amp; Kleidung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787CAF63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947FF10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A10D05E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21691E6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6E7DFAD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014C771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2615B0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158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BED20B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شین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30DB14C" w14:textId="77777777" w:rsidR="00F83B1A" w:rsidRDefault="00000000">
            <w:r>
              <w:rPr>
                <w:i/>
                <w:color w:val="555555"/>
                <w:sz w:val="20"/>
              </w:rPr>
              <w:t>Şîn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F57AB1F" w14:textId="77777777" w:rsidR="00F83B1A" w:rsidRDefault="00000000">
            <w:r>
              <w:t>blau</w:t>
            </w:r>
          </w:p>
        </w:tc>
      </w:tr>
      <w:tr w:rsidR="00F83B1A" w14:paraId="6351D3D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D80807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159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5CE604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قاوەیی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94F7402" w14:textId="77777777" w:rsidR="00F83B1A" w:rsidRDefault="00000000">
            <w:r>
              <w:rPr>
                <w:i/>
                <w:color w:val="555555"/>
                <w:sz w:val="20"/>
              </w:rPr>
              <w:t>Qaweyî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82234D6" w14:textId="77777777" w:rsidR="00F83B1A" w:rsidRDefault="00000000">
            <w:r>
              <w:t>braun</w:t>
            </w:r>
          </w:p>
        </w:tc>
      </w:tr>
      <w:tr w:rsidR="00F83B1A" w14:paraId="6F95739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539316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160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E2A1DA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کراس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0BF8D12" w14:textId="77777777" w:rsidR="00F83B1A" w:rsidRDefault="00000000">
            <w:r>
              <w:rPr>
                <w:i/>
                <w:color w:val="555555"/>
                <w:sz w:val="20"/>
              </w:rPr>
              <w:t>Kiras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F93AE60" w14:textId="77777777" w:rsidR="00F83B1A" w:rsidRDefault="00000000">
            <w:r>
              <w:t>das Hemd / Kleid / Hemd</w:t>
            </w:r>
          </w:p>
        </w:tc>
      </w:tr>
      <w:tr w:rsidR="00F83B1A" w14:paraId="388FB70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381321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161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E6A7C8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کڵاو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6385CBF" w14:textId="77777777" w:rsidR="00F83B1A" w:rsidRDefault="00000000">
            <w:r>
              <w:rPr>
                <w:i/>
                <w:color w:val="555555"/>
                <w:sz w:val="20"/>
              </w:rPr>
              <w:t>Klaw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B4B0871" w14:textId="77777777" w:rsidR="00F83B1A" w:rsidRDefault="00000000">
            <w:r>
              <w:t>der Hut / die Mütze</w:t>
            </w:r>
          </w:p>
        </w:tc>
      </w:tr>
      <w:tr w:rsidR="00F83B1A" w14:paraId="16A46DC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C6DA1F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162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4EB8EC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پانتۆڵ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BD1EA93" w14:textId="77777777" w:rsidR="00F83B1A" w:rsidRDefault="00000000">
            <w:r>
              <w:rPr>
                <w:i/>
                <w:color w:val="555555"/>
                <w:sz w:val="20"/>
              </w:rPr>
              <w:t>Pantol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F20C14D" w14:textId="77777777" w:rsidR="00F83B1A" w:rsidRDefault="00000000">
            <w:r>
              <w:t>die Hose</w:t>
            </w:r>
          </w:p>
        </w:tc>
      </w:tr>
      <w:tr w:rsidR="00F83B1A" w14:paraId="2A29936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D145E1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lastRenderedPageBreak/>
              <w:t>163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16A2FF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چاکەت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1BEAC28" w14:textId="77777777" w:rsidR="00F83B1A" w:rsidRDefault="00000000">
            <w:r>
              <w:rPr>
                <w:i/>
                <w:color w:val="555555"/>
                <w:sz w:val="20"/>
              </w:rPr>
              <w:t>Çaket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ADF78C9" w14:textId="77777777" w:rsidR="00F83B1A" w:rsidRDefault="00000000">
            <w:r>
              <w:t>die Jacke</w:t>
            </w:r>
          </w:p>
        </w:tc>
      </w:tr>
      <w:tr w:rsidR="00F83B1A" w14:paraId="5B55837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808D53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164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5E7C5E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پێڵاو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79F96CA" w14:textId="77777777" w:rsidR="00F83B1A" w:rsidRDefault="00000000">
            <w:r>
              <w:rPr>
                <w:i/>
                <w:color w:val="555555"/>
                <w:sz w:val="20"/>
              </w:rPr>
              <w:t>Pêlaw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068B0DA" w14:textId="77777777" w:rsidR="00F83B1A" w:rsidRDefault="00000000">
            <w:r>
              <w:t>die Schuhe</w:t>
            </w:r>
          </w:p>
        </w:tc>
      </w:tr>
      <w:tr w:rsidR="00F83B1A" w14:paraId="17A25B4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AA272F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165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521EAD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گۆرەوی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13B03E9" w14:textId="77777777" w:rsidR="00F83B1A" w:rsidRDefault="00000000">
            <w:r>
              <w:rPr>
                <w:i/>
                <w:color w:val="555555"/>
                <w:sz w:val="20"/>
              </w:rPr>
              <w:t>Gorewî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011D844" w14:textId="77777777" w:rsidR="00F83B1A" w:rsidRDefault="00000000">
            <w:r>
              <w:t>die Socken</w:t>
            </w:r>
          </w:p>
        </w:tc>
      </w:tr>
      <w:tr w:rsidR="00F83B1A" w14:paraId="6AD5F0B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A94A3E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166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361EC4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زەرد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EB33611" w14:textId="77777777" w:rsidR="00F83B1A" w:rsidRDefault="00000000">
            <w:r>
              <w:rPr>
                <w:i/>
                <w:color w:val="555555"/>
                <w:sz w:val="20"/>
              </w:rPr>
              <w:t>Zerd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C2DF9D3" w14:textId="77777777" w:rsidR="00F83B1A" w:rsidRDefault="00000000">
            <w:r>
              <w:t>gelb</w:t>
            </w:r>
          </w:p>
        </w:tc>
      </w:tr>
      <w:tr w:rsidR="00F83B1A" w14:paraId="75EEE7D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C8066E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167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4F7D42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سەوز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293A7A7" w14:textId="77777777" w:rsidR="00F83B1A" w:rsidRDefault="00000000">
            <w:r>
              <w:rPr>
                <w:i/>
                <w:color w:val="555555"/>
                <w:sz w:val="20"/>
              </w:rPr>
              <w:t>Sewz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5937B53" w14:textId="77777777" w:rsidR="00F83B1A" w:rsidRDefault="00000000">
            <w:r>
              <w:t>grün</w:t>
            </w:r>
          </w:p>
        </w:tc>
      </w:tr>
      <w:tr w:rsidR="00F83B1A" w14:paraId="04E976C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940B78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168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2CED96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سوور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477AA01" w14:textId="77777777" w:rsidR="00F83B1A" w:rsidRDefault="00000000">
            <w:r>
              <w:rPr>
                <w:i/>
                <w:color w:val="555555"/>
                <w:sz w:val="20"/>
              </w:rPr>
              <w:t>Sûr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DC18A74" w14:textId="77777777" w:rsidR="00F83B1A" w:rsidRDefault="00000000">
            <w:r>
              <w:t>rot</w:t>
            </w:r>
          </w:p>
        </w:tc>
      </w:tr>
      <w:tr w:rsidR="00F83B1A" w14:paraId="023ECC6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B7EAD0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169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5C18FC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ڕەش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DB4DC9E" w14:textId="77777777" w:rsidR="00F83B1A" w:rsidRDefault="00000000">
            <w:r>
              <w:rPr>
                <w:i/>
                <w:color w:val="555555"/>
                <w:sz w:val="20"/>
              </w:rPr>
              <w:t>Reş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E807CC0" w14:textId="77777777" w:rsidR="00F83B1A" w:rsidRDefault="00000000">
            <w:r>
              <w:t>schwarz</w:t>
            </w:r>
          </w:p>
        </w:tc>
      </w:tr>
      <w:tr w:rsidR="00F83B1A" w14:paraId="0C6D402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E3498E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170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2D9ED8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سپی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D7ADD5C" w14:textId="77777777" w:rsidR="00F83B1A" w:rsidRDefault="00000000">
            <w:r>
              <w:rPr>
                <w:i/>
                <w:color w:val="555555"/>
                <w:sz w:val="20"/>
              </w:rPr>
              <w:t>Spî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D8B19E4" w14:textId="77777777" w:rsidR="00F83B1A" w:rsidRDefault="00000000">
            <w:r>
              <w:t>weiß</w:t>
            </w:r>
          </w:p>
        </w:tc>
      </w:tr>
    </w:tbl>
    <w:p w14:paraId="56440465" w14:textId="77777777" w:rsidR="00F83B1A" w:rsidRDefault="00F83B1A"/>
    <w:p w14:paraId="0A696ED0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Wohnen &amp; Möbel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72DD000F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9CCC60E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FD6CC2C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E637998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93C8C3F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3AD68B7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35841F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171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BE7D75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پەنجەرە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83CA49B" w14:textId="77777777" w:rsidR="00F83B1A" w:rsidRDefault="00000000">
            <w:r>
              <w:rPr>
                <w:i/>
                <w:color w:val="555555"/>
                <w:sz w:val="20"/>
              </w:rPr>
              <w:t>Penjere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983A826" w14:textId="77777777" w:rsidR="00F83B1A" w:rsidRDefault="00000000">
            <w:r>
              <w:t>das Fenster</w:t>
            </w:r>
          </w:p>
        </w:tc>
      </w:tr>
      <w:tr w:rsidR="00F83B1A" w14:paraId="560B53F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3B1A0B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172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06F345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کەنەفە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537DFB9" w14:textId="77777777" w:rsidR="00F83B1A" w:rsidRDefault="00000000">
            <w:r>
              <w:rPr>
                <w:i/>
                <w:color w:val="555555"/>
                <w:sz w:val="20"/>
              </w:rPr>
              <w:t>Kenefe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B8E882F" w14:textId="77777777" w:rsidR="00F83B1A" w:rsidRDefault="00000000">
            <w:r>
              <w:t>das Sofa</w:t>
            </w:r>
          </w:p>
        </w:tc>
      </w:tr>
      <w:tr w:rsidR="00F83B1A" w14:paraId="1F876A3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BA0B29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173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EF0743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ژوور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9A6691F" w14:textId="77777777" w:rsidR="00F83B1A" w:rsidRDefault="00000000">
            <w:r>
              <w:rPr>
                <w:i/>
                <w:color w:val="555555"/>
                <w:sz w:val="20"/>
              </w:rPr>
              <w:t>Jûr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01BA4A0" w14:textId="77777777" w:rsidR="00F83B1A" w:rsidRDefault="00000000">
            <w:r>
              <w:t>das Zimmer</w:t>
            </w:r>
          </w:p>
        </w:tc>
      </w:tr>
      <w:tr w:rsidR="00F83B1A" w14:paraId="5AEE6FD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9027C8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174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F6FF18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یەخچاڵ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491A181" w14:textId="77777777" w:rsidR="00F83B1A" w:rsidRDefault="00000000">
            <w:r>
              <w:rPr>
                <w:i/>
                <w:color w:val="555555"/>
                <w:sz w:val="20"/>
              </w:rPr>
              <w:t>Yexçal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1EDCD6C" w14:textId="77777777" w:rsidR="00F83B1A" w:rsidRDefault="00000000">
            <w:r>
              <w:t>der Kühlschrank</w:t>
            </w:r>
          </w:p>
        </w:tc>
      </w:tr>
      <w:tr w:rsidR="00F83B1A" w14:paraId="3688D25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846640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175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F77315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کورسی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AAD7CB2" w14:textId="77777777" w:rsidR="00F83B1A" w:rsidRDefault="00000000">
            <w:r>
              <w:rPr>
                <w:i/>
                <w:color w:val="555555"/>
                <w:sz w:val="20"/>
              </w:rPr>
              <w:t>Kursî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C95B68C" w14:textId="77777777" w:rsidR="00F83B1A" w:rsidRDefault="00000000">
            <w:r>
              <w:t>der Stuhl</w:t>
            </w:r>
          </w:p>
        </w:tc>
      </w:tr>
      <w:tr w:rsidR="00F83B1A" w14:paraId="2879312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9F9C69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176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E4391A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مێز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1377980" w14:textId="77777777" w:rsidR="00F83B1A" w:rsidRDefault="00000000">
            <w:r>
              <w:rPr>
                <w:i/>
                <w:color w:val="555555"/>
                <w:sz w:val="20"/>
              </w:rPr>
              <w:t>Mêz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83D086F" w14:textId="77777777" w:rsidR="00F83B1A" w:rsidRDefault="00000000">
            <w:r>
              <w:t>der Tisch</w:t>
            </w:r>
          </w:p>
        </w:tc>
      </w:tr>
      <w:tr w:rsidR="00F83B1A" w14:paraId="21D36C7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C5EE90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177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01D844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چێشتخانە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769A656" w14:textId="77777777" w:rsidR="00F83B1A" w:rsidRDefault="00000000">
            <w:r>
              <w:rPr>
                <w:i/>
                <w:color w:val="555555"/>
                <w:sz w:val="20"/>
              </w:rPr>
              <w:t>Çêştixane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B1F10C6" w14:textId="77777777" w:rsidR="00F83B1A" w:rsidRDefault="00000000">
            <w:r>
              <w:t>die Küche</w:t>
            </w:r>
          </w:p>
        </w:tc>
      </w:tr>
      <w:tr w:rsidR="00F83B1A" w14:paraId="62EE390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6F5310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178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767AA6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دەرگا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F01BDE2" w14:textId="77777777" w:rsidR="00F83B1A" w:rsidRDefault="00000000">
            <w:r>
              <w:rPr>
                <w:i/>
                <w:color w:val="555555"/>
                <w:sz w:val="20"/>
              </w:rPr>
              <w:t>Derga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0DE8056" w14:textId="77777777" w:rsidR="00F83B1A" w:rsidRDefault="00000000">
            <w:r>
              <w:t>die Tür</w:t>
            </w:r>
          </w:p>
        </w:tc>
      </w:tr>
      <w:tr w:rsidR="00F83B1A" w14:paraId="7C79D07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80EE74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179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ECBAD4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دیوار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6C2EA11" w14:textId="77777777" w:rsidR="00F83B1A" w:rsidRDefault="00000000">
            <w:r>
              <w:rPr>
                <w:i/>
                <w:color w:val="555555"/>
                <w:sz w:val="20"/>
              </w:rPr>
              <w:t>Dîwar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E9A31EA" w14:textId="77777777" w:rsidR="00F83B1A" w:rsidRDefault="00000000">
            <w:r>
              <w:t>die Wand</w:t>
            </w:r>
          </w:p>
        </w:tc>
      </w:tr>
    </w:tbl>
    <w:p w14:paraId="684086F4" w14:textId="77777777" w:rsidR="00F83B1A" w:rsidRDefault="00F83B1A"/>
    <w:p w14:paraId="0E86315C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Einkaufen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0CB3B7D1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D204D6B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B46E825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1A44D153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D1F169F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677F845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59F8F8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180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55266F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هەرزان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544F6A9" w14:textId="77777777" w:rsidR="00F83B1A" w:rsidRDefault="00000000">
            <w:r>
              <w:rPr>
                <w:i/>
                <w:color w:val="555555"/>
                <w:sz w:val="20"/>
              </w:rPr>
              <w:t>Herzan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1B77E92" w14:textId="77777777" w:rsidR="00F83B1A" w:rsidRDefault="00000000">
            <w:r>
              <w:t>billig</w:t>
            </w:r>
          </w:p>
        </w:tc>
      </w:tr>
      <w:tr w:rsidR="00F83B1A" w14:paraId="0D59870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204437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181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89CE18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پارە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583F152" w14:textId="77777777" w:rsidR="00F83B1A" w:rsidRDefault="00000000">
            <w:r>
              <w:rPr>
                <w:i/>
                <w:color w:val="555555"/>
                <w:sz w:val="20"/>
              </w:rPr>
              <w:t>Pare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1CDC05D" w14:textId="77777777" w:rsidR="00F83B1A" w:rsidRDefault="00000000">
            <w:r>
              <w:t>das Geld</w:t>
            </w:r>
          </w:p>
        </w:tc>
      </w:tr>
      <w:tr w:rsidR="00F83B1A" w14:paraId="3F16B86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E9CF55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182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67C415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بازاڕ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7E2F4A2" w14:textId="77777777" w:rsidR="00F83B1A" w:rsidRDefault="00000000">
            <w:r>
              <w:rPr>
                <w:i/>
                <w:color w:val="555555"/>
                <w:sz w:val="20"/>
              </w:rPr>
              <w:t>Bazar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8CF9869" w14:textId="77777777" w:rsidR="00F83B1A" w:rsidRDefault="00000000">
            <w:r>
              <w:t>der Markt / Basar</w:t>
            </w:r>
          </w:p>
        </w:tc>
      </w:tr>
      <w:tr w:rsidR="00F83B1A" w14:paraId="0EFA724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5AD337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183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09C333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سوپەرمارکێت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365E720" w14:textId="77777777" w:rsidR="00F83B1A" w:rsidRDefault="00000000">
            <w:r>
              <w:rPr>
                <w:i/>
                <w:color w:val="555555"/>
                <w:sz w:val="20"/>
              </w:rPr>
              <w:t>Suparmarkêt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760932A" w14:textId="77777777" w:rsidR="00F83B1A" w:rsidRDefault="00000000">
            <w:r>
              <w:t>der Supermarkt</w:t>
            </w:r>
          </w:p>
        </w:tc>
      </w:tr>
      <w:tr w:rsidR="00F83B1A" w14:paraId="3A62B94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8FDB95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184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8BD4D3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فاتورە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1486A23" w14:textId="77777777" w:rsidR="00F83B1A" w:rsidRDefault="00000000">
            <w:r>
              <w:rPr>
                <w:i/>
                <w:color w:val="555555"/>
                <w:sz w:val="20"/>
              </w:rPr>
              <w:t>Fature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21C7FE2" w14:textId="77777777" w:rsidR="00F83B1A" w:rsidRDefault="00000000">
            <w:r>
              <w:t>die Quittung</w:t>
            </w:r>
          </w:p>
        </w:tc>
      </w:tr>
    </w:tbl>
    <w:p w14:paraId="786B7B49" w14:textId="77777777" w:rsidR="00F83B1A" w:rsidRDefault="00F83B1A"/>
    <w:p w14:paraId="4E65A830" w14:textId="77777777" w:rsidR="00F83B1A" w:rsidRDefault="00000000">
      <w:pPr>
        <w:keepNext/>
        <w:spacing w:before="240" w:after="120"/>
      </w:pPr>
      <w:r>
        <w:rPr>
          <w:b/>
          <w:color w:val="0B6BCB"/>
          <w:sz w:val="32"/>
        </w:rPr>
        <w:t>Berufe, Hobbys &amp; Reisen</w:t>
      </w:r>
    </w:p>
    <w:p w14:paraId="2CF21F44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Berufe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20CBC2C5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FA647C5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91C4921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1D2E346F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109E37B5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477938F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3FBB2E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185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A0ABEE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نووسینگە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94B6BBA" w14:textId="77777777" w:rsidR="00F83B1A" w:rsidRDefault="00000000">
            <w:r>
              <w:rPr>
                <w:i/>
                <w:color w:val="555555"/>
                <w:sz w:val="20"/>
              </w:rPr>
              <w:t>Nûsînge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D70B268" w14:textId="77777777" w:rsidR="00F83B1A" w:rsidRDefault="00000000">
            <w:r>
              <w:t>das Büro</w:t>
            </w:r>
          </w:p>
        </w:tc>
      </w:tr>
      <w:tr w:rsidR="00F83B1A" w14:paraId="7754B01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08A446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186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36DF40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کێڵگە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C36E876" w14:textId="77777777" w:rsidR="00F83B1A" w:rsidRDefault="00000000">
            <w:r>
              <w:rPr>
                <w:i/>
                <w:color w:val="555555"/>
                <w:sz w:val="20"/>
              </w:rPr>
              <w:t>Kêlge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180DABE" w14:textId="77777777" w:rsidR="00F83B1A" w:rsidRDefault="00000000">
            <w:r>
              <w:t>das Feld / der Acker</w:t>
            </w:r>
          </w:p>
        </w:tc>
      </w:tr>
      <w:tr w:rsidR="00F83B1A" w14:paraId="052C5EE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6F4795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187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BDFB26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دوکان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FCB20C8" w14:textId="77777777" w:rsidR="00F83B1A" w:rsidRDefault="00000000">
            <w:r>
              <w:rPr>
                <w:i/>
                <w:color w:val="555555"/>
                <w:sz w:val="20"/>
              </w:rPr>
              <w:t>Dukan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EB587ED" w14:textId="77777777" w:rsidR="00F83B1A" w:rsidRDefault="00000000">
            <w:r>
              <w:t>das Geschäft / der Laden</w:t>
            </w:r>
          </w:p>
        </w:tc>
      </w:tr>
      <w:tr w:rsidR="00F83B1A" w14:paraId="222255B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241623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188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160B3F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نەخۆشخانە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5E4CD1E" w14:textId="77777777" w:rsidR="00F83B1A" w:rsidRDefault="00000000">
            <w:r>
              <w:rPr>
                <w:i/>
                <w:color w:val="555555"/>
                <w:sz w:val="20"/>
              </w:rPr>
              <w:t>Nexweşxane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59DCF30" w14:textId="77777777" w:rsidR="00F83B1A" w:rsidRDefault="00000000">
            <w:r>
              <w:t>das Krankenhaus / Krankenhaus</w:t>
            </w:r>
          </w:p>
        </w:tc>
      </w:tr>
      <w:tr w:rsidR="00F83B1A" w14:paraId="7D158E7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A3FB2F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189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8C2556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کرێکار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252FA73" w14:textId="77777777" w:rsidR="00F83B1A" w:rsidRDefault="00000000">
            <w:r>
              <w:rPr>
                <w:i/>
                <w:color w:val="555555"/>
                <w:sz w:val="20"/>
              </w:rPr>
              <w:t>Krêkar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45F0A28" w14:textId="77777777" w:rsidR="00F83B1A" w:rsidRDefault="00000000">
            <w:r>
              <w:t>der Arbeiter</w:t>
            </w:r>
          </w:p>
        </w:tc>
      </w:tr>
      <w:tr w:rsidR="00F83B1A" w14:paraId="10A940E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F06BD9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190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0A47F1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جووتیار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1AD178F" w14:textId="77777777" w:rsidR="00F83B1A" w:rsidRDefault="00000000">
            <w:r>
              <w:rPr>
                <w:i/>
                <w:color w:val="555555"/>
                <w:sz w:val="20"/>
              </w:rPr>
              <w:t>Cotyar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86DA03E" w14:textId="77777777" w:rsidR="00F83B1A" w:rsidRDefault="00000000">
            <w:r>
              <w:t>der Bauer</w:t>
            </w:r>
          </w:p>
        </w:tc>
      </w:tr>
      <w:tr w:rsidR="00F83B1A" w14:paraId="2A1A856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82C3B6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191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3EFDBE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شۆفێر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3D4D018" w14:textId="77777777" w:rsidR="00F83B1A" w:rsidRDefault="00000000">
            <w:r>
              <w:rPr>
                <w:i/>
                <w:color w:val="555555"/>
                <w:sz w:val="20"/>
              </w:rPr>
              <w:t>Şofêr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63FD6A7" w14:textId="77777777" w:rsidR="00F83B1A" w:rsidRDefault="00000000">
            <w:r>
              <w:t>der Fahrer</w:t>
            </w:r>
          </w:p>
        </w:tc>
      </w:tr>
      <w:tr w:rsidR="00F83B1A" w14:paraId="64F29DB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67CBE3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192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A9A699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ئەندازیار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0D0F036" w14:textId="77777777" w:rsidR="00F83B1A" w:rsidRDefault="00000000">
            <w:r>
              <w:rPr>
                <w:i/>
                <w:color w:val="555555"/>
                <w:sz w:val="20"/>
              </w:rPr>
              <w:t>Endazyar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A9C3037" w14:textId="77777777" w:rsidR="00F83B1A" w:rsidRDefault="00000000">
            <w:r>
              <w:t>der Ingenieur</w:t>
            </w:r>
          </w:p>
        </w:tc>
      </w:tr>
      <w:tr w:rsidR="00F83B1A" w14:paraId="25023B1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A98AF3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193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E8602D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چێشتلێنەر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6276DE9" w14:textId="77777777" w:rsidR="00F83B1A" w:rsidRDefault="00000000">
            <w:r>
              <w:rPr>
                <w:i/>
                <w:color w:val="555555"/>
                <w:sz w:val="20"/>
              </w:rPr>
              <w:t>Çêştilêner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1B056E4" w14:textId="77777777" w:rsidR="00F83B1A" w:rsidRDefault="00000000">
            <w:r>
              <w:t>der Koch / die Köchin / Koch</w:t>
            </w:r>
          </w:p>
        </w:tc>
      </w:tr>
      <w:tr w:rsidR="00F83B1A" w14:paraId="744ADBC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1A218D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194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2A05D2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مامۆستا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D237C75" w14:textId="77777777" w:rsidR="00F83B1A" w:rsidRDefault="00000000">
            <w:r>
              <w:rPr>
                <w:i/>
                <w:color w:val="555555"/>
                <w:sz w:val="20"/>
              </w:rPr>
              <w:t>Mamosta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56A9109" w14:textId="77777777" w:rsidR="00F83B1A" w:rsidRDefault="00000000">
            <w:r>
              <w:t>der Lehrer / die Lehrerin / Lehrer/in</w:t>
            </w:r>
          </w:p>
        </w:tc>
      </w:tr>
      <w:tr w:rsidR="00F83B1A" w14:paraId="7965403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6DDAB5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195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103313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پۆلیس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2835076" w14:textId="77777777" w:rsidR="00F83B1A" w:rsidRDefault="00000000">
            <w:r>
              <w:rPr>
                <w:i/>
                <w:color w:val="555555"/>
                <w:sz w:val="20"/>
              </w:rPr>
              <w:t>Polîs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2B29E06" w14:textId="77777777" w:rsidR="00F83B1A" w:rsidRDefault="00000000">
            <w:r>
              <w:t>der Polizist</w:t>
            </w:r>
          </w:p>
        </w:tc>
      </w:tr>
      <w:tr w:rsidR="00F83B1A" w14:paraId="20214CE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C5E723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196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E50DD8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خوێندکار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F4F88AA" w14:textId="77777777" w:rsidR="00F83B1A" w:rsidRDefault="00000000">
            <w:r>
              <w:rPr>
                <w:i/>
                <w:color w:val="555555"/>
                <w:sz w:val="20"/>
              </w:rPr>
              <w:t>Xwêndkar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93ACEEE" w14:textId="77777777" w:rsidR="00F83B1A" w:rsidRDefault="00000000">
            <w:r>
              <w:t>der Student / die Studentin / Schüler/in</w:t>
            </w:r>
          </w:p>
        </w:tc>
      </w:tr>
      <w:tr w:rsidR="00F83B1A" w14:paraId="686531E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88F84C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197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4E641E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فرۆشیار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07B12CF" w14:textId="77777777" w:rsidR="00F83B1A" w:rsidRDefault="00000000">
            <w:r>
              <w:rPr>
                <w:i/>
                <w:color w:val="555555"/>
                <w:sz w:val="20"/>
              </w:rPr>
              <w:t>Froşyar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C8D6B96" w14:textId="77777777" w:rsidR="00F83B1A" w:rsidRDefault="00000000">
            <w:r>
              <w:t>der Verkäufer</w:t>
            </w:r>
          </w:p>
        </w:tc>
      </w:tr>
      <w:tr w:rsidR="00F83B1A" w14:paraId="6DEDEF7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D38780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198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A60BFB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کارگە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CA6B068" w14:textId="77777777" w:rsidR="00F83B1A" w:rsidRDefault="00000000">
            <w:r>
              <w:rPr>
                <w:i/>
                <w:color w:val="555555"/>
                <w:sz w:val="20"/>
              </w:rPr>
              <w:t>Karge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1CA6E15" w14:textId="77777777" w:rsidR="00F83B1A" w:rsidRDefault="00000000">
            <w:r>
              <w:t>die Fabrik</w:t>
            </w:r>
          </w:p>
        </w:tc>
      </w:tr>
      <w:tr w:rsidR="00F83B1A" w14:paraId="12876C9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C08D89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199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A6AC8D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خوێندنگا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DA7B6B9" w14:textId="77777777" w:rsidR="00F83B1A" w:rsidRDefault="00000000">
            <w:r>
              <w:rPr>
                <w:i/>
                <w:color w:val="555555"/>
                <w:sz w:val="20"/>
              </w:rPr>
              <w:t>Xwêndenga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619B026" w14:textId="77777777" w:rsidR="00F83B1A" w:rsidRDefault="00000000">
            <w:r>
              <w:t>die Schule</w:t>
            </w:r>
          </w:p>
        </w:tc>
      </w:tr>
    </w:tbl>
    <w:p w14:paraId="705D749B" w14:textId="77777777" w:rsidR="00F83B1A" w:rsidRDefault="00F83B1A"/>
    <w:p w14:paraId="4C4F4E67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Hobbys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7E667765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197F9512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E868A3C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1A721091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4F24C51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568FA73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BFF51D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200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CF320A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چێشتلێنان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639BE48" w14:textId="77777777" w:rsidR="00F83B1A" w:rsidRDefault="00000000">
            <w:r>
              <w:rPr>
                <w:i/>
                <w:color w:val="555555"/>
                <w:sz w:val="20"/>
              </w:rPr>
              <w:t>Çêştilênan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045886E" w14:textId="77777777" w:rsidR="00F83B1A" w:rsidRDefault="00000000">
            <w:r>
              <w:t>kochen</w:t>
            </w:r>
          </w:p>
        </w:tc>
      </w:tr>
      <w:tr w:rsidR="00F83B1A" w14:paraId="7DEA8CF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00FFA1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201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FF96AB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خوێندنەوە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E80CB91" w14:textId="77777777" w:rsidR="00F83B1A" w:rsidRDefault="00000000">
            <w:r>
              <w:rPr>
                <w:i/>
                <w:color w:val="555555"/>
                <w:sz w:val="20"/>
              </w:rPr>
              <w:t>Xwêndinewe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E0E83FF" w14:textId="77777777" w:rsidR="00F83B1A" w:rsidRDefault="00000000">
            <w:r>
              <w:t>lesen / خوێن ...ـەوە</w:t>
            </w:r>
          </w:p>
        </w:tc>
      </w:tr>
      <w:tr w:rsidR="00F83B1A" w14:paraId="741A141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A2E32C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202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95EB05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وێنەکێشان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0A0E934" w14:textId="77777777" w:rsidR="00F83B1A" w:rsidRDefault="00000000">
            <w:r>
              <w:rPr>
                <w:i/>
                <w:color w:val="555555"/>
                <w:sz w:val="20"/>
              </w:rPr>
              <w:t>Wênekêşan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81F4EAD" w14:textId="77777777" w:rsidR="00F83B1A" w:rsidRDefault="00000000">
            <w:r>
              <w:t>malen / zeichnen</w:t>
            </w:r>
          </w:p>
        </w:tc>
      </w:tr>
      <w:tr w:rsidR="00F83B1A" w14:paraId="339605F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780CC7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203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33171B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گەشتکردن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AE42396" w14:textId="77777777" w:rsidR="00F83B1A" w:rsidRDefault="00000000">
            <w:r>
              <w:rPr>
                <w:i/>
                <w:color w:val="555555"/>
                <w:sz w:val="20"/>
              </w:rPr>
              <w:t>Geşitkirdin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D3634D7" w14:textId="77777777" w:rsidR="00F83B1A" w:rsidRDefault="00000000">
            <w:r>
              <w:t>reisen</w:t>
            </w:r>
          </w:p>
        </w:tc>
      </w:tr>
      <w:tr w:rsidR="00F83B1A" w14:paraId="61C64C0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D703AE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lastRenderedPageBreak/>
              <w:t>204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590D67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نووسین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08124B8" w14:textId="77777777" w:rsidR="00F83B1A" w:rsidRDefault="00000000">
            <w:r>
              <w:rPr>
                <w:i/>
                <w:color w:val="555555"/>
                <w:sz w:val="20"/>
              </w:rPr>
              <w:t>Nûsîn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56A803D" w14:textId="77777777" w:rsidR="00F83B1A" w:rsidRDefault="00000000">
            <w:r>
              <w:t>schreiben / نووس / نووسی</w:t>
            </w:r>
          </w:p>
        </w:tc>
      </w:tr>
      <w:tr w:rsidR="00F83B1A" w14:paraId="2836486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F5F4DE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205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63D95C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مەلەکردن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3A8BA5C" w14:textId="77777777" w:rsidR="00F83B1A" w:rsidRDefault="00000000">
            <w:r>
              <w:rPr>
                <w:i/>
                <w:color w:val="555555"/>
                <w:sz w:val="20"/>
              </w:rPr>
              <w:t>Melekirdin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B020994" w14:textId="77777777" w:rsidR="00F83B1A" w:rsidRDefault="00000000">
            <w:r>
              <w:t>schwimmen</w:t>
            </w:r>
          </w:p>
        </w:tc>
      </w:tr>
    </w:tbl>
    <w:p w14:paraId="4584AF39" w14:textId="77777777" w:rsidR="00F83B1A" w:rsidRDefault="00F83B1A"/>
    <w:p w14:paraId="0E42F7B3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Reisen &amp; Verkehr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1D1A776E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A254746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32C1994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DDE11BE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1B5B6ABC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249E492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B64753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206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7F209B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ئۆتۆمبێل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B6C5F12" w14:textId="77777777" w:rsidR="00F83B1A" w:rsidRDefault="00000000">
            <w:r>
              <w:rPr>
                <w:i/>
                <w:color w:val="555555"/>
                <w:sz w:val="20"/>
              </w:rPr>
              <w:t>Otomobîl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787ED10" w14:textId="77777777" w:rsidR="00F83B1A" w:rsidRDefault="00000000">
            <w:r>
              <w:t>das Auto</w:t>
            </w:r>
          </w:p>
        </w:tc>
      </w:tr>
      <w:tr w:rsidR="00F83B1A" w14:paraId="2AE091F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768CB1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207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A44D3A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پایسکیل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D7794E3" w14:textId="77777777" w:rsidR="00F83B1A" w:rsidRDefault="00000000">
            <w:r>
              <w:rPr>
                <w:i/>
                <w:color w:val="555555"/>
                <w:sz w:val="20"/>
              </w:rPr>
              <w:t>Payskil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F97BAA7" w14:textId="77777777" w:rsidR="00F83B1A" w:rsidRDefault="00000000">
            <w:r>
              <w:t>das Fahrrad</w:t>
            </w:r>
          </w:p>
        </w:tc>
      </w:tr>
      <w:tr w:rsidR="00F83B1A" w14:paraId="08000B6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44D00A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208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91F08E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فڕۆکە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6A50731" w14:textId="77777777" w:rsidR="00F83B1A" w:rsidRDefault="00000000">
            <w:r>
              <w:rPr>
                <w:i/>
                <w:color w:val="555555"/>
                <w:sz w:val="20"/>
              </w:rPr>
              <w:t>Firoke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411C004" w14:textId="77777777" w:rsidR="00F83B1A" w:rsidRDefault="00000000">
            <w:r>
              <w:t>das Flugzeug</w:t>
            </w:r>
          </w:p>
        </w:tc>
      </w:tr>
      <w:tr w:rsidR="00F83B1A" w14:paraId="5EAD7B3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4C35AB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209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57C23E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وتێل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67B2832" w14:textId="77777777" w:rsidR="00F83B1A" w:rsidRDefault="00000000">
            <w:r>
              <w:rPr>
                <w:i/>
                <w:color w:val="555555"/>
                <w:sz w:val="20"/>
              </w:rPr>
              <w:t>Otêl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DC1CBA0" w14:textId="77777777" w:rsidR="00F83B1A" w:rsidRDefault="00000000">
            <w:r>
              <w:t>das Hotel</w:t>
            </w:r>
          </w:p>
        </w:tc>
      </w:tr>
      <w:tr w:rsidR="00F83B1A" w14:paraId="703B8E5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05CA86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210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DB52C7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مۆتۆڕسایکل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A77C225" w14:textId="77777777" w:rsidR="00F83B1A" w:rsidRDefault="00000000">
            <w:r>
              <w:rPr>
                <w:i/>
                <w:color w:val="555555"/>
                <w:sz w:val="20"/>
              </w:rPr>
              <w:t>Motorsaykil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F5FFB62" w14:textId="77777777" w:rsidR="00F83B1A" w:rsidRDefault="00000000">
            <w:r>
              <w:t>das Motorrad</w:t>
            </w:r>
          </w:p>
        </w:tc>
      </w:tr>
      <w:tr w:rsidR="00F83B1A" w14:paraId="3D67D03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7D0216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211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69E540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کەشتی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30B0BDA" w14:textId="77777777" w:rsidR="00F83B1A" w:rsidRDefault="00000000">
            <w:r>
              <w:rPr>
                <w:i/>
                <w:color w:val="555555"/>
                <w:sz w:val="20"/>
              </w:rPr>
              <w:t>Keştî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9D28C94" w14:textId="77777777" w:rsidR="00F83B1A" w:rsidRDefault="00000000">
            <w:r>
              <w:t>das Schiff</w:t>
            </w:r>
          </w:p>
        </w:tc>
      </w:tr>
      <w:tr w:rsidR="00F83B1A" w14:paraId="5093CEB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2AB047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212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5D78EE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بلیت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991A11D" w14:textId="77777777" w:rsidR="00F83B1A" w:rsidRDefault="00000000">
            <w:r>
              <w:rPr>
                <w:i/>
                <w:color w:val="555555"/>
                <w:sz w:val="20"/>
              </w:rPr>
              <w:t>Blît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2DE98AC" w14:textId="77777777" w:rsidR="00F83B1A" w:rsidRDefault="00000000">
            <w:r>
              <w:t>das Ticket</w:t>
            </w:r>
          </w:p>
        </w:tc>
      </w:tr>
      <w:tr w:rsidR="00F83B1A" w14:paraId="7160B9E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16ECA6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213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256BB0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پاس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4523344" w14:textId="77777777" w:rsidR="00F83B1A" w:rsidRDefault="00000000">
            <w:r>
              <w:rPr>
                <w:i/>
                <w:color w:val="555555"/>
                <w:sz w:val="20"/>
              </w:rPr>
              <w:t>Pas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085A03B" w14:textId="77777777" w:rsidR="00F83B1A" w:rsidRDefault="00000000">
            <w:r>
              <w:t>der Bus</w:t>
            </w:r>
          </w:p>
        </w:tc>
      </w:tr>
      <w:tr w:rsidR="00F83B1A" w14:paraId="349F901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6C8647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214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0C27CF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فڕۆکەخانە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04042B4" w14:textId="77777777" w:rsidR="00F83B1A" w:rsidRDefault="00000000">
            <w:r>
              <w:rPr>
                <w:i/>
                <w:color w:val="555555"/>
                <w:sz w:val="20"/>
              </w:rPr>
              <w:t>Firokexane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C4BD7B8" w14:textId="77777777" w:rsidR="00F83B1A" w:rsidRDefault="00000000">
            <w:r>
              <w:t>der Flughafen</w:t>
            </w:r>
          </w:p>
        </w:tc>
      </w:tr>
      <w:tr w:rsidR="00F83B1A" w14:paraId="180132E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86707D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215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3A47BE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جانتا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8321A9E" w14:textId="77777777" w:rsidR="00F83B1A" w:rsidRDefault="00000000">
            <w:r>
              <w:rPr>
                <w:i/>
                <w:color w:val="555555"/>
                <w:sz w:val="20"/>
              </w:rPr>
              <w:t>Canta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5340719" w14:textId="77777777" w:rsidR="00F83B1A" w:rsidRDefault="00000000">
            <w:r>
              <w:t>der Koffer / die Tasche</w:t>
            </w:r>
          </w:p>
        </w:tc>
      </w:tr>
      <w:tr w:rsidR="00F83B1A" w14:paraId="54D107E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10ACC8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216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655B74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پاسپۆرت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165F7C3" w14:textId="77777777" w:rsidR="00F83B1A" w:rsidRDefault="00000000">
            <w:r>
              <w:rPr>
                <w:i/>
                <w:color w:val="555555"/>
                <w:sz w:val="20"/>
              </w:rPr>
              <w:t>Pasport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FDEE3AB" w14:textId="77777777" w:rsidR="00F83B1A" w:rsidRDefault="00000000">
            <w:r>
              <w:t>der Reisepass</w:t>
            </w:r>
          </w:p>
        </w:tc>
      </w:tr>
      <w:tr w:rsidR="00F83B1A" w14:paraId="21D0817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228778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217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57ECE7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پشوو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CC26858" w14:textId="77777777" w:rsidR="00F83B1A" w:rsidRDefault="00000000">
            <w:r>
              <w:rPr>
                <w:i/>
                <w:color w:val="555555"/>
                <w:sz w:val="20"/>
              </w:rPr>
              <w:t>Pişû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929C0A7" w14:textId="77777777" w:rsidR="00F83B1A" w:rsidRDefault="00000000">
            <w:r>
              <w:t>der Urlaub / Ferien</w:t>
            </w:r>
          </w:p>
        </w:tc>
      </w:tr>
      <w:tr w:rsidR="00F83B1A" w14:paraId="665BD21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704627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218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E414E3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شەمەندەفەر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A623A33" w14:textId="77777777" w:rsidR="00F83B1A" w:rsidRDefault="00000000">
            <w:r>
              <w:rPr>
                <w:i/>
                <w:color w:val="555555"/>
                <w:sz w:val="20"/>
              </w:rPr>
              <w:t>Şemendefer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55F5C10" w14:textId="77777777" w:rsidR="00F83B1A" w:rsidRDefault="00000000">
            <w:r>
              <w:t>der Zug</w:t>
            </w:r>
          </w:p>
        </w:tc>
      </w:tr>
      <w:tr w:rsidR="00F83B1A" w14:paraId="19B6959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B9794F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219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13BCFE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نەخشە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EA3C5E1" w14:textId="77777777" w:rsidR="00F83B1A" w:rsidRDefault="00000000">
            <w:r>
              <w:rPr>
                <w:i/>
                <w:color w:val="555555"/>
                <w:sz w:val="20"/>
              </w:rPr>
              <w:t>Nexşe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BEB3755" w14:textId="77777777" w:rsidR="00F83B1A" w:rsidRDefault="00000000">
            <w:r>
              <w:t>die Karte / Map</w:t>
            </w:r>
          </w:p>
        </w:tc>
      </w:tr>
    </w:tbl>
    <w:p w14:paraId="0C968ACB" w14:textId="77777777" w:rsidR="00F83B1A" w:rsidRDefault="00F83B1A"/>
    <w:p w14:paraId="065750A9" w14:textId="77777777" w:rsidR="00F83B1A" w:rsidRDefault="00000000">
      <w:pPr>
        <w:keepNext/>
        <w:spacing w:before="240" w:after="120"/>
      </w:pPr>
      <w:r>
        <w:rPr>
          <w:b/>
          <w:color w:val="0B6BCB"/>
          <w:sz w:val="32"/>
        </w:rPr>
        <w:t>Natur &amp; Tiere</w:t>
      </w:r>
    </w:p>
    <w:p w14:paraId="5EBE1EBC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Tiere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08A656A2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EAE0D1B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639937C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9DBCB3F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0110980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280E44D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056443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220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884CBA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ئەسپ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9848F84" w14:textId="77777777" w:rsidR="00F83B1A" w:rsidRDefault="00000000">
            <w:r>
              <w:rPr>
                <w:i/>
                <w:color w:val="555555"/>
                <w:sz w:val="20"/>
              </w:rPr>
              <w:t>Esp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D82A55A" w14:textId="77777777" w:rsidR="00F83B1A" w:rsidRDefault="00000000">
            <w:r>
              <w:t>das Pferd / Pferd</w:t>
            </w:r>
          </w:p>
        </w:tc>
      </w:tr>
      <w:tr w:rsidR="00F83B1A" w14:paraId="28D9623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673A91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221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E2AF86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مەڕ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18761FA" w14:textId="77777777" w:rsidR="00F83B1A" w:rsidRDefault="00000000">
            <w:r>
              <w:rPr>
                <w:i/>
                <w:color w:val="555555"/>
                <w:sz w:val="20"/>
              </w:rPr>
              <w:t>Mer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1C68B43" w14:textId="77777777" w:rsidR="00F83B1A" w:rsidRDefault="00000000">
            <w:r>
              <w:t>das Schaf / Schaf</w:t>
            </w:r>
          </w:p>
        </w:tc>
      </w:tr>
      <w:tr w:rsidR="00F83B1A" w14:paraId="3D8528C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6994F1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222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27B016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هەڵۆ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3F208DD" w14:textId="77777777" w:rsidR="00F83B1A" w:rsidRDefault="00000000">
            <w:r>
              <w:rPr>
                <w:i/>
                <w:color w:val="555555"/>
                <w:sz w:val="20"/>
              </w:rPr>
              <w:t>Helo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74AD974" w14:textId="77777777" w:rsidR="00F83B1A" w:rsidRDefault="00000000">
            <w:r>
              <w:t>der Adler</w:t>
            </w:r>
          </w:p>
        </w:tc>
      </w:tr>
      <w:tr w:rsidR="00F83B1A" w14:paraId="3EA61DA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87B55B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223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E94BA2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ورچ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AB748FB" w14:textId="77777777" w:rsidR="00F83B1A" w:rsidRDefault="00000000">
            <w:r>
              <w:rPr>
                <w:i/>
                <w:color w:val="555555"/>
                <w:sz w:val="20"/>
              </w:rPr>
              <w:t>Wirç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477AFF5" w14:textId="77777777" w:rsidR="00F83B1A" w:rsidRDefault="00000000">
            <w:r>
              <w:t>der Bär</w:t>
            </w:r>
          </w:p>
        </w:tc>
      </w:tr>
      <w:tr w:rsidR="00F83B1A" w14:paraId="1B2612B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5CB51E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lastRenderedPageBreak/>
              <w:t>224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410D48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ماسی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4B6ADFD" w14:textId="77777777" w:rsidR="00F83B1A" w:rsidRDefault="00000000">
            <w:r>
              <w:rPr>
                <w:i/>
                <w:color w:val="555555"/>
                <w:sz w:val="20"/>
              </w:rPr>
              <w:t>Masî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F3DA66B" w14:textId="77777777" w:rsidR="00F83B1A" w:rsidRDefault="00000000">
            <w:r>
              <w:t>der Fisch / Fisch</w:t>
            </w:r>
          </w:p>
        </w:tc>
      </w:tr>
      <w:tr w:rsidR="00F83B1A" w14:paraId="3D682AE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EA9BB8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225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08BB58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سەگ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ABF0E0D" w14:textId="77777777" w:rsidR="00F83B1A" w:rsidRDefault="00000000">
            <w:r>
              <w:rPr>
                <w:i/>
                <w:color w:val="555555"/>
                <w:sz w:val="20"/>
              </w:rPr>
              <w:t>Seg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E8AC9AF" w14:textId="77777777" w:rsidR="00F83B1A" w:rsidRDefault="00000000">
            <w:r>
              <w:t>der Hund / Hund</w:t>
            </w:r>
          </w:p>
        </w:tc>
      </w:tr>
      <w:tr w:rsidR="00F83B1A" w14:paraId="055EF50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0436C3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226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59C251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شێر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247E7C2" w14:textId="77777777" w:rsidR="00F83B1A" w:rsidRDefault="00000000">
            <w:r>
              <w:rPr>
                <w:i/>
                <w:color w:val="555555"/>
                <w:sz w:val="20"/>
              </w:rPr>
              <w:t>Şêr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B92AF61" w14:textId="77777777" w:rsidR="00F83B1A" w:rsidRDefault="00000000">
            <w:r>
              <w:t>der Löwe / Löwe</w:t>
            </w:r>
          </w:p>
        </w:tc>
      </w:tr>
      <w:tr w:rsidR="00F83B1A" w14:paraId="72FCCCD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6EAF0C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227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E22BC1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گورگ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5974727" w14:textId="77777777" w:rsidR="00F83B1A" w:rsidRDefault="00000000">
            <w:r>
              <w:rPr>
                <w:i/>
                <w:color w:val="555555"/>
                <w:sz w:val="20"/>
              </w:rPr>
              <w:t>Gurg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79179DD" w14:textId="77777777" w:rsidR="00F83B1A" w:rsidRDefault="00000000">
            <w:r>
              <w:t>der Wolf</w:t>
            </w:r>
          </w:p>
        </w:tc>
      </w:tr>
      <w:tr w:rsidR="00F83B1A" w14:paraId="7A88A72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74ACE0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228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BCF143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پشیلە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246B5B5" w14:textId="77777777" w:rsidR="00F83B1A" w:rsidRDefault="00000000">
            <w:r>
              <w:rPr>
                <w:i/>
                <w:color w:val="555555"/>
                <w:sz w:val="20"/>
              </w:rPr>
              <w:t>Pişîle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DB597AD" w14:textId="77777777" w:rsidR="00F83B1A" w:rsidRDefault="00000000">
            <w:r>
              <w:t>die Katze / Katze</w:t>
            </w:r>
          </w:p>
        </w:tc>
      </w:tr>
      <w:tr w:rsidR="00F83B1A" w14:paraId="62AC496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781852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229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EDEA22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بزن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DFFA2B5" w14:textId="77777777" w:rsidR="00F83B1A" w:rsidRDefault="00000000">
            <w:r>
              <w:rPr>
                <w:i/>
                <w:color w:val="555555"/>
                <w:sz w:val="20"/>
              </w:rPr>
              <w:t>Bizin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311F337" w14:textId="77777777" w:rsidR="00F83B1A" w:rsidRDefault="00000000">
            <w:r>
              <w:t>die Ziege</w:t>
            </w:r>
          </w:p>
        </w:tc>
      </w:tr>
    </w:tbl>
    <w:p w14:paraId="068854F4" w14:textId="77777777" w:rsidR="00F83B1A" w:rsidRDefault="00F83B1A"/>
    <w:p w14:paraId="372FD408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Landschaft &amp; Natur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2575CEE7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0E60402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334970B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393646E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88084DC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76E5211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38F4BB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230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B5940A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گەڵا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A11A925" w14:textId="77777777" w:rsidR="00F83B1A" w:rsidRDefault="00000000">
            <w:r>
              <w:rPr>
                <w:i/>
                <w:color w:val="555555"/>
                <w:sz w:val="20"/>
              </w:rPr>
              <w:t>Gela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292DAEB" w14:textId="77777777" w:rsidR="00F83B1A" w:rsidRDefault="00000000">
            <w:r>
              <w:t>das Blatt</w:t>
            </w:r>
          </w:p>
        </w:tc>
      </w:tr>
      <w:tr w:rsidR="00F83B1A" w14:paraId="07363BC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F345B2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231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698FC1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ئاگر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60C0F44" w14:textId="77777777" w:rsidR="00F83B1A" w:rsidRDefault="00000000">
            <w:r>
              <w:rPr>
                <w:i/>
                <w:color w:val="555555"/>
                <w:sz w:val="20"/>
              </w:rPr>
              <w:t>Agir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7B288C8" w14:textId="77777777" w:rsidR="00F83B1A" w:rsidRDefault="00000000">
            <w:r>
              <w:t>das Feuer / Feuer</w:t>
            </w:r>
          </w:p>
        </w:tc>
      </w:tr>
      <w:tr w:rsidR="00F83B1A" w14:paraId="2DA4B1D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69FC99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232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B0645B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گیا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AADEB87" w14:textId="77777777" w:rsidR="00F83B1A" w:rsidRDefault="00000000">
            <w:r>
              <w:rPr>
                <w:i/>
                <w:color w:val="555555"/>
                <w:sz w:val="20"/>
              </w:rPr>
              <w:t>Gîya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D3176BB" w14:textId="77777777" w:rsidR="00F83B1A" w:rsidRDefault="00000000">
            <w:r>
              <w:t>das Gras / Pflanze</w:t>
            </w:r>
          </w:p>
        </w:tc>
      </w:tr>
      <w:tr w:rsidR="00F83B1A" w14:paraId="654D7F2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2481B2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233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346F6B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دۆڵ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473D03B" w14:textId="77777777" w:rsidR="00F83B1A" w:rsidRDefault="00000000">
            <w:r>
              <w:rPr>
                <w:i/>
                <w:color w:val="555555"/>
                <w:sz w:val="20"/>
              </w:rPr>
              <w:t>Dol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A0823AD" w14:textId="77777777" w:rsidR="00F83B1A" w:rsidRDefault="00000000">
            <w:r>
              <w:t>das Tal</w:t>
            </w:r>
          </w:p>
        </w:tc>
      </w:tr>
      <w:tr w:rsidR="00F83B1A" w14:paraId="5403CB2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915180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234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94771D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دار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4E87417" w14:textId="77777777" w:rsidR="00F83B1A" w:rsidRDefault="00000000">
            <w:r>
              <w:rPr>
                <w:i/>
                <w:color w:val="555555"/>
                <w:sz w:val="20"/>
              </w:rPr>
              <w:t>Dar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4BA8EC5" w14:textId="77777777" w:rsidR="00F83B1A" w:rsidRDefault="00000000">
            <w:r>
              <w:t>der Baum / Baum</w:t>
            </w:r>
          </w:p>
        </w:tc>
      </w:tr>
      <w:tr w:rsidR="00F83B1A" w14:paraId="40A31F2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095316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235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694B93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ڕووبار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2919445" w14:textId="77777777" w:rsidR="00F83B1A" w:rsidRDefault="00000000">
            <w:r>
              <w:rPr>
                <w:i/>
                <w:color w:val="555555"/>
                <w:sz w:val="20"/>
              </w:rPr>
              <w:t>Rûbar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5F2047D" w14:textId="77777777" w:rsidR="00F83B1A" w:rsidRDefault="00000000">
            <w:r>
              <w:t>der Fluss / Fluss</w:t>
            </w:r>
          </w:p>
        </w:tc>
      </w:tr>
      <w:tr w:rsidR="00F83B1A" w14:paraId="0D3AD5F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CEE082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236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2BBD83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دارستان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B61E50E" w14:textId="77777777" w:rsidR="00F83B1A" w:rsidRDefault="00000000">
            <w:r>
              <w:rPr>
                <w:i/>
                <w:color w:val="555555"/>
                <w:sz w:val="20"/>
              </w:rPr>
              <w:t>Daristan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59D43B2" w14:textId="77777777" w:rsidR="00F83B1A" w:rsidRDefault="00000000">
            <w:r>
              <w:t>der Wald</w:t>
            </w:r>
          </w:p>
        </w:tc>
      </w:tr>
      <w:tr w:rsidR="00F83B1A" w14:paraId="15DE3BC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52E1C9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237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50BED3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گوڵ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597B2A3" w14:textId="77777777" w:rsidR="00F83B1A" w:rsidRDefault="00000000">
            <w:r>
              <w:rPr>
                <w:i/>
                <w:color w:val="555555"/>
                <w:sz w:val="20"/>
              </w:rPr>
              <w:t>Gul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7AD13D3" w14:textId="77777777" w:rsidR="00F83B1A" w:rsidRDefault="00000000">
            <w:r>
              <w:t>die Blume / Blume</w:t>
            </w:r>
          </w:p>
        </w:tc>
      </w:tr>
      <w:tr w:rsidR="00F83B1A" w14:paraId="69743A4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9A7142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238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9BC3EF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زەوی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5C81857" w14:textId="77777777" w:rsidR="00F83B1A" w:rsidRDefault="00000000">
            <w:r>
              <w:rPr>
                <w:i/>
                <w:color w:val="555555"/>
                <w:sz w:val="20"/>
              </w:rPr>
              <w:t>Zewî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85AAB8F" w14:textId="77777777" w:rsidR="00F83B1A" w:rsidRDefault="00000000">
            <w:r>
              <w:t>die Erde / der Boden</w:t>
            </w:r>
          </w:p>
        </w:tc>
      </w:tr>
      <w:tr w:rsidR="00F83B1A" w14:paraId="23A0379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AECB1E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239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570B06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دوورگە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F2CF51A" w14:textId="77777777" w:rsidR="00F83B1A" w:rsidRDefault="00000000">
            <w:r>
              <w:rPr>
                <w:i/>
                <w:color w:val="555555"/>
                <w:sz w:val="20"/>
              </w:rPr>
              <w:t>Dûrge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AC3C66D" w14:textId="77777777" w:rsidR="00F83B1A" w:rsidRDefault="00000000">
            <w:r>
              <w:t>die Insel</w:t>
            </w:r>
          </w:p>
        </w:tc>
      </w:tr>
      <w:tr w:rsidR="00F83B1A" w14:paraId="13BEB78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481563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240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0D5B5A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هەوا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1A6A58E" w14:textId="77777777" w:rsidR="00F83B1A" w:rsidRDefault="00000000">
            <w:r>
              <w:rPr>
                <w:i/>
                <w:color w:val="555555"/>
                <w:sz w:val="20"/>
              </w:rPr>
              <w:t>Hewa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12A02EB" w14:textId="77777777" w:rsidR="00F83B1A" w:rsidRDefault="00000000">
            <w:r>
              <w:t>die Luft</w:t>
            </w:r>
          </w:p>
        </w:tc>
      </w:tr>
      <w:tr w:rsidR="00F83B1A" w14:paraId="5A1392F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6941A3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241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ABF63F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سروشت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B6B266E" w14:textId="77777777" w:rsidR="00F83B1A" w:rsidRDefault="00000000">
            <w:r>
              <w:rPr>
                <w:i/>
                <w:color w:val="555555"/>
                <w:sz w:val="20"/>
              </w:rPr>
              <w:t>Siruşt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8AE1976" w14:textId="77777777" w:rsidR="00F83B1A" w:rsidRDefault="00000000">
            <w:r>
              <w:t>die Natur</w:t>
            </w:r>
          </w:p>
        </w:tc>
      </w:tr>
      <w:tr w:rsidR="00F83B1A" w14:paraId="5E3C81F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BFAECE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242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45FDAA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ژینگە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C52EB25" w14:textId="77777777" w:rsidR="00F83B1A" w:rsidRDefault="00000000">
            <w:r>
              <w:rPr>
                <w:i/>
                <w:color w:val="555555"/>
                <w:sz w:val="20"/>
              </w:rPr>
              <w:t>Jînge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41394B3" w14:textId="77777777" w:rsidR="00F83B1A" w:rsidRDefault="00000000">
            <w:r>
              <w:t>die Umwelt</w:t>
            </w:r>
          </w:p>
        </w:tc>
      </w:tr>
      <w:tr w:rsidR="00F83B1A" w14:paraId="0E2B113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25228D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243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4F5604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دەشت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47A4E2B" w14:textId="77777777" w:rsidR="00F83B1A" w:rsidRDefault="00000000">
            <w:r>
              <w:rPr>
                <w:i/>
                <w:color w:val="555555"/>
                <w:sz w:val="20"/>
              </w:rPr>
              <w:t>Deşt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3159613" w14:textId="77777777" w:rsidR="00F83B1A" w:rsidRDefault="00000000">
            <w:r>
              <w:t>die Wiese / Ebene / Ebene</w:t>
            </w:r>
          </w:p>
        </w:tc>
      </w:tr>
    </w:tbl>
    <w:p w14:paraId="253F9125" w14:textId="77777777" w:rsidR="00F83B1A" w:rsidRDefault="00F83B1A"/>
    <w:p w14:paraId="12AFF416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Wetter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3730E6AA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333B9F3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2715D77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21B954C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73B40C6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4B43E33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A0DE66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244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24C73F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دەریا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A0A1C02" w14:textId="77777777" w:rsidR="00F83B1A" w:rsidRDefault="00000000">
            <w:r>
              <w:rPr>
                <w:i/>
                <w:color w:val="555555"/>
                <w:sz w:val="20"/>
              </w:rPr>
              <w:t>Derya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0E13891" w14:textId="77777777" w:rsidR="00F83B1A" w:rsidRDefault="00000000">
            <w:r>
              <w:t>das Meer / Meer</w:t>
            </w:r>
          </w:p>
        </w:tc>
      </w:tr>
      <w:tr w:rsidR="00F83B1A" w14:paraId="211E72D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670E5A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245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4276A1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چیا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71D2108" w14:textId="77777777" w:rsidR="00F83B1A" w:rsidRDefault="00000000">
            <w:r>
              <w:rPr>
                <w:i/>
                <w:color w:val="555555"/>
                <w:sz w:val="20"/>
              </w:rPr>
              <w:t>Çîya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38930B5" w14:textId="77777777" w:rsidR="00F83B1A" w:rsidRDefault="00000000">
            <w:r>
              <w:t>der Berg / Berg</w:t>
            </w:r>
          </w:p>
        </w:tc>
      </w:tr>
      <w:tr w:rsidR="00F83B1A" w14:paraId="02817C3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8274DF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lastRenderedPageBreak/>
              <w:t>246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6E78DC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ئاسمان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C369481" w14:textId="77777777" w:rsidR="00F83B1A" w:rsidRDefault="00000000">
            <w:r>
              <w:rPr>
                <w:i/>
                <w:color w:val="555555"/>
                <w:sz w:val="20"/>
              </w:rPr>
              <w:t>Asman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4EC262D" w14:textId="77777777" w:rsidR="00F83B1A" w:rsidRDefault="00000000">
            <w:r>
              <w:t>der Himmel / Himmel</w:t>
            </w:r>
          </w:p>
        </w:tc>
      </w:tr>
      <w:tr w:rsidR="00F83B1A" w14:paraId="3EB4A25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C872B1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247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88CD46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باران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DBDED28" w14:textId="77777777" w:rsidR="00F83B1A" w:rsidRDefault="00000000">
            <w:r>
              <w:rPr>
                <w:i/>
                <w:color w:val="555555"/>
                <w:sz w:val="20"/>
              </w:rPr>
              <w:t>Baran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A3FDAAB" w14:textId="77777777" w:rsidR="00F83B1A" w:rsidRDefault="00000000">
            <w:r>
              <w:t>der Regen / Regen</w:t>
            </w:r>
          </w:p>
        </w:tc>
      </w:tr>
      <w:tr w:rsidR="00F83B1A" w14:paraId="3CFA5BB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2C5DE9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248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BF93D0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بەفر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3A6AD73" w14:textId="77777777" w:rsidR="00F83B1A" w:rsidRDefault="00000000">
            <w:r>
              <w:rPr>
                <w:i/>
                <w:color w:val="555555"/>
                <w:sz w:val="20"/>
              </w:rPr>
              <w:t>Befr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C58FD4E" w14:textId="77777777" w:rsidR="00F83B1A" w:rsidRDefault="00000000">
            <w:r>
              <w:t>der Schnee / Schnee</w:t>
            </w:r>
          </w:p>
        </w:tc>
      </w:tr>
      <w:tr w:rsidR="00F83B1A" w14:paraId="6E5BD3F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B9D9F7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249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8FCBC6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ئەستێرە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2D59404" w14:textId="77777777" w:rsidR="00F83B1A" w:rsidRDefault="00000000">
            <w:r>
              <w:rPr>
                <w:i/>
                <w:color w:val="555555"/>
                <w:sz w:val="20"/>
              </w:rPr>
              <w:t>Estêre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69C1EF1" w14:textId="77777777" w:rsidR="00F83B1A" w:rsidRDefault="00000000">
            <w:r>
              <w:t>der Stern / Stern</w:t>
            </w:r>
          </w:p>
        </w:tc>
      </w:tr>
      <w:tr w:rsidR="00F83B1A" w14:paraId="3AA06C5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3DEE74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250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95C162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CCB3501" w14:textId="77777777" w:rsidR="00F83B1A" w:rsidRDefault="00000000">
            <w:r>
              <w:rPr>
                <w:i/>
                <w:color w:val="555555"/>
                <w:sz w:val="20"/>
              </w:rPr>
              <w:t>Ba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ABD48D9" w14:textId="77777777" w:rsidR="00F83B1A" w:rsidRDefault="00000000">
            <w:r>
              <w:t>der Wind</w:t>
            </w:r>
          </w:p>
        </w:tc>
      </w:tr>
      <w:tr w:rsidR="00F83B1A" w14:paraId="7791361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76A538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251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514164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هەور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EA845C9" w14:textId="77777777" w:rsidR="00F83B1A" w:rsidRDefault="00000000">
            <w:r>
              <w:rPr>
                <w:i/>
                <w:color w:val="555555"/>
                <w:sz w:val="20"/>
              </w:rPr>
              <w:t>Hewr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88A2A9A" w14:textId="77777777" w:rsidR="00F83B1A" w:rsidRDefault="00000000">
            <w:r>
              <w:t>die Wolke</w:t>
            </w:r>
          </w:p>
        </w:tc>
      </w:tr>
      <w:tr w:rsidR="00F83B1A" w14:paraId="7308C24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8D478D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252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A2C358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سارد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D0D838E" w14:textId="77777777" w:rsidR="00F83B1A" w:rsidRDefault="00000000">
            <w:r>
              <w:rPr>
                <w:i/>
                <w:color w:val="555555"/>
                <w:sz w:val="20"/>
              </w:rPr>
              <w:t>Sard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A7CDBCB" w14:textId="77777777" w:rsidR="00F83B1A" w:rsidRDefault="00000000">
            <w:r>
              <w:t>kalt</w:t>
            </w:r>
          </w:p>
        </w:tc>
      </w:tr>
    </w:tbl>
    <w:p w14:paraId="3212EFB9" w14:textId="77777777" w:rsidR="00F83B1A" w:rsidRDefault="00F83B1A"/>
    <w:p w14:paraId="1B834754" w14:textId="77777777" w:rsidR="00F83B1A" w:rsidRDefault="00000000">
      <w:pPr>
        <w:keepNext/>
        <w:spacing w:before="240" w:after="120"/>
      </w:pPr>
      <w:r>
        <w:rPr>
          <w:b/>
          <w:color w:val="0B6BCB"/>
          <w:sz w:val="32"/>
        </w:rPr>
        <w:t>Kultur &amp; Geschichte</w:t>
      </w:r>
    </w:p>
    <w:p w14:paraId="1654210F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Newroz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1394DFF7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484F120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B2326B3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E908535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953168C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003CBB2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160B7C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253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678591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دڵخۆشی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1FDA4FC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AAF4026" w14:textId="77777777" w:rsidR="00F83B1A" w:rsidRDefault="00000000">
            <w:r>
              <w:t>Freude</w:t>
            </w:r>
          </w:p>
        </w:tc>
      </w:tr>
      <w:tr w:rsidR="00F83B1A" w14:paraId="0745945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4E4E71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254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C81427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بەهار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5E03F9A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6F4C565" w14:textId="77777777" w:rsidR="00F83B1A" w:rsidRDefault="00000000">
            <w:r>
              <w:t>Frühling</w:t>
            </w:r>
          </w:p>
        </w:tc>
      </w:tr>
      <w:tr w:rsidR="00F83B1A" w14:paraId="2379A46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359005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255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86DB8B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پیرۆز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453C1B6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C3B214F" w14:textId="77777777" w:rsidR="00F83B1A" w:rsidRDefault="00000000">
            <w:r>
              <w:t>gesegnet / heilig</w:t>
            </w:r>
          </w:p>
        </w:tc>
      </w:tr>
      <w:tr w:rsidR="00F83B1A" w14:paraId="0D83132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CA4A89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256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3E4399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بەخت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5813690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916DF58" w14:textId="77777777" w:rsidR="00F83B1A" w:rsidRDefault="00000000">
            <w:r>
              <w:t>Glück</w:t>
            </w:r>
          </w:p>
        </w:tc>
      </w:tr>
      <w:tr w:rsidR="00F83B1A" w14:paraId="6ABD0BB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88387E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257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900971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گۆڤەند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6B1D4E1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F408F0E" w14:textId="77777777" w:rsidR="00F83B1A" w:rsidRDefault="00000000">
            <w:r>
              <w:t>Govend (Tanz)</w:t>
            </w:r>
          </w:p>
        </w:tc>
      </w:tr>
      <w:tr w:rsidR="00F83B1A" w14:paraId="6B216DA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17645A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258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15B65B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ساڵ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A5A3151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122B25D" w14:textId="77777777" w:rsidR="00F83B1A" w:rsidRDefault="00000000">
            <w:r>
              <w:t>Jahr</w:t>
            </w:r>
          </w:p>
        </w:tc>
      </w:tr>
      <w:tr w:rsidR="00F83B1A" w14:paraId="214F018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C779D2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259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3D45E4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کۆڕ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5306D94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DE8A6AD" w14:textId="77777777" w:rsidR="00F83B1A" w:rsidRDefault="00000000">
            <w:r>
              <w:t>Junge (im Tanz) / Versammlung</w:t>
            </w:r>
          </w:p>
        </w:tc>
      </w:tr>
      <w:tr w:rsidR="00F83B1A" w14:paraId="0E69BDA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EF996B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260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817D70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کاوە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5A1EF34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06283DE" w14:textId="77777777" w:rsidR="00F83B1A" w:rsidRDefault="00000000">
            <w:r>
              <w:t>Kawa (Held)</w:t>
            </w:r>
          </w:p>
        </w:tc>
      </w:tr>
      <w:tr w:rsidR="00F83B1A" w14:paraId="4204226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99D9FF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261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F0F6B1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چەپڵە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D8C9526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542780B" w14:textId="77777777" w:rsidR="00F83B1A" w:rsidRDefault="00000000">
            <w:r>
              <w:t>Klatschen</w:t>
            </w:r>
          </w:p>
        </w:tc>
      </w:tr>
      <w:tr w:rsidR="00F83B1A" w14:paraId="666E07E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3A88C2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262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416947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کیژ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14B0F5F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7997D70" w14:textId="77777777" w:rsidR="00F83B1A" w:rsidRDefault="00000000">
            <w:r>
              <w:t>Mädchen (im Tanz)</w:t>
            </w:r>
          </w:p>
        </w:tc>
      </w:tr>
      <w:tr w:rsidR="00F83B1A" w14:paraId="0B49397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63311E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263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0436A1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نەورۆز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54AE382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506A734" w14:textId="77777777" w:rsidR="00F83B1A" w:rsidRDefault="00000000">
            <w:r>
              <w:t>Newroz / Neujahr</w:t>
            </w:r>
          </w:p>
        </w:tc>
      </w:tr>
      <w:tr w:rsidR="00F83B1A" w14:paraId="543E79E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32ED10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264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6155C2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دەهۆڵ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C7DD607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288C6C7" w14:textId="77777777" w:rsidR="00F83B1A" w:rsidRDefault="00000000">
            <w:r>
              <w:t>Trommel</w:t>
            </w:r>
          </w:p>
        </w:tc>
      </w:tr>
      <w:tr w:rsidR="00F83B1A" w14:paraId="125D6AF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BD7D3A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265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1DEE59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زوهاک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F1A8F5E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8FB0E39" w14:textId="77777777" w:rsidR="00F83B1A" w:rsidRDefault="00000000">
            <w:r>
              <w:t>Zuhak (Tyrann)</w:t>
            </w:r>
          </w:p>
        </w:tc>
      </w:tr>
    </w:tbl>
    <w:p w14:paraId="24DD396F" w14:textId="77777777" w:rsidR="00F83B1A" w:rsidRDefault="00F83B1A"/>
    <w:p w14:paraId="55F11789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Newroz-Spiel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69AFEEE2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1D20D629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FC4B23F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7F6DC14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4659FCB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66926AF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D6C408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lastRenderedPageBreak/>
              <w:t>266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CF4282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هێرش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DB520FC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8BF1B98" w14:textId="77777777" w:rsidR="00F83B1A" w:rsidRDefault="00000000">
            <w:r>
              <w:t>Angriff</w:t>
            </w:r>
          </w:p>
        </w:tc>
      </w:tr>
      <w:tr w:rsidR="00F83B1A" w14:paraId="1B40F15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A1E49E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267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7067B1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کوشتن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EACD61A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79E9ED9" w14:textId="77777777" w:rsidR="00F83B1A" w:rsidRDefault="00000000">
            <w:r>
              <w:t>besiegen</w:t>
            </w:r>
          </w:p>
        </w:tc>
      </w:tr>
      <w:tr w:rsidR="00F83B1A" w14:paraId="165CF3D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576FF2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268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1275AA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ئاسن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DCC95B3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C97CB3E" w14:textId="77777777" w:rsidR="00F83B1A" w:rsidRDefault="00000000">
            <w:r>
              <w:t>Eisen</w:t>
            </w:r>
          </w:p>
        </w:tc>
      </w:tr>
      <w:tr w:rsidR="00F83B1A" w14:paraId="2D0B14E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7039C1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269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08799B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چەکوش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D20AAEA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949BE01" w14:textId="77777777" w:rsidR="00F83B1A" w:rsidRDefault="00000000">
            <w:r>
              <w:t>Hammer</w:t>
            </w:r>
          </w:p>
        </w:tc>
      </w:tr>
      <w:tr w:rsidR="00F83B1A" w14:paraId="02C21CD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D2D313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270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9C5E24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یارمەتی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786625B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9782F7A" w14:textId="77777777" w:rsidR="00F83B1A" w:rsidRDefault="00000000">
            <w:r>
              <w:t>Hilfe</w:t>
            </w:r>
          </w:p>
        </w:tc>
      </w:tr>
      <w:tr w:rsidR="00F83B1A" w14:paraId="7B66E9E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BD8019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271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8C2209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ئەشکەوت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A69926E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F2361AD" w14:textId="77777777" w:rsidR="00F83B1A" w:rsidRDefault="00000000">
            <w:r>
              <w:t>Höhle</w:t>
            </w:r>
          </w:p>
        </w:tc>
      </w:tr>
      <w:tr w:rsidR="00F83B1A" w14:paraId="2AA5B72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628751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272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92117A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بێدەنگ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596084A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7C8BA74" w14:textId="77777777" w:rsidR="00F83B1A" w:rsidRDefault="00000000">
            <w:r>
              <w:t>leise</w:t>
            </w:r>
          </w:p>
        </w:tc>
      </w:tr>
      <w:tr w:rsidR="00F83B1A" w14:paraId="15E723C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26F2F4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273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E766D4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شەو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04BCBA8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6D0DE27" w14:textId="77777777" w:rsidR="00F83B1A" w:rsidRDefault="00000000">
            <w:r>
              <w:t>Nacht</w:t>
            </w:r>
          </w:p>
        </w:tc>
      </w:tr>
      <w:tr w:rsidR="00F83B1A" w14:paraId="3E19BD1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F54908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274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A39D2A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کۆڵدانی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7532650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BF19624" w14:textId="77777777" w:rsidR="00F83B1A" w:rsidRDefault="00000000">
            <w:r>
              <w:t>Niederlage</w:t>
            </w:r>
          </w:p>
        </w:tc>
      </w:tr>
      <w:tr w:rsidR="00F83B1A" w14:paraId="53BC3E2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C7714C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275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F65342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پاک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88F24AB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67EA63C" w14:textId="77777777" w:rsidR="00F83B1A" w:rsidRDefault="00000000">
            <w:r>
              <w:t>rein</w:t>
            </w:r>
          </w:p>
        </w:tc>
      </w:tr>
      <w:tr w:rsidR="00F83B1A" w14:paraId="0097F75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7A8A59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276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BE5B31B" w14:textId="7C09A8BE" w:rsidR="00F83B1A" w:rsidRDefault="00B85387">
            <w:pPr>
              <w:bidi/>
              <w:jc w:val="right"/>
            </w:pPr>
            <w:proofErr w:type="spellStart"/>
            <w:r w:rsidRPr="00B85387">
              <w:rPr>
                <w:rFonts w:cs="Arial"/>
                <w:sz w:val="28"/>
                <w:rtl/>
              </w:rPr>
              <w:t>کۆشک</w:t>
            </w:r>
            <w:proofErr w:type="spellEnd"/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614C216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566B76E" w14:textId="77777777" w:rsidR="00F83B1A" w:rsidRDefault="00000000">
            <w:r>
              <w:t>Schloss</w:t>
            </w:r>
          </w:p>
        </w:tc>
      </w:tr>
      <w:tr w:rsidR="00F83B1A" w14:paraId="2B9D455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0F797B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277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585528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ئاسنگەر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6BAF52E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D5CC924" w14:textId="77777777" w:rsidR="00F83B1A" w:rsidRDefault="00000000">
            <w:r>
              <w:t>Schmied</w:t>
            </w:r>
          </w:p>
        </w:tc>
      </w:tr>
      <w:tr w:rsidR="00F83B1A" w14:paraId="702560C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B79FD9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278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2023B4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تەخت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AAA1B0B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ADC4A90" w14:textId="77777777" w:rsidR="00F83B1A" w:rsidRDefault="00000000">
            <w:r>
              <w:t>Thron</w:t>
            </w:r>
          </w:p>
        </w:tc>
      </w:tr>
      <w:tr w:rsidR="00F83B1A" w14:paraId="4AE0F9E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4FEDD3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279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078FA2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خەڵک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C221B23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377ED8D" w14:textId="77777777" w:rsidR="00F83B1A" w:rsidRDefault="00000000">
            <w:r>
              <w:t>Volk</w:t>
            </w:r>
          </w:p>
        </w:tc>
      </w:tr>
      <w:tr w:rsidR="00F83B1A" w14:paraId="79EE117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3E0489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280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E4EC19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پاسەوان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E65C925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1E283FB" w14:textId="77777777" w:rsidR="00F83B1A" w:rsidRDefault="00000000">
            <w:r>
              <w:t>Wache</w:t>
            </w:r>
          </w:p>
        </w:tc>
      </w:tr>
      <w:tr w:rsidR="00F83B1A" w14:paraId="217F5E4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D2107E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281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739048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چەک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1709B0C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7F8DE91" w14:textId="77777777" w:rsidR="00F83B1A" w:rsidRDefault="00000000">
            <w:r>
              <w:t>Waffe</w:t>
            </w:r>
          </w:p>
        </w:tc>
      </w:tr>
    </w:tbl>
    <w:p w14:paraId="2E4FCDF0" w14:textId="77777777" w:rsidR="00F83B1A" w:rsidRDefault="00F83B1A"/>
    <w:p w14:paraId="469C405C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Yezidische Begriffe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1EA6CA81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35DF0E5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5EF7B79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F60BB94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D0908E3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130BDFD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FB368C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282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0C6FFF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فریشتە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D57968F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43792E9" w14:textId="77777777" w:rsidR="00F83B1A" w:rsidRDefault="00000000">
            <w:r>
              <w:t>Engel</w:t>
            </w:r>
          </w:p>
        </w:tc>
      </w:tr>
      <w:tr w:rsidR="00F83B1A" w14:paraId="2285875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9981EC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283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BE20EB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فرمان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A5C3CF4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F9B43D2" w14:textId="77777777" w:rsidR="00F83B1A" w:rsidRDefault="00000000">
            <w:r>
              <w:t>Genozid</w:t>
            </w:r>
          </w:p>
        </w:tc>
      </w:tr>
      <w:tr w:rsidR="00F83B1A" w14:paraId="4493E5C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7A5C2F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284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D36281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خودا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1AD05CD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5C43E39" w14:textId="77777777" w:rsidR="00F83B1A" w:rsidRDefault="00000000">
            <w:r>
              <w:t>Gott</w:t>
            </w:r>
          </w:p>
        </w:tc>
      </w:tr>
      <w:tr w:rsidR="00F83B1A" w14:paraId="4668987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8E1D6C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285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AFA97C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لالش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A9E236F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FC22740" w14:textId="77777777" w:rsidR="00F83B1A" w:rsidRDefault="00000000">
            <w:r>
              <w:t>Lalish</w:t>
            </w:r>
          </w:p>
        </w:tc>
      </w:tr>
      <w:tr w:rsidR="00F83B1A" w14:paraId="3A4ACEC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5AEF63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286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4293B2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میرید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CD03652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AC09CC4" w14:textId="77777777" w:rsidR="00F83B1A" w:rsidRDefault="00000000">
            <w:r>
              <w:t>Mirîd (Laie)</w:t>
            </w:r>
          </w:p>
        </w:tc>
      </w:tr>
      <w:tr w:rsidR="00F83B1A" w14:paraId="4EBC74F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2EBEF1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287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03FA7F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ئاین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51C4097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7E6DD16" w14:textId="77777777" w:rsidR="00F83B1A" w:rsidRDefault="00000000">
            <w:r>
              <w:t>Religion</w:t>
            </w:r>
          </w:p>
        </w:tc>
      </w:tr>
      <w:tr w:rsidR="00F83B1A" w14:paraId="3DBA6A9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EE0687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288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213BE2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بەرگری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A727E62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56779DA" w14:textId="77777777" w:rsidR="00F83B1A" w:rsidRDefault="00000000">
            <w:r>
              <w:t>Widerstand</w:t>
            </w:r>
          </w:p>
        </w:tc>
      </w:tr>
      <w:tr w:rsidR="00F83B1A" w14:paraId="6D71B49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398579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289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664CD7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ئێزدی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42B1C02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4DE4108" w14:textId="77777777" w:rsidR="00F83B1A" w:rsidRDefault="00000000">
            <w:r>
              <w:t>Yezide</w:t>
            </w:r>
          </w:p>
        </w:tc>
      </w:tr>
      <w:tr w:rsidR="00F83B1A" w14:paraId="0C48947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E2AA34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290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4C7D11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شنگال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0AC119B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42C2306" w14:textId="77777777" w:rsidR="00F83B1A" w:rsidRDefault="00000000">
            <w:r>
              <w:t>Şengal</w:t>
            </w:r>
          </w:p>
        </w:tc>
      </w:tr>
      <w:tr w:rsidR="00F83B1A" w14:paraId="395D3E6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774852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lastRenderedPageBreak/>
              <w:t>291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C240C0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شێخ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DEEDFA7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0070BD1" w14:textId="77777777" w:rsidR="00F83B1A" w:rsidRDefault="00000000">
            <w:r>
              <w:t>Şêx (Geistlicher)</w:t>
            </w:r>
          </w:p>
        </w:tc>
      </w:tr>
    </w:tbl>
    <w:p w14:paraId="492F90FE" w14:textId="77777777" w:rsidR="00F83B1A" w:rsidRDefault="00F83B1A"/>
    <w:p w14:paraId="40DA341E" w14:textId="77777777" w:rsidR="00F83B1A" w:rsidRDefault="00000000">
      <w:pPr>
        <w:keepNext/>
        <w:spacing w:before="240" w:after="120"/>
      </w:pPr>
      <w:r>
        <w:rPr>
          <w:b/>
          <w:color w:val="0B6BCB"/>
          <w:sz w:val="32"/>
        </w:rPr>
        <w:t>Grammatik (Wörter &amp; Beispiele)</w:t>
      </w:r>
    </w:p>
    <w:p w14:paraId="0E0E468E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Nomen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26EF38B9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4B57F64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1E4F5F2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7BC1DDA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6D22556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5EA0272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25FDAF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292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25EF8D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لەشکر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07D06CE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77AD73E" w14:textId="77777777" w:rsidR="00F83B1A" w:rsidRDefault="00000000">
            <w:r>
              <w:t>Armee</w:t>
            </w:r>
          </w:p>
        </w:tc>
      </w:tr>
      <w:tr w:rsidR="00F83B1A" w14:paraId="7B6E7F5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10B2E3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293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4F95B3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درەخت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D2CEEEC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FD6B870" w14:textId="77777777" w:rsidR="00F83B1A" w:rsidRDefault="00000000">
            <w:r>
              <w:t>Baum</w:t>
            </w:r>
          </w:p>
        </w:tc>
      </w:tr>
      <w:tr w:rsidR="00F83B1A" w14:paraId="6CF141F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917567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294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F5BE4D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نامە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3682537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D687F87" w14:textId="77777777" w:rsidR="00F83B1A" w:rsidRDefault="00000000">
            <w:r>
              <w:t>Buch / Brief</w:t>
            </w:r>
          </w:p>
        </w:tc>
      </w:tr>
      <w:tr w:rsidR="00F83B1A" w14:paraId="5AD2ABB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E7DB95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295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83B1EA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ئازادی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F130E55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919B8C8" w14:textId="77777777" w:rsidR="00F83B1A" w:rsidRDefault="00000000">
            <w:r>
              <w:t>Freiheit</w:t>
            </w:r>
          </w:p>
        </w:tc>
      </w:tr>
      <w:tr w:rsidR="00F83B1A" w14:paraId="4F4F3F1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F1199B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296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143CBD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کۆمەڵگا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0EFCB53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A580F48" w14:textId="77777777" w:rsidR="00F83B1A" w:rsidRDefault="00000000">
            <w:r>
              <w:t>Gesellschaft</w:t>
            </w:r>
          </w:p>
        </w:tc>
      </w:tr>
      <w:tr w:rsidR="00F83B1A" w14:paraId="0C7F560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E33E11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297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750299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مێگەل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958830F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3A8C44B" w14:textId="77777777" w:rsidR="00F83B1A" w:rsidRDefault="00000000">
            <w:r>
              <w:t>Herde</w:t>
            </w:r>
          </w:p>
        </w:tc>
      </w:tr>
      <w:tr w:rsidR="00F83B1A" w14:paraId="539EC8B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C1409C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298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7C8232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هێز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3FAA0A2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0F14988" w14:textId="77777777" w:rsidR="00F83B1A" w:rsidRDefault="00000000">
            <w:r>
              <w:t>Kraft</w:t>
            </w:r>
          </w:p>
        </w:tc>
      </w:tr>
      <w:tr w:rsidR="00F83B1A" w14:paraId="7B77BBC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D86D3F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299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87DBEF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خۆشەویستی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B149BBE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0A7ABD4" w14:textId="77777777" w:rsidR="00F83B1A" w:rsidRDefault="00000000">
            <w:r>
              <w:t>Liebe</w:t>
            </w:r>
          </w:p>
        </w:tc>
      </w:tr>
      <w:tr w:rsidR="00F83B1A" w14:paraId="554E3B5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B6ACFD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300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BB4B7E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دەروون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EFF4334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1C1DD29" w14:textId="77777777" w:rsidR="00F83B1A" w:rsidRDefault="00000000">
            <w:r>
              <w:t>Seele</w:t>
            </w:r>
          </w:p>
        </w:tc>
      </w:tr>
    </w:tbl>
    <w:p w14:paraId="35487E4F" w14:textId="77777777" w:rsidR="00F83B1A" w:rsidRDefault="00F83B1A"/>
    <w:p w14:paraId="39226B86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Adjektive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1A677F64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883D0D0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3EEB34C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7614E7E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B0CF031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02D66B9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F8ECEE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301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4A4813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باش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5FEA44D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4F1FF27" w14:textId="77777777" w:rsidR="00F83B1A" w:rsidRDefault="00000000">
            <w:r>
              <w:t>Baş / gut</w:t>
            </w:r>
          </w:p>
        </w:tc>
      </w:tr>
      <w:tr w:rsidR="00F83B1A" w14:paraId="1DFC3D1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6E9387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302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C28468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گەرم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026D899" w14:textId="77777777" w:rsidR="00F83B1A" w:rsidRDefault="00000000">
            <w:r>
              <w:rPr>
                <w:i/>
                <w:color w:val="555555"/>
                <w:sz w:val="20"/>
              </w:rPr>
              <w:t>Germ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D5055E6" w14:textId="77777777" w:rsidR="00F83B1A" w:rsidRDefault="00000000">
            <w:r>
              <w:t>Germ / heiß / warm</w:t>
            </w:r>
          </w:p>
        </w:tc>
      </w:tr>
      <w:tr w:rsidR="00F83B1A" w14:paraId="2B9E282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0C12BD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303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DBCD58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گەورە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058EC92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E7863EC" w14:textId="77777777" w:rsidR="00F83B1A" w:rsidRDefault="00000000">
            <w:r>
              <w:t>Gewre</w:t>
            </w:r>
          </w:p>
        </w:tc>
      </w:tr>
      <w:tr w:rsidR="00F83B1A" w14:paraId="7FD9D6F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D765A3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304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06F12B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جوان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02D0B1B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B0FFFED" w14:textId="77777777" w:rsidR="00F83B1A" w:rsidRDefault="00000000">
            <w:r>
              <w:t>Jwan / schön</w:t>
            </w:r>
          </w:p>
        </w:tc>
      </w:tr>
      <w:tr w:rsidR="00F83B1A" w14:paraId="064CB7A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319114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305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3B8D68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نوێ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50B4EBC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DD883FF" w14:textId="77777777" w:rsidR="00F83B1A" w:rsidRDefault="00000000">
            <w:r>
              <w:t>Nwê</w:t>
            </w:r>
          </w:p>
        </w:tc>
      </w:tr>
      <w:tr w:rsidR="00F83B1A" w14:paraId="62850CB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82EA90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306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118760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پیر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2757CC7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040D700" w14:textId="77777777" w:rsidR="00F83B1A" w:rsidRDefault="00000000">
            <w:r>
              <w:t>Pîr / alter Mann / Pîr (Lehrer)</w:t>
            </w:r>
          </w:p>
        </w:tc>
      </w:tr>
      <w:tr w:rsidR="00F83B1A" w14:paraId="6ECFE33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546A48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307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22277C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گران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F5AEC7C" w14:textId="77777777" w:rsidR="00F83B1A" w:rsidRDefault="00000000">
            <w:r>
              <w:rPr>
                <w:i/>
                <w:color w:val="555555"/>
                <w:sz w:val="20"/>
              </w:rPr>
              <w:t>Gran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E2F11EE" w14:textId="77777777" w:rsidR="00F83B1A" w:rsidRDefault="00000000">
            <w:r>
              <w:t>Qurs / teuer</w:t>
            </w:r>
          </w:p>
        </w:tc>
      </w:tr>
      <w:tr w:rsidR="00F83B1A" w14:paraId="6D24DC8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84C129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308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971F67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چاک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408CAE9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05D0F67" w14:textId="77777777" w:rsidR="00F83B1A" w:rsidRDefault="00000000">
            <w:r>
              <w:t>Çak</w:t>
            </w:r>
          </w:p>
        </w:tc>
      </w:tr>
    </w:tbl>
    <w:p w14:paraId="3A2DE9E9" w14:textId="77777777" w:rsidR="00F83B1A" w:rsidRDefault="00F83B1A"/>
    <w:p w14:paraId="0E735DA6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lastRenderedPageBreak/>
        <w:t>Fragewörter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6D1FAB58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ADC6026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3619081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0F1AB10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23C4493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1597C20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2FD428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309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8ED528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کێ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3834AF9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EE01524" w14:textId="77777777" w:rsidR="00F83B1A" w:rsidRDefault="00000000">
            <w:r>
              <w:t>kê / wer (Person)</w:t>
            </w:r>
          </w:p>
        </w:tc>
      </w:tr>
      <w:tr w:rsidR="00F83B1A" w14:paraId="68BE8DE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9FB1FA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310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1F9D10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کەی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7D43249" w14:textId="77777777" w:rsidR="00F83B1A" w:rsidRDefault="00000000">
            <w:r>
              <w:rPr>
                <w:i/>
                <w:color w:val="555555"/>
                <w:sz w:val="20"/>
              </w:rPr>
              <w:t>key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299FE54" w14:textId="77777777" w:rsidR="00F83B1A" w:rsidRDefault="00000000">
            <w:r>
              <w:t>wann</w:t>
            </w:r>
          </w:p>
        </w:tc>
      </w:tr>
      <w:tr w:rsidR="00F83B1A" w14:paraId="2D7EA80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156589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311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890A35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FD82E2D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3707D2B" w14:textId="77777777" w:rsidR="00F83B1A" w:rsidRDefault="00000000">
            <w:r>
              <w:t>was (Ding)</w:t>
            </w:r>
          </w:p>
        </w:tc>
      </w:tr>
      <w:tr w:rsidR="00F83B1A" w14:paraId="225AB5A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F00BA0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312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9ECB1A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کام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868F052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CD855A7" w14:textId="77777777" w:rsidR="00F83B1A" w:rsidRDefault="00000000">
            <w:r>
              <w:t>welcher (Auswahl)</w:t>
            </w:r>
          </w:p>
        </w:tc>
      </w:tr>
      <w:tr w:rsidR="00F83B1A" w14:paraId="2ABB473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CF83E5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313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A7C1B3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کامە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62D1319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A42AB88" w14:textId="77777777" w:rsidR="00F83B1A" w:rsidRDefault="00000000">
            <w:r>
              <w:t>welcher ist</w:t>
            </w:r>
          </w:p>
        </w:tc>
      </w:tr>
      <w:tr w:rsidR="00F83B1A" w14:paraId="71B6CCF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DA7D56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314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AB2DB1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چۆن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A8CA368" w14:textId="77777777" w:rsidR="00F83B1A" w:rsidRDefault="00000000">
            <w:r>
              <w:rPr>
                <w:i/>
                <w:color w:val="555555"/>
                <w:sz w:val="20"/>
              </w:rPr>
              <w:t>çon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0658548" w14:textId="77777777" w:rsidR="00F83B1A" w:rsidRDefault="00000000">
            <w:r>
              <w:t>wie</w:t>
            </w:r>
          </w:p>
        </w:tc>
      </w:tr>
      <w:tr w:rsidR="00F83B1A" w14:paraId="3EAA791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CE2B15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315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FBB4A7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چەند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F24F04D" w14:textId="77777777" w:rsidR="00F83B1A" w:rsidRDefault="00000000">
            <w:r>
              <w:rPr>
                <w:i/>
                <w:color w:val="555555"/>
                <w:sz w:val="20"/>
              </w:rPr>
              <w:t>çend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723ACD6" w14:textId="77777777" w:rsidR="00F83B1A" w:rsidRDefault="00000000">
            <w:r>
              <w:t>wie viel/viele</w:t>
            </w:r>
          </w:p>
        </w:tc>
      </w:tr>
      <w:tr w:rsidR="00F83B1A" w14:paraId="6EEE6E0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CF5328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316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5A0AC4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کوێ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FFDF8F6" w14:textId="77777777" w:rsidR="00F83B1A" w:rsidRDefault="00000000">
            <w:r>
              <w:rPr>
                <w:i/>
                <w:color w:val="555555"/>
                <w:sz w:val="20"/>
              </w:rPr>
              <w:t>kuê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D44AEB1" w14:textId="77777777" w:rsidR="00F83B1A" w:rsidRDefault="00000000">
            <w:r>
              <w:t>wo</w:t>
            </w:r>
          </w:p>
        </w:tc>
      </w:tr>
    </w:tbl>
    <w:p w14:paraId="4C00D9F0" w14:textId="77777777" w:rsidR="00F83B1A" w:rsidRDefault="00F83B1A"/>
    <w:p w14:paraId="57B5B7B5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Ausrufesätze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42C4C52B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1558DB1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A29B190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C8DE1AB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A171671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4162631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1CCCD7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317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8F3866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بژی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1780964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50D116D" w14:textId="77777777" w:rsidR="00F83B1A" w:rsidRDefault="00000000">
            <w:r>
              <w:t>Begeisterung</w:t>
            </w:r>
          </w:p>
        </w:tc>
      </w:tr>
      <w:tr w:rsidR="00F83B1A" w14:paraId="10FB0B5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680DAD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318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858A11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ئۆف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B286BD6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8BDB5FA" w14:textId="77777777" w:rsidR="00F83B1A" w:rsidRDefault="00000000">
            <w:r>
              <w:t>Erleichterung</w:t>
            </w:r>
          </w:p>
        </w:tc>
      </w:tr>
      <w:tr w:rsidR="00F83B1A" w14:paraId="1F13765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9EFDCE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319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1FB70C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ئافەرین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6214ADF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6420DAD" w14:textId="77777777" w:rsidR="00F83B1A" w:rsidRDefault="00000000">
            <w:r>
              <w:t>Lob / Bravo</w:t>
            </w:r>
          </w:p>
        </w:tc>
      </w:tr>
    </w:tbl>
    <w:p w14:paraId="48AF04C6" w14:textId="77777777" w:rsidR="00F83B1A" w:rsidRDefault="00F83B1A"/>
    <w:p w14:paraId="7D5709BA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Satzarten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4F95D7A8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F1D10B2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9163455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13E29F83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80E1703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2A73AFB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27F34C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320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517991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ناخوێنێت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559046A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30B100E" w14:textId="77777777" w:rsidR="00F83B1A" w:rsidRDefault="00000000">
            <w:r>
              <w:t>liest nicht / lernt nicht</w:t>
            </w:r>
          </w:p>
        </w:tc>
      </w:tr>
      <w:tr w:rsidR="00F83B1A" w14:paraId="71808E5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329F0E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321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B0AADF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نەبوو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3BFFE53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78C6EB9" w14:textId="77777777" w:rsidR="00F83B1A" w:rsidRDefault="00000000">
            <w:r>
              <w:t>war nicht / hatte nicht</w:t>
            </w:r>
          </w:p>
        </w:tc>
      </w:tr>
    </w:tbl>
    <w:p w14:paraId="6BE279D9" w14:textId="77777777" w:rsidR="00F83B1A" w:rsidRDefault="00F83B1A"/>
    <w:p w14:paraId="6A69619B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Imperativ (Befehlsform)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66262F34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7D2672D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DCD0A75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E16ED91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0A49CF5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3D8D580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1EDD3A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322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BDE825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بڕۆن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23C26EB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8ADC5E2" w14:textId="77777777" w:rsidR="00F83B1A" w:rsidRDefault="00000000">
            <w:r>
              <w:t>biron!</w:t>
            </w:r>
          </w:p>
        </w:tc>
      </w:tr>
      <w:tr w:rsidR="00F83B1A" w14:paraId="37D2005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275DD3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323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EB4E31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وەرن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C79E910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BEEEB9F" w14:textId="77777777" w:rsidR="00F83B1A" w:rsidRDefault="00000000">
            <w:r>
              <w:t>werin! / kommt! (Imperativ Pl.)</w:t>
            </w:r>
          </w:p>
        </w:tc>
      </w:tr>
    </w:tbl>
    <w:p w14:paraId="0E62D6D4" w14:textId="77777777" w:rsidR="00F83B1A" w:rsidRDefault="00F83B1A"/>
    <w:p w14:paraId="00D84DB9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lastRenderedPageBreak/>
        <w:t>Demonstrativpronomen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403DE2CD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52A695C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71895E9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153BE66C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6038624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5579963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132B68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324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190392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ئەمە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4ED28D2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943B4BE" w14:textId="77777777" w:rsidR="00F83B1A" w:rsidRDefault="00000000">
            <w:r>
              <w:t>dies (nah Sg.)</w:t>
            </w:r>
          </w:p>
        </w:tc>
      </w:tr>
      <w:tr w:rsidR="00F83B1A" w14:paraId="7A60986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483C65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325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E5CF11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ئەمانە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E98DD84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976B73F" w14:textId="77777777" w:rsidR="00F83B1A" w:rsidRDefault="00000000">
            <w:r>
              <w:t>diese (nah Pl.)</w:t>
            </w:r>
          </w:p>
        </w:tc>
      </w:tr>
      <w:tr w:rsidR="00F83B1A" w14:paraId="4233CC0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6C3307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326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927DE2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ئەوانە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981BD6E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14D0133" w14:textId="77777777" w:rsidR="00F83B1A" w:rsidRDefault="00000000">
            <w:r>
              <w:t>jene (fern Pl.)</w:t>
            </w:r>
          </w:p>
        </w:tc>
      </w:tr>
      <w:tr w:rsidR="00F83B1A" w14:paraId="3A777F3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826315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327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C3F641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ئەوە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6EFBADF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5E0C1CC" w14:textId="77777777" w:rsidR="00F83B1A" w:rsidRDefault="00000000">
            <w:r>
              <w:t>jenes (fern Sg.)</w:t>
            </w:r>
          </w:p>
        </w:tc>
      </w:tr>
    </w:tbl>
    <w:p w14:paraId="1557F4C4" w14:textId="77777777" w:rsidR="00F83B1A" w:rsidRDefault="00F83B1A"/>
    <w:p w14:paraId="6A55B4E1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Possessiv (Danapal)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3DD4E019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50905FC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637841D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AD43835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A7D23D8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48D6772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AA5F5A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328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BCCCD1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باوکت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AE506FB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F49AF49" w14:textId="77777777" w:rsidR="00F83B1A" w:rsidRDefault="00000000">
            <w:r>
              <w:t>dein Vater (kompakt)</w:t>
            </w:r>
          </w:p>
        </w:tc>
      </w:tr>
      <w:tr w:rsidR="00F83B1A" w14:paraId="58F5923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6A537A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329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B55F05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ماڵتان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AF31E0A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BD44205" w14:textId="77777777" w:rsidR="00F83B1A" w:rsidRDefault="00000000">
            <w:r>
              <w:t>euer Haus (kompakt) / euer Haus</w:t>
            </w:r>
          </w:p>
        </w:tc>
      </w:tr>
      <w:tr w:rsidR="00F83B1A" w14:paraId="35BE105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FF7C82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330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FC6A7D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نامەیان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3226A07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A4A76D9" w14:textId="77777777" w:rsidR="00F83B1A" w:rsidRDefault="00000000">
            <w:r>
              <w:t>ihr Buch (kompakt)</w:t>
            </w:r>
          </w:p>
        </w:tc>
      </w:tr>
      <w:tr w:rsidR="00F83B1A" w14:paraId="4F75B7B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784B0B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331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87C4CA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ناوم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39552EB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29B00AD" w14:textId="77777777" w:rsidR="00F83B1A" w:rsidRDefault="00000000">
            <w:r>
              <w:t>mein Name (kompakt) / Wort + Possessiv-Suffix</w:t>
            </w:r>
          </w:p>
        </w:tc>
      </w:tr>
      <w:tr w:rsidR="00F83B1A" w14:paraId="05504A8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215397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332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34AC2E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دایکی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624F48F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2C6F274" w14:textId="77777777" w:rsidR="00F83B1A" w:rsidRDefault="00000000">
            <w:r>
              <w:t>seine/ihre Mutter (kompakt)</w:t>
            </w:r>
          </w:p>
        </w:tc>
      </w:tr>
      <w:tr w:rsidR="00F83B1A" w14:paraId="2143669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448A0B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333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14B889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وڵاتمان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9C3F486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D88B98F" w14:textId="77777777" w:rsidR="00F83B1A" w:rsidRDefault="00000000">
            <w:r>
              <w:t>unser Land (kompakt)</w:t>
            </w:r>
          </w:p>
        </w:tc>
      </w:tr>
    </w:tbl>
    <w:p w14:paraId="31C44956" w14:textId="77777777" w:rsidR="00F83B1A" w:rsidRDefault="00F83B1A"/>
    <w:p w14:paraId="523E39D7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Bestimmtheit (Singular/Plural)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5CDBCEBC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83DBF87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3E97064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1D8977B5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DC22A41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1850F5A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796FB4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334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633C69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نامەەکە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B564DDF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8F634B5" w14:textId="77777777" w:rsidR="00F83B1A" w:rsidRDefault="00000000">
            <w:r>
              <w:t>das Buch (Sg.)</w:t>
            </w:r>
          </w:p>
        </w:tc>
      </w:tr>
      <w:tr w:rsidR="00F83B1A" w14:paraId="407E9FB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4EC986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335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39E881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ماڵەکە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3D8E0A8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22F6D3E" w14:textId="77777777" w:rsidR="00F83B1A" w:rsidRDefault="00000000">
            <w:r>
              <w:t>das Haus (Sg.)</w:t>
            </w:r>
          </w:p>
        </w:tc>
      </w:tr>
      <w:tr w:rsidR="00F83B1A" w14:paraId="79C8113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4C11DA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336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F9C173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کچەکە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232861E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7502C81" w14:textId="77777777" w:rsidR="00F83B1A" w:rsidRDefault="00000000">
            <w:r>
              <w:t>das Mädchen (Sg.)</w:t>
            </w:r>
          </w:p>
        </w:tc>
      </w:tr>
      <w:tr w:rsidR="00F83B1A" w14:paraId="2D8ED17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B49B90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337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64C556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دارەکە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9742C2D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8CF8E31" w14:textId="77777777" w:rsidR="00F83B1A" w:rsidRDefault="00000000">
            <w:r>
              <w:t>der Baum (Sg.)</w:t>
            </w:r>
          </w:p>
        </w:tc>
      </w:tr>
      <w:tr w:rsidR="00F83B1A" w14:paraId="46F3749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B063F4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338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9B7905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دارەکان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2284C5E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F067CED" w14:textId="77777777" w:rsidR="00F83B1A" w:rsidRDefault="00000000">
            <w:r>
              <w:t>die Bäume (Pl.)</w:t>
            </w:r>
          </w:p>
        </w:tc>
      </w:tr>
      <w:tr w:rsidR="00F83B1A" w14:paraId="685A64E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4CC1B8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339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547A6C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نامەکان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8D64A15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FE4D208" w14:textId="77777777" w:rsidR="00F83B1A" w:rsidRDefault="00000000">
            <w:r>
              <w:t>die Bücher (Pl.)</w:t>
            </w:r>
          </w:p>
        </w:tc>
      </w:tr>
      <w:tr w:rsidR="00F83B1A" w14:paraId="3903ED2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EDDF69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340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44AD92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ماڵەکان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67A5BA7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F1AFA5F" w14:textId="77777777" w:rsidR="00F83B1A" w:rsidRDefault="00000000">
            <w:r>
              <w:t>die Häuser (Pl.)</w:t>
            </w:r>
          </w:p>
        </w:tc>
      </w:tr>
      <w:tr w:rsidR="00F83B1A" w14:paraId="6558E25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6AD8E1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341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B30E68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کچەکان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E092257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F770DCB" w14:textId="77777777" w:rsidR="00F83B1A" w:rsidRDefault="00000000">
            <w:r>
              <w:t>die Mädchen (Pl.)</w:t>
            </w:r>
          </w:p>
        </w:tc>
      </w:tr>
    </w:tbl>
    <w:p w14:paraId="1DEFE2EC" w14:textId="77777777" w:rsidR="00F83B1A" w:rsidRDefault="00F83B1A"/>
    <w:p w14:paraId="16E13DDF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lastRenderedPageBreak/>
        <w:t>Diminutive (Verkleinerungsformen)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67B7B1B3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A0F4816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174D570D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D114626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ABCCAA9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5E03D88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D2906F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342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9FD94A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کورک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03E050C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654606C" w14:textId="77777777" w:rsidR="00F83B1A" w:rsidRDefault="00000000">
            <w:r>
              <w:t>kleiner (lieber) Junge</w:t>
            </w:r>
          </w:p>
        </w:tc>
      </w:tr>
      <w:tr w:rsidR="00F83B1A" w14:paraId="03C6ED4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4960C2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343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B5D29F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پێچکە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01F6429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F524FAA" w14:textId="77777777" w:rsidR="00F83B1A" w:rsidRDefault="00000000">
            <w:r>
              <w:t>kleiner Fuß</w:t>
            </w:r>
          </w:p>
        </w:tc>
      </w:tr>
      <w:tr w:rsidR="00F83B1A" w14:paraId="4528526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18958F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344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D26E0F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باخچە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791000E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0BBF165" w14:textId="77777777" w:rsidR="00F83B1A" w:rsidRDefault="00000000">
            <w:r>
              <w:t>kleiner Garten</w:t>
            </w:r>
          </w:p>
        </w:tc>
      </w:tr>
      <w:tr w:rsidR="00F83B1A" w14:paraId="63C810C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6EEC73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345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15CC19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کچک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E7AFA45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EE0090D" w14:textId="77777777" w:rsidR="00F83B1A" w:rsidRDefault="00000000">
            <w:r>
              <w:t>kleines Mädchen</w:t>
            </w:r>
          </w:p>
        </w:tc>
      </w:tr>
      <w:tr w:rsidR="00F83B1A" w14:paraId="565B5A4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D39D44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346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E91840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کاریلە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F82F163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D732B92" w14:textId="77777777" w:rsidR="00F83B1A" w:rsidRDefault="00000000">
            <w:r>
              <w:t>Lämmchen</w:t>
            </w:r>
          </w:p>
        </w:tc>
      </w:tr>
      <w:tr w:rsidR="00F83B1A" w14:paraId="07DCB4D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9A23DC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347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0284CF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منداڵۆچکە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51E5603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7D66B3C" w14:textId="77777777" w:rsidR="00F83B1A" w:rsidRDefault="00000000">
            <w:r>
              <w:t>niedliches Kind</w:t>
            </w:r>
          </w:p>
        </w:tc>
      </w:tr>
      <w:tr w:rsidR="00F83B1A" w14:paraId="7704782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9125FF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348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0F95C7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گوێچکە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95D9FEB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7CCCDEB" w14:textId="77777777" w:rsidR="00F83B1A" w:rsidRDefault="00000000">
            <w:r>
              <w:t>Ohr / kleines Gehör</w:t>
            </w:r>
          </w:p>
        </w:tc>
      </w:tr>
      <w:tr w:rsidR="00F83B1A" w14:paraId="658590D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1824A7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349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E6F3FB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دەریاچە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CEB7DAA" w14:textId="77777777" w:rsidR="00F83B1A" w:rsidRDefault="00000000">
            <w:r>
              <w:rPr>
                <w:i/>
                <w:color w:val="555555"/>
                <w:sz w:val="20"/>
              </w:rPr>
              <w:t>Deryaçe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1409449" w14:textId="77777777" w:rsidR="00F83B1A" w:rsidRDefault="00000000">
            <w:r>
              <w:t>See (kleines Meer) / der See</w:t>
            </w:r>
          </w:p>
        </w:tc>
      </w:tr>
      <w:tr w:rsidR="00F83B1A" w14:paraId="6242F01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0120CD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350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F82E58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کرمۆڵ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BAB3A17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2E04EFC" w14:textId="77777777" w:rsidR="00F83B1A" w:rsidRDefault="00000000">
            <w:r>
              <w:t>unbedeutender Wurm</w:t>
            </w:r>
          </w:p>
        </w:tc>
      </w:tr>
      <w:tr w:rsidR="00F83B1A" w14:paraId="1ECA7BC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D01745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351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BD8896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بزنۆکە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D1C8B9D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B24D34A" w14:textId="77777777" w:rsidR="00F83B1A" w:rsidRDefault="00000000">
            <w:r>
              <w:t>wertloses Ziegchen</w:t>
            </w:r>
          </w:p>
        </w:tc>
      </w:tr>
    </w:tbl>
    <w:p w14:paraId="58FB361E" w14:textId="77777777" w:rsidR="00F83B1A" w:rsidRDefault="00F83B1A"/>
    <w:p w14:paraId="3857F8E9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Konjunktionen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0509C245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1F4DE95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A0BCF19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214CB2C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2C32FB3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03F5FA8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26E752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352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29254A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2C7716E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85730C0" w14:textId="77777777" w:rsidR="00F83B1A" w:rsidRDefault="00000000">
            <w:r>
              <w:t>من دەزانم کە ئەو دێت.</w:t>
            </w:r>
          </w:p>
        </w:tc>
      </w:tr>
    </w:tbl>
    <w:p w14:paraId="0E9940E0" w14:textId="77777777" w:rsidR="00F83B1A" w:rsidRDefault="00F83B1A"/>
    <w:p w14:paraId="285A8274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Verben - Präsens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4C1CADD2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34B7502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0D49189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5E01D5F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1D38EDE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2A560E5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3451C9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353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D66BBC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بوون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93D8800" w14:textId="77777777" w:rsidR="00F83B1A" w:rsidRDefault="00000000">
            <w:r>
              <w:rPr>
                <w:i/>
                <w:color w:val="555555"/>
                <w:sz w:val="20"/>
              </w:rPr>
              <w:t>bûn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8972AEA" w14:textId="77777777" w:rsidR="00F83B1A" w:rsidRDefault="00000000">
            <w:r>
              <w:t>ب / بوو</w:t>
            </w:r>
          </w:p>
        </w:tc>
      </w:tr>
      <w:tr w:rsidR="00F83B1A" w14:paraId="51FC76F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271672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354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38E9EC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بینین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16D2150" w14:textId="77777777" w:rsidR="00F83B1A" w:rsidRDefault="00000000">
            <w:r>
              <w:rPr>
                <w:i/>
                <w:color w:val="555555"/>
                <w:sz w:val="20"/>
              </w:rPr>
              <w:t>bînîn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2A3D3AE" w14:textId="77777777" w:rsidR="00F83B1A" w:rsidRDefault="00000000">
            <w:r>
              <w:t>بین / بینی / sehen</w:t>
            </w:r>
          </w:p>
        </w:tc>
      </w:tr>
      <w:tr w:rsidR="00F83B1A" w14:paraId="73C3295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D6D3A9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355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26CE68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خواردنەوە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6D3B92E" w14:textId="77777777" w:rsidR="00F83B1A" w:rsidRDefault="00000000">
            <w:r>
              <w:rPr>
                <w:i/>
                <w:color w:val="555555"/>
                <w:sz w:val="20"/>
              </w:rPr>
              <w:t>xwardinewe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373FD24" w14:textId="77777777" w:rsidR="00F83B1A" w:rsidRDefault="00000000">
            <w:r>
              <w:t>خۆ ...ـەوە / trinken</w:t>
            </w:r>
          </w:p>
        </w:tc>
      </w:tr>
      <w:tr w:rsidR="00F83B1A" w14:paraId="09F5C4F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115D19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356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D163F6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خواردن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98A6EEA" w14:textId="77777777" w:rsidR="00F83B1A" w:rsidRDefault="00000000">
            <w:r>
              <w:rPr>
                <w:i/>
                <w:color w:val="555555"/>
                <w:sz w:val="20"/>
              </w:rPr>
              <w:t>xwardin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ECDD875" w14:textId="77777777" w:rsidR="00F83B1A" w:rsidRDefault="00000000">
            <w:r>
              <w:t>خۆ / خوارد / essen</w:t>
            </w:r>
          </w:p>
        </w:tc>
      </w:tr>
      <w:tr w:rsidR="00F83B1A" w14:paraId="48473C2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492F88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357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554112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چوون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521F589" w14:textId="77777777" w:rsidR="00F83B1A" w:rsidRDefault="00000000">
            <w:r>
              <w:rPr>
                <w:i/>
                <w:color w:val="555555"/>
                <w:sz w:val="20"/>
              </w:rPr>
              <w:t>çûn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2D53462" w14:textId="77777777" w:rsidR="00F83B1A" w:rsidRDefault="00000000">
            <w:r>
              <w:t>چ / gehen</w:t>
            </w:r>
          </w:p>
        </w:tc>
      </w:tr>
      <w:tr w:rsidR="00F83B1A" w14:paraId="2D55786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FDAEED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358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D08D28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ڕۆیشتن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681F9B0" w14:textId="77777777" w:rsidR="00F83B1A" w:rsidRDefault="00000000">
            <w:r>
              <w:rPr>
                <w:i/>
                <w:color w:val="555555"/>
                <w:sz w:val="20"/>
              </w:rPr>
              <w:t>royştin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3548A97" w14:textId="77777777" w:rsidR="00F83B1A" w:rsidRDefault="00000000">
            <w:r>
              <w:t>ڕۆ / ڕۆیشت</w:t>
            </w:r>
          </w:p>
        </w:tc>
      </w:tr>
      <w:tr w:rsidR="00F83B1A" w14:paraId="06563F1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2F9E8E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359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869CB8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هاتن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DB2B8F0" w14:textId="77777777" w:rsidR="00F83B1A" w:rsidRDefault="00000000">
            <w:r>
              <w:rPr>
                <w:i/>
                <w:color w:val="555555"/>
                <w:sz w:val="20"/>
              </w:rPr>
              <w:t>hatin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C6DAB6D" w14:textId="77777777" w:rsidR="00F83B1A" w:rsidRDefault="00000000">
            <w:r>
              <w:t>ێ / هات / kommen</w:t>
            </w:r>
          </w:p>
        </w:tc>
      </w:tr>
    </w:tbl>
    <w:p w14:paraId="35BEAADF" w14:textId="77777777" w:rsidR="00F83B1A" w:rsidRDefault="00F83B1A"/>
    <w:p w14:paraId="6EAE0739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lastRenderedPageBreak/>
        <w:t>Verben - Vergangenheit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10F80390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5580A39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D8CF191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31C1EBE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8D43B69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3652AB1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5AD6BA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360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908A6D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خەوتن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BF440AC" w14:textId="77777777" w:rsidR="00F83B1A" w:rsidRDefault="00000000">
            <w:r>
              <w:rPr>
                <w:i/>
                <w:color w:val="555555"/>
                <w:sz w:val="20"/>
              </w:rPr>
              <w:t>xewtin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461C86D" w14:textId="77777777" w:rsidR="00F83B1A" w:rsidRDefault="00000000">
            <w:r>
              <w:t>خەوت / schlafen</w:t>
            </w:r>
          </w:p>
        </w:tc>
      </w:tr>
    </w:tbl>
    <w:p w14:paraId="1C7A01EC" w14:textId="77777777" w:rsidR="00F83B1A" w:rsidRDefault="00F83B1A"/>
    <w:p w14:paraId="0FA8848B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Suffixe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72F78730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EF178C0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0B236B1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FE8EF14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628B6BE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1D919FB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D0A396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361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C4996D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ماڵت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E2B7458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41B1217" w14:textId="77777777" w:rsidR="00F83B1A" w:rsidRDefault="00000000">
            <w:r>
              <w:t>dein Haus</w:t>
            </w:r>
          </w:p>
        </w:tc>
      </w:tr>
      <w:tr w:rsidR="00F83B1A" w14:paraId="043FF85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6A94BD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362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7CFED9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دەخوێنیت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EDBB72A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E0EAE42" w14:textId="77777777" w:rsidR="00F83B1A" w:rsidRDefault="00000000">
            <w:r>
              <w:t>du lernst</w:t>
            </w:r>
          </w:p>
        </w:tc>
      </w:tr>
      <w:tr w:rsidR="00F83B1A" w14:paraId="04A3D7E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525E2D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363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97C1A6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چوو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90E12D9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BF5ED77" w14:textId="77777777" w:rsidR="00F83B1A" w:rsidRDefault="00000000">
            <w:r>
              <w:t>er/sie ging</w:t>
            </w:r>
          </w:p>
        </w:tc>
      </w:tr>
      <w:tr w:rsidR="00F83B1A" w14:paraId="2A6E8AE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C9DB0E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364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89933E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دەخوێنم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86A4EBC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15B6641" w14:textId="77777777" w:rsidR="00F83B1A" w:rsidRDefault="00000000">
            <w:r>
              <w:t>ich lerne</w:t>
            </w:r>
          </w:p>
        </w:tc>
      </w:tr>
      <w:tr w:rsidR="00F83B1A" w14:paraId="35DAAEB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DD4929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365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F08B72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ماڵیان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C676B32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6884C10" w14:textId="77777777" w:rsidR="00F83B1A" w:rsidRDefault="00000000">
            <w:r>
              <w:t>ihr Haus (der Anderen)</w:t>
            </w:r>
          </w:p>
        </w:tc>
      </w:tr>
      <w:tr w:rsidR="00F83B1A" w14:paraId="751D22B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16CB4F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366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2661F9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دەخوێنن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2D70435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DC90DA5" w14:textId="77777777" w:rsidR="00F83B1A" w:rsidRDefault="00000000">
            <w:r>
              <w:t>ihr lernt / sie lernen</w:t>
            </w:r>
          </w:p>
        </w:tc>
      </w:tr>
      <w:tr w:rsidR="00F83B1A" w14:paraId="7EE1DBB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9CAE5E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367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7E1E98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ماڵم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0C93644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2338E2B" w14:textId="77777777" w:rsidR="00F83B1A" w:rsidRDefault="00000000">
            <w:r>
              <w:t>mein Haus</w:t>
            </w:r>
          </w:p>
        </w:tc>
      </w:tr>
      <w:tr w:rsidR="00F83B1A" w14:paraId="26CA87A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9B5E77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368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27ED70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ماڵی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70B932A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2197C84" w14:textId="77777777" w:rsidR="00F83B1A" w:rsidRDefault="00000000">
            <w:r>
              <w:t>sein/ihr Haus</w:t>
            </w:r>
          </w:p>
        </w:tc>
      </w:tr>
      <w:tr w:rsidR="00F83B1A" w14:paraId="4ACB14C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2C2F83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369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CBA6CE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ماڵمان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6F139A8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F3DA40C" w14:textId="77777777" w:rsidR="00F83B1A" w:rsidRDefault="00000000">
            <w:r>
              <w:t>unser Haus</w:t>
            </w:r>
          </w:p>
        </w:tc>
      </w:tr>
      <w:tr w:rsidR="00F83B1A" w14:paraId="3C93DFE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BEA28B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370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1297E7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دەخوێنین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FE5E16A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1058A35" w14:textId="77777777" w:rsidR="00F83B1A" w:rsidRDefault="00000000">
            <w:r>
              <w:t>wir lernen</w:t>
            </w:r>
          </w:p>
        </w:tc>
      </w:tr>
      <w:tr w:rsidR="00F83B1A" w14:paraId="0C6E14B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0019A2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371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8839FF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ـی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C9C7961" w14:textId="77777777" w:rsidR="00F83B1A" w:rsidRDefault="00000000">
            <w:r>
              <w:rPr>
                <w:i/>
                <w:color w:val="555555"/>
                <w:sz w:val="20"/>
              </w:rPr>
              <w:t>-î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9E97658" w14:textId="77777777" w:rsidR="00F83B1A" w:rsidRDefault="00000000">
            <w:r>
              <w:t>— (∅)</w:t>
            </w:r>
          </w:p>
        </w:tc>
      </w:tr>
    </w:tbl>
    <w:p w14:paraId="761C9467" w14:textId="77777777" w:rsidR="00F83B1A" w:rsidRDefault="00F83B1A"/>
    <w:p w14:paraId="417625E9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Suffixe - Praxis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79AAAF52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C992419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A0AC5B9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1A50209A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EFF77FC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32D1C3E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414E68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372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0DBDD8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دەبینی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DCE1E6C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771C651" w14:textId="77777777" w:rsidR="00F83B1A" w:rsidRDefault="00000000">
            <w:r>
              <w:t>du siehst (-î Präsens 2.Sg.)</w:t>
            </w:r>
          </w:p>
        </w:tc>
      </w:tr>
      <w:tr w:rsidR="00F83B1A" w14:paraId="44FC5CF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456454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373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CAC50A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دەنووسێت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99F797A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6041090" w14:textId="77777777" w:rsidR="00F83B1A" w:rsidRDefault="00000000">
            <w:r>
              <w:t>er schreibt (-ît Präsens 3.Sg.)</w:t>
            </w:r>
          </w:p>
        </w:tc>
      </w:tr>
      <w:tr w:rsidR="00F83B1A" w14:paraId="5A358DA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0869AB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374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6E9258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هاوڕێتان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952ADB4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3DE8233" w14:textId="77777777" w:rsidR="00F83B1A" w:rsidRDefault="00000000">
            <w:r>
              <w:t>eure Freunde (-tan Possessiv)</w:t>
            </w:r>
          </w:p>
        </w:tc>
      </w:tr>
      <w:tr w:rsidR="00F83B1A" w14:paraId="4EAFB35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388498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375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E79EF0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بڕۆ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6D2B1DD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BFE1D1D" w14:textId="77777777" w:rsidR="00F83B1A" w:rsidRDefault="00000000">
            <w:r>
              <w:t>geh! (Imperativ)</w:t>
            </w:r>
          </w:p>
        </w:tc>
      </w:tr>
      <w:tr w:rsidR="00F83B1A" w14:paraId="3C2BD5C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580916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376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05648F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چووم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9395EC8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8F5E3AA" w14:textId="77777777" w:rsidR="00F83B1A" w:rsidRDefault="00000000">
            <w:r>
              <w:t>ich ging (-m intrans. Verg.)</w:t>
            </w:r>
          </w:p>
        </w:tc>
      </w:tr>
      <w:tr w:rsidR="00F83B1A" w14:paraId="6B31D1B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8B46DF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377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CEC35B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چاوم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CD566CD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1D59E97" w14:textId="77777777" w:rsidR="00F83B1A" w:rsidRDefault="00000000">
            <w:r>
              <w:t>mein Auge (-m Possessiv)</w:t>
            </w:r>
          </w:p>
        </w:tc>
      </w:tr>
      <w:tr w:rsidR="00F83B1A" w14:paraId="04E9D66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146F83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378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AACA88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بنووسە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CC90699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70EFC17" w14:textId="77777777" w:rsidR="00F83B1A" w:rsidRDefault="00000000">
            <w:r>
              <w:t>schreib! (Imperativ 2.Sg.)</w:t>
            </w:r>
          </w:p>
        </w:tc>
      </w:tr>
      <w:tr w:rsidR="00F83B1A" w14:paraId="7F038D8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9D2CAF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379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6C048C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فڕین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9B3FFB6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965BCA9" w14:textId="77777777" w:rsidR="00F83B1A" w:rsidRDefault="00000000">
            <w:r>
              <w:t>sie flogen (-în 3.Pl. intrans. Verg.)</w:t>
            </w:r>
          </w:p>
        </w:tc>
      </w:tr>
      <w:tr w:rsidR="00F83B1A" w14:paraId="4AF0656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659C16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lastRenderedPageBreak/>
              <w:t>380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C5E216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دەچن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2354098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FFBD393" w14:textId="77777777" w:rsidR="00F83B1A" w:rsidRDefault="00000000">
            <w:r>
              <w:t>sie/ihr geht (-n Präsens Pl.)</w:t>
            </w:r>
          </w:p>
        </w:tc>
      </w:tr>
      <w:tr w:rsidR="00F83B1A" w14:paraId="387C16E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36EE05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381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FA0F46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بمرە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CCCA686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21D48BC" w14:textId="77777777" w:rsidR="00F83B1A" w:rsidRDefault="00000000">
            <w:r>
              <w:t>stirb! (Imperativ 2.Sg.)</w:t>
            </w:r>
          </w:p>
        </w:tc>
      </w:tr>
      <w:tr w:rsidR="00F83B1A" w14:paraId="61B0688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B87AE7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382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F3D7A4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بکەن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487D3BA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9D23E65" w14:textId="77777777" w:rsidR="00F83B1A" w:rsidRDefault="00000000">
            <w:r>
              <w:t>tut! (Imperativ Pl.)</w:t>
            </w:r>
          </w:p>
        </w:tc>
      </w:tr>
    </w:tbl>
    <w:p w14:paraId="47A6F9F4" w14:textId="77777777" w:rsidR="00F83B1A" w:rsidRDefault="00F83B1A"/>
    <w:p w14:paraId="6BCFE998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Syntax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26BFC673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24151E6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EEFAAC3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B76DC40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9EC3BD2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48808AE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62CF77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383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61EEB0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بڕیار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B2B07A5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CD0FCD7" w14:textId="77777777" w:rsidR="00F83B1A" w:rsidRDefault="00000000">
            <w:r>
              <w:t>Entscheidung</w:t>
            </w:r>
          </w:p>
        </w:tc>
      </w:tr>
      <w:tr w:rsidR="00F83B1A" w14:paraId="677183E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65DFF7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384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F1D29A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کلیل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CD3CDD2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48BEF8B" w14:textId="77777777" w:rsidR="00F83B1A" w:rsidRDefault="00000000">
            <w:r>
              <w:t>Schlüssel</w:t>
            </w:r>
          </w:p>
        </w:tc>
      </w:tr>
      <w:tr w:rsidR="00F83B1A" w14:paraId="5874BC7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8DD4D8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385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CF3A7A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هەڵپەڕین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A74992D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6251A75" w14:textId="77777777" w:rsidR="00F83B1A" w:rsidRDefault="00000000">
            <w:r>
              <w:t>Tanzen</w:t>
            </w:r>
          </w:p>
        </w:tc>
      </w:tr>
    </w:tbl>
    <w:p w14:paraId="116E0EE6" w14:textId="77777777" w:rsidR="00F83B1A" w:rsidRDefault="00F83B1A"/>
    <w:p w14:paraId="463E4AD9" w14:textId="77777777" w:rsidR="00F83B1A" w:rsidRDefault="00000000">
      <w:pPr>
        <w:keepNext/>
        <w:spacing w:before="240" w:after="120"/>
      </w:pPr>
      <w:r>
        <w:rPr>
          <w:b/>
          <w:color w:val="0B6BCB"/>
          <w:sz w:val="32"/>
        </w:rPr>
        <w:t>Übungen &amp; Spiele</w:t>
      </w:r>
    </w:p>
    <w:p w14:paraId="5ECA30A3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Diktat-Übungen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41844D44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DB8B3D6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1D7CB53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E9FD391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4844628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20D0EA5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B94F04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386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BD2FE6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شاخ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876A61D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ACF6135" w14:textId="77777777" w:rsidR="00F83B1A" w:rsidRDefault="00000000">
            <w:r>
              <w:t>Berg</w:t>
            </w:r>
          </w:p>
        </w:tc>
      </w:tr>
      <w:tr w:rsidR="00F83B1A" w14:paraId="128F315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9BB25B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387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BA3691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پەڕتووک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704C391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CCF94E1" w14:textId="77777777" w:rsidR="00F83B1A" w:rsidRDefault="00000000">
            <w:r>
              <w:t>Buch</w:t>
            </w:r>
          </w:p>
        </w:tc>
      </w:tr>
      <w:tr w:rsidR="00F83B1A" w14:paraId="2C28604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A639F0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388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AD8CEF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کۆمپیتەر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A89E559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73089EF" w14:textId="77777777" w:rsidR="00F83B1A" w:rsidRDefault="00000000">
            <w:r>
              <w:t>Computer</w:t>
            </w:r>
          </w:p>
        </w:tc>
      </w:tr>
      <w:tr w:rsidR="00F83B1A" w14:paraId="0674999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40358F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389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F77EFC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گوند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736005B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DB867D7" w14:textId="77777777" w:rsidR="00F83B1A" w:rsidRDefault="00000000">
            <w:r>
              <w:t>Dorf</w:t>
            </w:r>
          </w:p>
        </w:tc>
      </w:tr>
      <w:tr w:rsidR="00F83B1A" w14:paraId="4A092F4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234302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390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729531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چیرۆک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76669C9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EF50D39" w14:textId="77777777" w:rsidR="00F83B1A" w:rsidRDefault="00000000">
            <w:r>
              <w:t>Geschichte/Märchen</w:t>
            </w:r>
          </w:p>
        </w:tc>
      </w:tr>
      <w:tr w:rsidR="00F83B1A" w14:paraId="4153107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D6896E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391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07123E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داپیرە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F7A6F63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7102472" w14:textId="77777777" w:rsidR="00F83B1A" w:rsidRDefault="00000000">
            <w:r>
              <w:t>Großmutter / Oma</w:t>
            </w:r>
          </w:p>
        </w:tc>
      </w:tr>
      <w:tr w:rsidR="00F83B1A" w14:paraId="51B96AF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AAA8F9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392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C53C48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باپیرە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4A7A172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DE97EFD" w14:textId="77777777" w:rsidR="00F83B1A" w:rsidRDefault="00000000">
            <w:r>
              <w:t>Großvater / Opa</w:t>
            </w:r>
          </w:p>
        </w:tc>
      </w:tr>
      <w:tr w:rsidR="00F83B1A" w14:paraId="6B9EF11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148F19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393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668738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کوردستان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0262904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3003FDD" w14:textId="77777777" w:rsidR="00F83B1A" w:rsidRDefault="00000000">
            <w:r>
              <w:t>Kurdistan</w:t>
            </w:r>
          </w:p>
        </w:tc>
      </w:tr>
      <w:tr w:rsidR="00F83B1A" w14:paraId="186F357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B93666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394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0CC6B0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مانگ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D332E81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F8BFCD4" w14:textId="77777777" w:rsidR="00F83B1A" w:rsidRDefault="00000000">
            <w:r>
              <w:t>Mond / Mond/Monat</w:t>
            </w:r>
          </w:p>
        </w:tc>
      </w:tr>
      <w:tr w:rsidR="00F83B1A" w14:paraId="7299135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D6412D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395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3349E4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قوتابخانە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4A9A6C0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B6EBEC3" w14:textId="77777777" w:rsidR="00F83B1A" w:rsidRDefault="00000000">
            <w:r>
              <w:t>Schule</w:t>
            </w:r>
          </w:p>
        </w:tc>
      </w:tr>
      <w:tr w:rsidR="00F83B1A" w14:paraId="34B1C1D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588861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396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18C055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خۆر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3B5488C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CAD0551" w14:textId="77777777" w:rsidR="00F83B1A" w:rsidRDefault="00000000">
            <w:r>
              <w:t>Sonne</w:t>
            </w:r>
          </w:p>
        </w:tc>
      </w:tr>
      <w:tr w:rsidR="00F83B1A" w14:paraId="3D5A777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265ADD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397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1CB0A6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شار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55B6145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DAF68F6" w14:textId="77777777" w:rsidR="00F83B1A" w:rsidRDefault="00000000">
            <w:r>
              <w:t>Stadt</w:t>
            </w:r>
          </w:p>
        </w:tc>
      </w:tr>
    </w:tbl>
    <w:p w14:paraId="52A6D33F" w14:textId="77777777" w:rsidR="00F83B1A" w:rsidRDefault="00F83B1A"/>
    <w:p w14:paraId="6502F3BF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lastRenderedPageBreak/>
        <w:t>Lernkarten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33D2448C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D4DDAC0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ECDD4F5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96FB9B5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E343495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303B217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49C717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398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0B9F4C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کارکردن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8F0CE50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927A03D" w14:textId="77777777" w:rsidR="00F83B1A" w:rsidRDefault="00000000">
            <w:r>
              <w:t>arbeiten</w:t>
            </w:r>
          </w:p>
        </w:tc>
      </w:tr>
      <w:tr w:rsidR="00F83B1A" w14:paraId="547EC0B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77EF1B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399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C0C21D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ژن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87B3AED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A907FAC" w14:textId="77777777" w:rsidR="00F83B1A" w:rsidRDefault="00000000">
            <w:r>
              <w:t>Frau/Ehefrau / Ehefrau</w:t>
            </w:r>
          </w:p>
        </w:tc>
      </w:tr>
      <w:tr w:rsidR="00F83B1A" w14:paraId="1D96971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DB37D5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400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9DCB5D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بیستن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339ED1F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04AB88C" w14:textId="77777777" w:rsidR="00F83B1A" w:rsidRDefault="00000000">
            <w:r>
              <w:t>hören</w:t>
            </w:r>
          </w:p>
        </w:tc>
      </w:tr>
      <w:tr w:rsidR="00F83B1A" w14:paraId="4A4C05A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53045F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401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7F82BE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دەچم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6B938B4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AC10791" w14:textId="77777777" w:rsidR="00F83B1A" w:rsidRDefault="00000000">
            <w:r>
              <w:t>ich gehe</w:t>
            </w:r>
          </w:p>
        </w:tc>
      </w:tr>
      <w:tr w:rsidR="00F83B1A" w14:paraId="6AE1E77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182293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402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9750B3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دێم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A3CE338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CE5E72A" w14:textId="77777777" w:rsidR="00F83B1A" w:rsidRDefault="00000000">
            <w:r>
              <w:t>ich komme</w:t>
            </w:r>
          </w:p>
        </w:tc>
      </w:tr>
      <w:tr w:rsidR="00F83B1A" w14:paraId="4439FAC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77A66D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403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DC874C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دەی‌بینم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E344643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67867FC" w14:textId="77777777" w:rsidR="00F83B1A" w:rsidRDefault="00000000">
            <w:r>
              <w:t>ich sehe ihn</w:t>
            </w:r>
          </w:p>
        </w:tc>
      </w:tr>
      <w:tr w:rsidR="00F83B1A" w14:paraId="711B459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F55672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404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A63F18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بەڵێ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734B8B5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C9EBF3B" w14:textId="77777777" w:rsidR="00F83B1A" w:rsidRDefault="00000000">
            <w:r>
              <w:t>ja</w:t>
            </w:r>
          </w:p>
        </w:tc>
      </w:tr>
      <w:tr w:rsidR="00F83B1A" w14:paraId="24AA41D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E48FE1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405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14831D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خوێندن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9ACC027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35450BE" w14:textId="77777777" w:rsidR="00F83B1A" w:rsidRDefault="00000000">
            <w:r>
              <w:t>lesen/lernen / lesen</w:t>
            </w:r>
          </w:p>
        </w:tc>
      </w:tr>
      <w:tr w:rsidR="00F83B1A" w14:paraId="06C085D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2ABE2F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406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72FEB9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مێرد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46EA87F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442EE66" w14:textId="77777777" w:rsidR="00F83B1A" w:rsidRDefault="00000000">
            <w:r>
              <w:t>Mann/Ehemann / Ehemann</w:t>
            </w:r>
          </w:p>
        </w:tc>
      </w:tr>
      <w:tr w:rsidR="00F83B1A" w14:paraId="49214AC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2DC3BB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407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5EB997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نا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A6A8C91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49F94EF" w14:textId="77777777" w:rsidR="00F83B1A" w:rsidRDefault="00000000">
            <w:r>
              <w:t>nein</w:t>
            </w:r>
          </w:p>
        </w:tc>
      </w:tr>
      <w:tr w:rsidR="00F83B1A" w14:paraId="08CBF01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D3E5F6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408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CDDD0B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ڕۆژ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49D23CB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B7313CF" w14:textId="77777777" w:rsidR="00F83B1A" w:rsidRDefault="00000000">
            <w:r>
              <w:t>Sonne/Tag / Tag/Sonne / Tag</w:t>
            </w:r>
          </w:p>
        </w:tc>
      </w:tr>
      <w:tr w:rsidR="00F83B1A" w14:paraId="745642C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2C5D6C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409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ACC7963" w14:textId="471D0CA7" w:rsidR="00F83B1A" w:rsidRDefault="00B85387">
            <w:pPr>
              <w:bidi/>
              <w:jc w:val="right"/>
            </w:pPr>
            <w:proofErr w:type="spellStart"/>
            <w:r w:rsidRPr="00B85387">
              <w:rPr>
                <w:rFonts w:cs="Arial"/>
                <w:sz w:val="28"/>
                <w:rtl/>
              </w:rPr>
              <w:t>دووان</w:t>
            </w:r>
            <w:proofErr w:type="spellEnd"/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159AB8D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816F8DF" w14:textId="77777777" w:rsidR="00F83B1A" w:rsidRDefault="00000000">
            <w:r>
              <w:t>sprechen</w:t>
            </w:r>
          </w:p>
        </w:tc>
      </w:tr>
      <w:tr w:rsidR="00F83B1A" w14:paraId="08A90F6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C4C95E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410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11E741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چۆنی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858554B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FCD0E43" w14:textId="77777777" w:rsidR="00F83B1A" w:rsidRDefault="00000000">
            <w:r>
              <w:t>wie geht's?</w:t>
            </w:r>
          </w:p>
        </w:tc>
      </w:tr>
    </w:tbl>
    <w:p w14:paraId="58C003C8" w14:textId="77777777" w:rsidR="00F83B1A" w:rsidRDefault="00F83B1A"/>
    <w:p w14:paraId="595E000C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Memory-Vokabeln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24550E6B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634B7E3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F7F25AE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BD5501D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16F4274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2FB2317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E16F42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411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1A0E32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کەروێشک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438328E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AF83911" w14:textId="77777777" w:rsidR="00F83B1A" w:rsidRDefault="00000000">
            <w:r>
              <w:t>Hase</w:t>
            </w:r>
          </w:p>
        </w:tc>
      </w:tr>
      <w:tr w:rsidR="00F83B1A" w14:paraId="68C199D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220236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412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5FC093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کوڵک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0F9EC5A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EED1813" w14:textId="77777777" w:rsidR="00F83B1A" w:rsidRDefault="00000000">
            <w:r>
              <w:t>Hund (jung)</w:t>
            </w:r>
          </w:p>
        </w:tc>
      </w:tr>
      <w:tr w:rsidR="00F83B1A" w14:paraId="1135B30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638DB5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413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E43CF4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مانگا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A73D0D9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82010EA" w14:textId="77777777" w:rsidR="00F83B1A" w:rsidRDefault="00000000">
            <w:r>
              <w:t>Kuh</w:t>
            </w:r>
          </w:p>
        </w:tc>
      </w:tr>
      <w:tr w:rsidR="00F83B1A" w14:paraId="70441DB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422F5F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414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C42719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وەرز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C0DD4BF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9A7AA7C" w14:textId="77777777" w:rsidR="00F83B1A" w:rsidRDefault="00000000">
            <w:r>
              <w:t>Lamm</w:t>
            </w:r>
          </w:p>
        </w:tc>
      </w:tr>
      <w:tr w:rsidR="00F83B1A" w14:paraId="5992EA5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034674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415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569A21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دانیشتن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07C5420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CB43CF1" w14:textId="77777777" w:rsidR="00F83B1A" w:rsidRDefault="00000000">
            <w:r>
              <w:t>sitzen</w:t>
            </w:r>
          </w:p>
        </w:tc>
      </w:tr>
      <w:tr w:rsidR="00F83B1A" w14:paraId="5A09074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43561D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416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EF6C168" w14:textId="53CA84F0" w:rsidR="00F83B1A" w:rsidRDefault="00B85387">
            <w:pPr>
              <w:bidi/>
              <w:jc w:val="right"/>
            </w:pPr>
            <w:proofErr w:type="spellStart"/>
            <w:r w:rsidRPr="00B85387">
              <w:rPr>
                <w:rFonts w:cs="Arial"/>
                <w:sz w:val="28"/>
                <w:rtl/>
              </w:rPr>
              <w:t>چۆلەکە</w:t>
            </w:r>
            <w:proofErr w:type="spellEnd"/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B667FE3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644D76B" w14:textId="77777777" w:rsidR="00F83B1A" w:rsidRDefault="00000000">
            <w:r>
              <w:t>Spatz</w:t>
            </w:r>
          </w:p>
        </w:tc>
      </w:tr>
      <w:tr w:rsidR="00F83B1A" w14:paraId="2CD5F28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769F03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417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63210C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باڵندە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9BA7A1B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1EB5984" w14:textId="77777777" w:rsidR="00F83B1A" w:rsidRDefault="00000000">
            <w:r>
              <w:t>Vogel</w:t>
            </w:r>
          </w:p>
        </w:tc>
      </w:tr>
    </w:tbl>
    <w:p w14:paraId="26C5C2CB" w14:textId="77777777" w:rsidR="00F83B1A" w:rsidRDefault="00F83B1A"/>
    <w:p w14:paraId="0BCE9D7F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Wortwolke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118"/>
        <w:gridCol w:w="1984"/>
        <w:gridCol w:w="3288"/>
      </w:tblGrid>
      <w:tr w:rsidR="00F83B1A" w14:paraId="40A89071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107CCA03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11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1E5E8366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1984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AE39D46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Latein</w:t>
            </w:r>
          </w:p>
        </w:tc>
        <w:tc>
          <w:tcPr>
            <w:tcW w:w="3288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9154943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49B8E6E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DBA17B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lastRenderedPageBreak/>
              <w:t>418</w:t>
            </w:r>
          </w:p>
        </w:tc>
        <w:tc>
          <w:tcPr>
            <w:tcW w:w="311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72BB69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ژیان</w:t>
            </w:r>
          </w:p>
        </w:tc>
        <w:tc>
          <w:tcPr>
            <w:tcW w:w="1984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307CDA4" w14:textId="77777777" w:rsidR="00F83B1A" w:rsidRDefault="00000000">
            <w:r>
              <w:rPr>
                <w:i/>
                <w:color w:val="555555"/>
                <w:sz w:val="20"/>
              </w:rPr>
              <w:t>—</w:t>
            </w:r>
          </w:p>
        </w:tc>
        <w:tc>
          <w:tcPr>
            <w:tcW w:w="3288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D68D4CF" w14:textId="77777777" w:rsidR="00F83B1A" w:rsidRDefault="00000000">
            <w:r>
              <w:t>Leben</w:t>
            </w:r>
          </w:p>
        </w:tc>
      </w:tr>
    </w:tbl>
    <w:p w14:paraId="55804194" w14:textId="77777777" w:rsidR="00F83B1A" w:rsidRDefault="00F83B1A"/>
    <w:p w14:paraId="3460B40A" w14:textId="77777777" w:rsidR="00F83B1A" w:rsidRDefault="00000000">
      <w:r>
        <w:br w:type="page"/>
      </w:r>
    </w:p>
    <w:p w14:paraId="7CE7C556" w14:textId="77777777" w:rsidR="00F83B1A" w:rsidRDefault="00000000">
      <w:pPr>
        <w:keepNext/>
        <w:spacing w:before="360" w:after="120"/>
      </w:pPr>
      <w:r>
        <w:rPr>
          <w:b/>
          <w:color w:val="0B6BCB"/>
          <w:sz w:val="40"/>
        </w:rPr>
        <w:lastRenderedPageBreak/>
        <w:t>Teil 2 — Sätze und Phrasen</w:t>
      </w:r>
    </w:p>
    <w:p w14:paraId="628A6F0C" w14:textId="77777777" w:rsidR="00F83B1A" w:rsidRDefault="00000000">
      <w:pPr>
        <w:spacing w:after="80"/>
      </w:pPr>
      <w:r>
        <w:rPr>
          <w:i/>
          <w:color w:val="666666"/>
        </w:rPr>
        <w:t>Insgesamt 447 Sätze und Phrasen für natürliche Sprachpraxis.</w:t>
      </w:r>
    </w:p>
    <w:p w14:paraId="73D31478" w14:textId="77777777" w:rsidR="00F83B1A" w:rsidRDefault="00F83B1A"/>
    <w:p w14:paraId="03C53C21" w14:textId="77777777" w:rsidR="00F83B1A" w:rsidRDefault="00000000">
      <w:pPr>
        <w:keepNext/>
        <w:spacing w:before="240" w:after="120"/>
      </w:pPr>
      <w:r>
        <w:rPr>
          <w:b/>
          <w:color w:val="0B6BCB"/>
          <w:sz w:val="32"/>
        </w:rPr>
        <w:t>Begrüßung &amp; Alltag</w:t>
      </w:r>
    </w:p>
    <w:p w14:paraId="40A06D1E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Kommunikation &amp; Begrüßung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02E70674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586FB67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66780A7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BBF3F2A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4C73F04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3EF3B9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419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BCE43E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خوا لەگەڵ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3101EA1" w14:textId="77777777" w:rsidR="00F83B1A" w:rsidRDefault="00000000">
            <w:r>
              <w:t>Auf Wiedersehen (wörtl. „Gott sei mit dir") / auf Wiedersehen</w:t>
            </w:r>
          </w:p>
        </w:tc>
      </w:tr>
      <w:tr w:rsidR="00F83B1A" w14:paraId="428370D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6D60CA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420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CAFCD8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شەو باش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F6CF86D" w14:textId="77777777" w:rsidR="00F83B1A" w:rsidRDefault="00000000">
            <w:r>
              <w:t>Gute Nacht / gute Nacht</w:t>
            </w:r>
          </w:p>
        </w:tc>
      </w:tr>
      <w:tr w:rsidR="00F83B1A" w14:paraId="36B0EC3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78DFDD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421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D50115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خۆشی بچی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3B660EA" w14:textId="77777777" w:rsidR="00F83B1A" w:rsidRDefault="00000000">
            <w:r>
              <w:t>Gute Reise / mach's gut</w:t>
            </w:r>
          </w:p>
        </w:tc>
      </w:tr>
      <w:tr w:rsidR="00F83B1A" w14:paraId="0D7D981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C61DEF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422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1B3179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ئێوارە باش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E9D2412" w14:textId="77777777" w:rsidR="00F83B1A" w:rsidRDefault="00000000">
            <w:r>
              <w:t>Guten Abend</w:t>
            </w:r>
          </w:p>
        </w:tc>
      </w:tr>
      <w:tr w:rsidR="00F83B1A" w14:paraId="244DE2E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63F694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423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9B62C2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بەیانی باش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CC95EFE" w14:textId="77777777" w:rsidR="00F83B1A" w:rsidRDefault="00000000">
            <w:r>
              <w:t>Guten Morgen (bis ca. 11 Uhr) / guten Morgen</w:t>
            </w:r>
          </w:p>
        </w:tc>
      </w:tr>
      <w:tr w:rsidR="00F83B1A" w14:paraId="59CFD5D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B07A83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424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FCC309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نیوەڕۆ باش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77049E5" w14:textId="77777777" w:rsidR="00F83B1A" w:rsidRDefault="00000000">
            <w:r>
              <w:t>Guten Tag (Mittagszeit)</w:t>
            </w:r>
          </w:p>
        </w:tc>
      </w:tr>
      <w:tr w:rsidR="00F83B1A" w14:paraId="5AFF169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54C934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425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5BA8DF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ناوم … ـە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0E42227" w14:textId="77777777" w:rsidR="00F83B1A" w:rsidRDefault="00000000">
            <w:r>
              <w:t>Mein Name ist …</w:t>
            </w:r>
          </w:p>
        </w:tc>
      </w:tr>
      <w:tr w:rsidR="00F83B1A" w14:paraId="6038895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711C82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426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038C70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چۆنیت؟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D38343B" w14:textId="77777777" w:rsidR="00F83B1A" w:rsidRDefault="00000000">
            <w:r>
              <w:t>Wie geht es dir? (Sg.)</w:t>
            </w:r>
          </w:p>
        </w:tc>
      </w:tr>
      <w:tr w:rsidR="00F83B1A" w14:paraId="306F932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3FA64A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427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7F4AA3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چۆنن؟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03305BB" w14:textId="77777777" w:rsidR="00F83B1A" w:rsidRDefault="00000000">
            <w:r>
              <w:t>Wie geht es euch/Ihnen? (Pl.)</w:t>
            </w:r>
          </w:p>
        </w:tc>
      </w:tr>
      <w:tr w:rsidR="00F83B1A" w14:paraId="6D36FBA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36E00A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428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E1D238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 خۆشی بێ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EE89F5F" w14:textId="77777777" w:rsidR="00F83B1A" w:rsidRDefault="00000000">
            <w:r>
              <w:t>Willkommen (beim Ankommen)</w:t>
            </w:r>
          </w:p>
        </w:tc>
      </w:tr>
    </w:tbl>
    <w:p w14:paraId="7161A835" w14:textId="77777777" w:rsidR="00F83B1A" w:rsidRDefault="00F83B1A"/>
    <w:p w14:paraId="4A7EF868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Chat-Dialoge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0FFC9355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40C9111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125E023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51489F0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4BA9522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7ACE0D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429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E3B9F4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گەیشتین! بەهای دە یۆرۆیە.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05B5A71" w14:textId="77777777" w:rsidR="00F83B1A" w:rsidRDefault="00000000">
            <w:r>
              <w:t>Angekommen! Das macht 10 Euro.</w:t>
            </w:r>
          </w:p>
        </w:tc>
      </w:tr>
      <w:tr w:rsidR="00F83B1A" w14:paraId="63A9211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9C094D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430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C1B67C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وێستگەی شەمەندەفەر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2683AEB" w14:textId="77777777" w:rsidR="00F83B1A" w:rsidRDefault="00000000">
            <w:r>
              <w:t>Bahnhof</w:t>
            </w:r>
          </w:p>
        </w:tc>
      </w:tr>
      <w:tr w:rsidR="00F83B1A" w14:paraId="62BD397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A6823E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431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8367B5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سوپاس، بەتامە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D2655FB" w14:textId="77777777" w:rsidR="00F83B1A" w:rsidRDefault="00000000">
            <w:r>
              <w:t>Danke, lecker</w:t>
            </w:r>
          </w:p>
        </w:tc>
      </w:tr>
      <w:tr w:rsidR="00F83B1A" w14:paraId="6EBC570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051E49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432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0BC543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سوپاس، خۆش بنیشە!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3F6D0FD" w14:textId="77777777" w:rsidR="00F83B1A" w:rsidRDefault="00000000">
            <w:r>
              <w:t>Danke, schönen Tag!</w:t>
            </w:r>
          </w:p>
        </w:tc>
      </w:tr>
      <w:tr w:rsidR="00F83B1A" w14:paraId="496BF2B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A6438B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433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1E141D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بەهای پێنج یۆرۆیە.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9A6A746" w14:textId="77777777" w:rsidR="00F83B1A" w:rsidRDefault="00000000">
            <w:r>
              <w:t>Das macht 5 Euro.</w:t>
            </w:r>
          </w:p>
        </w:tc>
      </w:tr>
      <w:tr w:rsidR="00F83B1A" w14:paraId="7B611D8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D4A14A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434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E06B51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چاوەڕێی بچکۆلە بکە، تکایە.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25E0135" w14:textId="77777777" w:rsidR="00F83B1A" w:rsidRDefault="00000000">
            <w:r>
              <w:t>Einen Moment bitte.</w:t>
            </w:r>
          </w:p>
        </w:tc>
      </w:tr>
      <w:tr w:rsidR="00F83B1A" w14:paraId="08777D2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7B6A4A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435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4D66D3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چایێک تکایە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128775B" w14:textId="77777777" w:rsidR="00F83B1A" w:rsidRDefault="00000000">
            <w:r>
              <w:t>Einen Tee bitte</w:t>
            </w:r>
          </w:p>
        </w:tc>
      </w:tr>
      <w:tr w:rsidR="00F83B1A" w14:paraId="0772787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B09299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436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98E7FA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شیرینی هەیە، بخۆ!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AC5203C" w14:textId="77777777" w:rsidR="00F83B1A" w:rsidRDefault="00000000">
            <w:r>
              <w:t>Es gibt Süßigkeiten, iss!</w:t>
            </w:r>
          </w:p>
        </w:tc>
      </w:tr>
      <w:tr w:rsidR="00F83B1A" w14:paraId="19B3D0D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D84187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lastRenderedPageBreak/>
              <w:t>437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FAB5FA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شادمانم بە ناسینت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C815C04" w14:textId="77777777" w:rsidR="00F83B1A" w:rsidRDefault="00000000">
            <w:r>
              <w:t>Freut mich, dich kennenzulernen</w:t>
            </w:r>
          </w:p>
        </w:tc>
      </w:tr>
      <w:tr w:rsidR="00F83B1A" w14:paraId="12A269B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25F4AE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438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CC868D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باشە. لێرە یان بۆ خۆتان بەن؟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F6BB8EE" w14:textId="77777777" w:rsidR="00F83B1A" w:rsidRDefault="00000000">
            <w:r>
              <w:t>Gut. Hier oder zum Mitnehmen?</w:t>
            </w:r>
          </w:p>
        </w:tc>
      </w:tr>
      <w:tr w:rsidR="00F83B1A" w14:paraId="349B3B9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BBE507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439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F22E8C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چاکبوون!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9484567" w14:textId="77777777" w:rsidR="00F83B1A" w:rsidRDefault="00000000">
            <w:r>
              <w:t>Gute Besserung!</w:t>
            </w:r>
          </w:p>
        </w:tc>
      </w:tr>
      <w:tr w:rsidR="00F83B1A" w14:paraId="16C176A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24ABC8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440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82FF76A" w14:textId="08645FC2" w:rsidR="00F83B1A" w:rsidRDefault="00000000">
            <w:pPr>
              <w:bidi/>
              <w:jc w:val="right"/>
            </w:pPr>
            <w:proofErr w:type="spellStart"/>
            <w:r>
              <w:rPr>
                <w:sz w:val="28"/>
                <w:rtl/>
              </w:rPr>
              <w:t>سڵاو</w:t>
            </w:r>
            <w:proofErr w:type="spellEnd"/>
            <w:r>
              <w:rPr>
                <w:sz w:val="28"/>
                <w:rtl/>
              </w:rPr>
              <w:t xml:space="preserve">، ناوم </w:t>
            </w:r>
            <w:proofErr w:type="spellStart"/>
            <w:r>
              <w:rPr>
                <w:sz w:val="28"/>
                <w:rtl/>
              </w:rPr>
              <w:t>ساما</w:t>
            </w:r>
            <w:r w:rsidR="00B85387">
              <w:rPr>
                <w:rFonts w:hint="cs"/>
                <w:sz w:val="28"/>
                <w:rtl/>
              </w:rPr>
              <w:t>ڵ</w:t>
            </w:r>
            <w:r>
              <w:rPr>
                <w:sz w:val="28"/>
                <w:rtl/>
              </w:rPr>
              <w:t>ە</w:t>
            </w:r>
            <w:proofErr w:type="spellEnd"/>
            <w:r>
              <w:rPr>
                <w:sz w:val="28"/>
                <w:rtl/>
              </w:rPr>
              <w:t>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3336BF4" w14:textId="77777777" w:rsidR="00F83B1A" w:rsidRDefault="00000000">
            <w:r>
              <w:t>Hallo, ich heiße Samal.</w:t>
            </w:r>
          </w:p>
        </w:tc>
      </w:tr>
      <w:tr w:rsidR="00F83B1A" w14:paraId="0A6D14A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6F2176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441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077798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سڵاو، ناوم …ـە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27DAD45" w14:textId="77777777" w:rsidR="00F83B1A" w:rsidRDefault="00000000">
            <w:r>
              <w:t>Hallo, ich heiße …</w:t>
            </w:r>
          </w:p>
        </w:tc>
      </w:tr>
      <w:tr w:rsidR="00F83B1A" w14:paraId="272E0AD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5BCE87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442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B2EC26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ئەمڕۆ دەستی پێ کرد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BE47A21" w14:textId="77777777" w:rsidR="00F83B1A" w:rsidRDefault="00000000">
            <w:r>
              <w:t>Heute angefangen</w:t>
            </w:r>
          </w:p>
        </w:tc>
      </w:tr>
      <w:tr w:rsidR="00F83B1A" w14:paraId="22861C6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C63E06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443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EA4D5F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فەرموو، سوپاس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4B22D70" w14:textId="77777777" w:rsidR="00F83B1A" w:rsidRDefault="00000000">
            <w:r>
              <w:t>Hier bitte, danke</w:t>
            </w:r>
          </w:p>
        </w:tc>
      </w:tr>
      <w:tr w:rsidR="00F83B1A" w14:paraId="721B4BE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DFD22F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444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3324AD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تێرم، زۆر سوپاس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B6F263F" w14:textId="77777777" w:rsidR="00F83B1A" w:rsidRDefault="00000000">
            <w:r>
              <w:t>Ich bin satt, vielen Dank</w:t>
            </w:r>
          </w:p>
        </w:tc>
      </w:tr>
      <w:tr w:rsidR="00F83B1A" w14:paraId="310B577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C3BB0E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445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8FECC5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تام هەیە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1F0E198" w14:textId="77777777" w:rsidR="00F83B1A" w:rsidRDefault="00000000">
            <w:r>
              <w:t>Ich habe Fieber</w:t>
            </w:r>
          </w:p>
        </w:tc>
      </w:tr>
      <w:tr w:rsidR="00F83B1A" w14:paraId="278A197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B27428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446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C2F134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کوردی فێر بووم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503380D" w14:textId="77777777" w:rsidR="00F83B1A" w:rsidRDefault="00000000">
            <w:r>
              <w:t>Ich habe Kurdisch gelernt</w:t>
            </w:r>
          </w:p>
        </w:tc>
      </w:tr>
      <w:tr w:rsidR="00F83B1A" w14:paraId="01D8758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8000D1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447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5045A1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خەڵکی ئاڵمانیام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302147B" w14:textId="77777777" w:rsidR="00F83B1A" w:rsidRDefault="00000000">
            <w:r>
              <w:t>Ich komme aus Deutschland</w:t>
            </w:r>
          </w:p>
        </w:tc>
      </w:tr>
      <w:tr w:rsidR="00F83B1A" w14:paraId="6B12B7A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8214A0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448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022EAA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خەڵکی کوردستانم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690C643" w14:textId="77777777" w:rsidR="00F83B1A" w:rsidRDefault="00000000">
            <w:r>
              <w:t>Ich komme aus Kurdistan</w:t>
            </w:r>
          </w:p>
        </w:tc>
      </w:tr>
      <w:tr w:rsidR="00F83B1A" w14:paraId="1F9897A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81C6E2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449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5BB1BB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دەرمانت دەنووسم. ڕۆژی سێ جار بخۆ.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6225EB7" w14:textId="77777777" w:rsidR="00F83B1A" w:rsidRDefault="00000000">
            <w:r>
              <w:t>Ich verschreibe Medikament. 3-mal täglich.</w:t>
            </w:r>
          </w:p>
        </w:tc>
      </w:tr>
      <w:tr w:rsidR="00F83B1A" w14:paraId="1D0C4F2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BFDCCC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450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2A617E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دانیشتووی بەرلینم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8F0E84C" w14:textId="77777777" w:rsidR="00F83B1A" w:rsidRDefault="00000000">
            <w:r>
              <w:t>Ich wohne in Berlin</w:t>
            </w:r>
          </w:p>
        </w:tc>
      </w:tr>
      <w:tr w:rsidR="00F83B1A" w14:paraId="4B9C981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C445C3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451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592586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ماڵتان زۆر جوانە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A578BD7" w14:textId="77777777" w:rsidR="00F83B1A" w:rsidRDefault="00000000">
            <w:r>
              <w:t>Ihr Haus ist sehr schön</w:t>
            </w:r>
          </w:p>
        </w:tc>
      </w:tr>
      <w:tr w:rsidR="00F83B1A" w14:paraId="1667EE5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182794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452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574507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بەڵێ، چاش تکایە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A40E397" w14:textId="77777777" w:rsidR="00F83B1A" w:rsidRDefault="00000000">
            <w:r>
              <w:t>Ja, auch Tee bitte</w:t>
            </w:r>
          </w:p>
        </w:tc>
      </w:tr>
      <w:tr w:rsidR="00F83B1A" w14:paraId="5269636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C2EB12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453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64F1E8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بەڵێ، تکایە بە پەلە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453EAF3" w14:textId="77777777" w:rsidR="00F83B1A" w:rsidRDefault="00000000">
            <w:r>
              <w:t>Ja, bitte schnell</w:t>
            </w:r>
          </w:p>
        </w:tc>
      </w:tr>
      <w:tr w:rsidR="00F83B1A" w14:paraId="05E5907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017AC0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454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72E7BA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بەڵێ، کێکێک تکایە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D4B8977" w14:textId="77777777" w:rsidR="00F83B1A" w:rsidRDefault="00000000">
            <w:r>
              <w:t>Ja, ein Stück Kuchen bitte</w:t>
            </w:r>
          </w:p>
        </w:tc>
      </w:tr>
      <w:tr w:rsidR="00F83B1A" w14:paraId="4DBA283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2E4173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455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35ABD9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بەڵێ، فێردەبم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B274CCE" w14:textId="77777777" w:rsidR="00F83B1A" w:rsidRDefault="00000000">
            <w:r>
              <w:t>Ja, ich lerne</w:t>
            </w:r>
          </w:p>
        </w:tc>
      </w:tr>
      <w:tr w:rsidR="00F83B1A" w14:paraId="5712291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9A6AF3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456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A9C788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قاوە، ئەگەر دەکرێت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FC942BD" w14:textId="77777777" w:rsidR="00F83B1A" w:rsidRDefault="00000000">
            <w:r>
              <w:t>Kaffee, wenn möglich</w:t>
            </w:r>
          </w:p>
        </w:tc>
      </w:tr>
      <w:tr w:rsidR="00F83B1A" w14:paraId="7BA0AF1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EC069A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457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6A1C18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دەتوانم بە کارت بدەم؟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68AF332" w14:textId="77777777" w:rsidR="00F83B1A" w:rsidRDefault="00000000">
            <w:r>
              <w:t>Kann ich mit Karte zahlen?</w:t>
            </w:r>
          </w:p>
        </w:tc>
      </w:tr>
      <w:tr w:rsidR="00F83B1A" w14:paraId="266ACFB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E6ABF3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458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037103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کوردی فێردەبیت؟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B765A16" w14:textId="77777777" w:rsidR="00F83B1A" w:rsidRDefault="00000000">
            <w:r>
              <w:t>Lernst du Kurdisch?</w:t>
            </w:r>
          </w:p>
        </w:tc>
      </w:tr>
      <w:tr w:rsidR="00F83B1A" w14:paraId="0BAA5AB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AB0660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459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C4697E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زگم دێشێت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B3F04DD" w14:textId="77777777" w:rsidR="00F83B1A" w:rsidRDefault="00000000">
            <w:r>
              <w:t>Mein Bauch tut weh</w:t>
            </w:r>
          </w:p>
        </w:tc>
      </w:tr>
      <w:tr w:rsidR="00F83B1A" w14:paraId="4A34473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167F74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460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C871B5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سەرم دێشێت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631A92F" w14:textId="77777777" w:rsidR="00F83B1A" w:rsidRDefault="00000000">
            <w:r>
              <w:t>Mein Kopf tut weh</w:t>
            </w:r>
          </w:p>
        </w:tc>
      </w:tr>
      <w:tr w:rsidR="00F83B1A" w14:paraId="7263837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29CEC5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461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923738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نا سوپاس، تەنیا ئەمە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01435E0" w14:textId="77777777" w:rsidR="00F83B1A" w:rsidRDefault="00000000">
            <w:r>
              <w:t>Nein danke, nur das</w:t>
            </w:r>
          </w:p>
        </w:tc>
      </w:tr>
      <w:tr w:rsidR="00F83B1A" w14:paraId="52973FD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EB6D20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462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6A35A8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نا، کاتم هەیە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3D52271" w14:textId="77777777" w:rsidR="00F83B1A" w:rsidRDefault="00000000">
            <w:r>
              <w:t>Nein, ich habe Zeit</w:t>
            </w:r>
          </w:p>
        </w:tc>
      </w:tr>
      <w:tr w:rsidR="00F83B1A" w14:paraId="0D12937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F77E4A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463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58BCF8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تەنیا یەک نان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FA66236" w14:textId="77777777" w:rsidR="00F83B1A" w:rsidRDefault="00000000">
            <w:r>
              <w:t>Nur ein Brot</w:t>
            </w:r>
          </w:p>
        </w:tc>
      </w:tr>
      <w:tr w:rsidR="00F83B1A" w14:paraId="28EE40B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CB06B5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464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712AF0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باشە، چەند کاتژمێرت لێ دەخوازرێت؟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2D1E294" w14:textId="77777777" w:rsidR="00F83B1A" w:rsidRDefault="00000000">
            <w:r>
              <w:t>Okay, hast du es eilig?</w:t>
            </w:r>
          </w:p>
        </w:tc>
      </w:tr>
      <w:tr w:rsidR="00F83B1A" w14:paraId="21E03D6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734F34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lastRenderedPageBreak/>
              <w:t>465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567073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باشە. شتی دیکە؟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C8BFFC6" w14:textId="77777777" w:rsidR="00F83B1A" w:rsidRDefault="00000000">
            <w:r>
              <w:t>Okay. Sonst noch etwas?</w:t>
            </w:r>
          </w:p>
        </w:tc>
      </w:tr>
      <w:tr w:rsidR="00F83B1A" w14:paraId="0AA4350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29F5BA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466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68CC07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دەشلێت پێنج یۆرۆی دیکە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0C11736" w14:textId="77777777" w:rsidR="00F83B1A" w:rsidRDefault="00000000">
            <w:r>
              <w:t>Plus 5 Euro Trinkgeld</w:t>
            </w:r>
          </w:p>
        </w:tc>
      </w:tr>
      <w:tr w:rsidR="00F83B1A" w14:paraId="30EC68F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8923EA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467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D7A897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زۆر باشە! بەهیوام ڕۆژێک دیسان ببینمت.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0F84E9B" w14:textId="77777777" w:rsidR="00F83B1A" w:rsidRDefault="00000000">
            <w:r>
              <w:t>Sehr gut! Hoffentlich sehen wir uns wieder.</w:t>
            </w:r>
          </w:p>
        </w:tc>
      </w:tr>
      <w:tr w:rsidR="00F83B1A" w14:paraId="2DC1ABB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883078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468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5C5547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چەند ڕۆژە هەتە؟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E45FB2D" w14:textId="77777777" w:rsidR="00F83B1A" w:rsidRDefault="00000000">
            <w:r>
              <w:t>Seit wie vielen Tagen?</w:t>
            </w:r>
          </w:p>
        </w:tc>
      </w:tr>
      <w:tr w:rsidR="00F83B1A" w14:paraId="70177C7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9E45D9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469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8E693B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دوو ڕۆژە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0BCA51F" w14:textId="77777777" w:rsidR="00F83B1A" w:rsidRDefault="00000000">
            <w:r>
              <w:t>Seit zwei Tagen</w:t>
            </w:r>
          </w:p>
        </w:tc>
      </w:tr>
      <w:tr w:rsidR="00F83B1A" w14:paraId="45C283B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00EB1C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470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EC7035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شتی دیکە؟ کێکمان هەیە.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3D74D70" w14:textId="77777777" w:rsidR="00F83B1A" w:rsidRDefault="00000000">
            <w:r>
              <w:t>Sonst noch was? Wir haben Kuchen.</w:t>
            </w:r>
          </w:p>
        </w:tc>
      </w:tr>
      <w:tr w:rsidR="00F83B1A" w14:paraId="015D119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24344D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471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9B4CBA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چا تکایە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7F51CC2" w14:textId="77777777" w:rsidR="00F83B1A" w:rsidRDefault="00000000">
            <w:r>
              <w:t>Tee bitte</w:t>
            </w:r>
          </w:p>
        </w:tc>
      </w:tr>
      <w:tr w:rsidR="00F83B1A" w14:paraId="29E9D4D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A77F8B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472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78E375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چا یان قاوە؟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5ECD666" w14:textId="77777777" w:rsidR="00F83B1A" w:rsidRDefault="00000000">
            <w:r>
              <w:t>Tee oder Kaffee?</w:t>
            </w:r>
          </w:p>
        </w:tc>
      </w:tr>
      <w:tr w:rsidR="00F83B1A" w14:paraId="4DB99A3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A96B7B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473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311994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زۆر سوپاس، بەخێر بچیتەوە!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532176D" w14:textId="77777777" w:rsidR="00F83B1A" w:rsidRDefault="00000000">
            <w:r>
              <w:t>Vielen Dank, auf Wiedersehen!</w:t>
            </w:r>
          </w:p>
        </w:tc>
      </w:tr>
      <w:tr w:rsidR="00F83B1A" w14:paraId="3812E6F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45F411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474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55035B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زۆر سوپاس دکتۆر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12A8A92" w14:textId="77777777" w:rsidR="00F83B1A" w:rsidRDefault="00000000">
            <w:r>
              <w:t>Vielen Dank, Doktor</w:t>
            </w:r>
          </w:p>
        </w:tc>
      </w:tr>
      <w:tr w:rsidR="00F83B1A" w14:paraId="220ABC3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83483F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475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1B6EDC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کاتی خواردنی پێش یان دواى؟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1CC9F5F" w14:textId="77777777" w:rsidR="00F83B1A" w:rsidRDefault="00000000">
            <w:r>
              <w:t>Vor oder nach dem Essen?</w:t>
            </w:r>
          </w:p>
        </w:tc>
      </w:tr>
      <w:tr w:rsidR="00F83B1A" w14:paraId="3CECB11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0E2F5A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476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DF7D61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چی کێکتان هەیە؟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7DC63C7" w14:textId="77777777" w:rsidR="00F83B1A" w:rsidRDefault="00000000">
            <w:r>
              <w:t>Was für Kuchen haben Sie?</w:t>
            </w:r>
          </w:p>
        </w:tc>
      </w:tr>
      <w:tr w:rsidR="00F83B1A" w14:paraId="0944A61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F51C8F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477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F97AC3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ئاو بەسە بۆ من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8B740FA" w14:textId="77777777" w:rsidR="00F83B1A" w:rsidRDefault="00000000">
            <w:r>
              <w:t>Wasser reicht</w:t>
            </w:r>
          </w:p>
        </w:tc>
      </w:tr>
      <w:tr w:rsidR="00F83B1A" w14:paraId="70D3033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9A4901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478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938334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چۆنیت؟ چی پێت دەژێت؟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C14B0E4" w14:textId="77777777" w:rsidR="00F83B1A" w:rsidRDefault="00000000">
            <w:r>
              <w:t>Wie geht's? Was tut weh?</w:t>
            </w:r>
          </w:p>
        </w:tc>
      </w:tr>
      <w:tr w:rsidR="00F83B1A" w14:paraId="0754CAF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A2EBCC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479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E0D04D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چەند دەکات؟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480AC09" w14:textId="77777777" w:rsidR="00F83B1A" w:rsidRDefault="00000000">
            <w:r>
              <w:t>Wie viel kostet das?</w:t>
            </w:r>
          </w:p>
        </w:tc>
      </w:tr>
      <w:tr w:rsidR="00F83B1A" w14:paraId="6570CE0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AFBE6C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480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CD2750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 خۆشی بێیت! فەرموو، دانیشە.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0E17C79" w14:textId="77777777" w:rsidR="00F83B1A" w:rsidRDefault="00000000">
            <w:r>
              <w:t>Willkommen! Bitte setz dich.</w:t>
            </w:r>
          </w:p>
        </w:tc>
      </w:tr>
      <w:tr w:rsidR="00F83B1A" w14:paraId="5CEB680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39CB27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481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D7869D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 خۆشی بێیتەوە! کاتێکی دیکە بێ بۆ ماڵەکەم.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F800277" w14:textId="77777777" w:rsidR="00F83B1A" w:rsidRDefault="00000000">
            <w:r>
              <w:t>Willkommen! Komm bald wieder.</w:t>
            </w:r>
          </w:p>
        </w:tc>
      </w:tr>
      <w:tr w:rsidR="00F83B1A" w14:paraId="323F8D3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E026B0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482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DD08B8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 خۆشی بێیت! چی دەتەوێت؟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485F61D" w14:textId="77777777" w:rsidR="00F83B1A" w:rsidRDefault="00000000">
            <w:r>
              <w:t>Willkommen! Was möchten Sie?</w:t>
            </w:r>
          </w:p>
        </w:tc>
      </w:tr>
      <w:tr w:rsidR="00F83B1A" w14:paraId="5EEC779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B19C9F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483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76668D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 خۆشی بێیت! چی دەخۆیتەوە؟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ED0E4F5" w14:textId="77777777" w:rsidR="00F83B1A" w:rsidRDefault="00000000">
            <w:r>
              <w:t>Willkommen! Was trinken Sie?</w:t>
            </w:r>
          </w:p>
        </w:tc>
      </w:tr>
      <w:tr w:rsidR="00F83B1A" w14:paraId="7F442D7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0B423E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484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9D17B0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خەڵکی کوێی؟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468B067" w14:textId="77777777" w:rsidR="00F83B1A" w:rsidRDefault="00000000">
            <w:r>
              <w:t>Woher kommst du?</w:t>
            </w:r>
          </w:p>
        </w:tc>
      </w:tr>
      <w:tr w:rsidR="00F83B1A" w14:paraId="50F5D06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5921EF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485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1BA4AF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بۆ کوێ؟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2D99A00" w14:textId="77777777" w:rsidR="00F83B1A" w:rsidRDefault="00000000">
            <w:r>
              <w:t>Wohin?</w:t>
            </w:r>
          </w:p>
        </w:tc>
      </w:tr>
      <w:tr w:rsidR="00F83B1A" w14:paraId="353AC58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14937E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486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0F2074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بۆ نەخۆشخانە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00F479B" w14:textId="77777777" w:rsidR="00F83B1A" w:rsidRDefault="00000000">
            <w:r>
              <w:t>Zum Krankenhaus</w:t>
            </w:r>
          </w:p>
        </w:tc>
      </w:tr>
      <w:tr w:rsidR="00F83B1A" w14:paraId="720D0E8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AB872B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487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115591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بۆ خۆم دەبەم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B0821FF" w14:textId="77777777" w:rsidR="00F83B1A" w:rsidRDefault="00000000">
            <w:r>
              <w:t>Zum Mitnehmen</w:t>
            </w:r>
          </w:p>
        </w:tc>
      </w:tr>
      <w:tr w:rsidR="00F83B1A" w14:paraId="27DC587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9F31CA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488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EA03A5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بۆ ناوەند تکایە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3EA200C" w14:textId="77777777" w:rsidR="00F83B1A" w:rsidRDefault="00000000">
            <w:r>
              <w:t>Zum Zentrum bitte</w:t>
            </w:r>
          </w:p>
        </w:tc>
      </w:tr>
      <w:tr w:rsidR="00F83B1A" w14:paraId="4495695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B3B44A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489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BC53F3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دوو نان تکایە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917E413" w14:textId="77777777" w:rsidR="00F83B1A" w:rsidRDefault="00000000">
            <w:r>
              <w:t>Zwei Brote bitte</w:t>
            </w:r>
          </w:p>
        </w:tc>
      </w:tr>
    </w:tbl>
    <w:p w14:paraId="32F82B64" w14:textId="77777777" w:rsidR="00F83B1A" w:rsidRDefault="00F83B1A"/>
    <w:p w14:paraId="75A578E9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lastRenderedPageBreak/>
        <w:t>Oma-Chat-Dialoge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4CD75441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81C7DD3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813F92C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14AC795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39107E3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BC8132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490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592F12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کیمیا و فیزیا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13AD52A" w14:textId="77777777" w:rsidR="00F83B1A" w:rsidRDefault="00000000">
            <w:r>
              <w:t>Chemie und Physik</w:t>
            </w:r>
          </w:p>
        </w:tc>
      </w:tr>
      <w:tr w:rsidR="00F83B1A" w14:paraId="4C6D825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8C76C5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491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593DCF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سوپاس داپیرە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4917CCD" w14:textId="77777777" w:rsidR="00F83B1A" w:rsidRDefault="00000000">
            <w:r>
              <w:t>Danke Oma</w:t>
            </w:r>
          </w:p>
        </w:tc>
      </w:tr>
      <w:tr w:rsidR="00F83B1A" w14:paraId="6A2AF15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02F04F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492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6DEA07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ئەمە بەسە نییە! خۆراکی گەرم بخۆ!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5BEF787" w14:textId="77777777" w:rsidR="00F83B1A" w:rsidRDefault="00000000">
            <w:r>
              <w:t>Das ist nicht genug! Iss warmes Essen!</w:t>
            </w:r>
          </w:p>
        </w:tc>
      </w:tr>
      <w:tr w:rsidR="00F83B1A" w14:paraId="3704022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C7AC8F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493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D7C847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دۆڵمەی ئاڵمانی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CF1E5A7" w14:textId="77777777" w:rsidR="00F83B1A" w:rsidRDefault="00000000">
            <w:r>
              <w:t>Deutsches Dolma</w:t>
            </w:r>
          </w:p>
        </w:tc>
      </w:tr>
      <w:tr w:rsidR="00F83B1A" w14:paraId="0025713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FD3346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494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48E7A5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خۆشەویستی منت لێیە!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8F8E992" w14:textId="77777777" w:rsidR="00F83B1A" w:rsidRDefault="00000000">
            <w:r>
              <w:t>Du hast meine Liebe!</w:t>
            </w:r>
          </w:p>
        </w:tc>
      </w:tr>
      <w:tr w:rsidR="00F83B1A" w14:paraId="4A5559D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7740E8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495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A5E7E47" w14:textId="003A9FF5" w:rsidR="00F83B1A" w:rsidRDefault="00B85387">
            <w:pPr>
              <w:bidi/>
              <w:jc w:val="right"/>
            </w:pPr>
            <w:proofErr w:type="spellStart"/>
            <w:r w:rsidRPr="00B85387">
              <w:rPr>
                <w:rFonts w:cs="Arial"/>
                <w:sz w:val="28"/>
                <w:rtl/>
              </w:rPr>
              <w:t>بەخۆشی</w:t>
            </w:r>
            <w:proofErr w:type="spellEnd"/>
            <w:r w:rsidRPr="00B85387">
              <w:rPr>
                <w:rFonts w:cs="Arial"/>
                <w:sz w:val="28"/>
                <w:rtl/>
              </w:rPr>
              <w:t xml:space="preserve"> </w:t>
            </w:r>
            <w:proofErr w:type="spellStart"/>
            <w:r w:rsidRPr="00B85387">
              <w:rPr>
                <w:rFonts w:cs="Arial"/>
                <w:sz w:val="28"/>
                <w:rtl/>
              </w:rPr>
              <w:t>بێت</w:t>
            </w:r>
            <w:proofErr w:type="spellEnd"/>
            <w:r w:rsidRPr="00B85387">
              <w:rPr>
                <w:rFonts w:cs="Arial"/>
                <w:sz w:val="28"/>
                <w:rtl/>
              </w:rPr>
              <w:t xml:space="preserve"> </w:t>
            </w:r>
            <w:proofErr w:type="spellStart"/>
            <w:r w:rsidRPr="00B85387">
              <w:rPr>
                <w:rFonts w:cs="Arial"/>
                <w:sz w:val="28"/>
                <w:rtl/>
              </w:rPr>
              <w:t>داپیرە</w:t>
            </w:r>
            <w:proofErr w:type="spellEnd"/>
            <w:r w:rsidRPr="00B85387">
              <w:rPr>
                <w:rFonts w:cs="Arial"/>
                <w:sz w:val="28"/>
                <w:rtl/>
              </w:rPr>
              <w:t>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61F5039" w14:textId="77777777" w:rsidR="00F83B1A" w:rsidRDefault="00000000">
            <w:r>
              <w:t>Ebenfalls Oma!</w:t>
            </w:r>
          </w:p>
        </w:tc>
      </w:tr>
      <w:tr w:rsidR="00F83B1A" w14:paraId="71D149A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7659E9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496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08129B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دڵم پێت خۆشە! تەندروستی چۆنە؟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62A5A27" w14:textId="77777777" w:rsidR="00F83B1A" w:rsidRDefault="00000000">
            <w:r>
              <w:t>Es freut mich für dich! Wie geht's gesundheitlich?</w:t>
            </w:r>
          </w:p>
        </w:tc>
      </w:tr>
      <w:tr w:rsidR="00F83B1A" w14:paraId="5F9BA07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5029FE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497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0BDF2E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نەورۆزتان پیرۆز بێت ڕۆڵە!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21D7844" w14:textId="77777777" w:rsidR="00F83B1A" w:rsidRDefault="00000000">
            <w:r>
              <w:t>Frohes Newroz mein Kind!</w:t>
            </w:r>
          </w:p>
        </w:tc>
      </w:tr>
      <w:tr w:rsidR="00F83B1A" w14:paraId="321540B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06703C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498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B09361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باش! کوردی کوردی خۆراک، کوردی ژیان!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B6C3AB6" w14:textId="77777777" w:rsidR="00F83B1A" w:rsidRDefault="00000000">
            <w:r>
              <w:t>Gut! Kurdisches Essen, kurdisches Leben!</w:t>
            </w:r>
          </w:p>
        </w:tc>
      </w:tr>
      <w:tr w:rsidR="00F83B1A" w14:paraId="55A1666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4609C3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499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95523B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باشە، پێمخۆشە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2475555" w14:textId="77777777" w:rsidR="00F83B1A" w:rsidRDefault="00000000">
            <w:r>
              <w:t>Gut, ich mag sie</w:t>
            </w:r>
          </w:p>
        </w:tc>
      </w:tr>
      <w:tr w:rsidR="00F83B1A" w14:paraId="182FBDA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BE29D6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500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FBCD79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ئاوێزانت بم! دەرمان بخۆ!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AA7F35A" w14:textId="77777777" w:rsidR="00F83B1A" w:rsidRDefault="00000000">
            <w:r>
              <w:t>Gute Besserung! Nimm Medikamente.</w:t>
            </w:r>
          </w:p>
        </w:tc>
      </w:tr>
      <w:tr w:rsidR="00F83B1A" w14:paraId="70BEF3E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A8C8AF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501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CBBD58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ماچ ڕۆڵەم. سبەینێ پەیوەندیت پێوە دەکەم.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CFBBE43" w14:textId="77777777" w:rsidR="00F83B1A" w:rsidRDefault="00000000">
            <w:r>
              <w:t>Gute Nacht Oma, Kuss!</w:t>
            </w:r>
          </w:p>
        </w:tc>
      </w:tr>
      <w:tr w:rsidR="00F83B1A" w14:paraId="06D75E3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8A0679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502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CB226C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سڵاو ڕۆڵە! چۆنی؟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98678DD" w14:textId="77777777" w:rsidR="00F83B1A" w:rsidRDefault="00000000">
            <w:r>
              <w:t>Hallo mein Kind! Wie geht's dir?</w:t>
            </w:r>
          </w:p>
        </w:tc>
      </w:tr>
      <w:tr w:rsidR="00F83B1A" w14:paraId="46DD8D1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F46836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503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F2CDAD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سڵاو داپیرە، باشم سوپاس!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6D3652F" w14:textId="77777777" w:rsidR="00F83B1A" w:rsidRDefault="00000000">
            <w:r>
              <w:t>Hallo Oma, mir geht's gut danke!</w:t>
            </w:r>
          </w:p>
        </w:tc>
      </w:tr>
      <w:tr w:rsidR="00F83B1A" w14:paraId="36A9933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C79D2F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504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89E348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منیش! ڕۆژێک کات بدۆزە بۆم.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851013E" w14:textId="77777777" w:rsidR="00F83B1A" w:rsidRDefault="00000000">
            <w:r>
              <w:t>Ich auch! Finde mal Zeit für mich.</w:t>
            </w:r>
          </w:p>
        </w:tc>
      </w:tr>
      <w:tr w:rsidR="00F83B1A" w14:paraId="2F6B907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280BFA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505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04639D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شانازم پێتە. باوەڕم پێتە سەردەکەویت.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126FAAC" w14:textId="77777777" w:rsidR="00F83B1A" w:rsidRDefault="00000000">
            <w:r>
              <w:t>Ich bin stolz auf dich. Ich glaube an deinen Erfolg.</w:t>
            </w:r>
          </w:p>
        </w:tc>
      </w:tr>
      <w:tr w:rsidR="00F83B1A" w14:paraId="367E3BC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C9137D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506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A17DF1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چاوەڕێی دەکەم!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0D640BD" w14:textId="77777777" w:rsidR="00F83B1A" w:rsidRDefault="00000000">
            <w:r>
              <w:t>Ich freue mich darauf!</w:t>
            </w:r>
          </w:p>
        </w:tc>
      </w:tr>
      <w:tr w:rsidR="00F83B1A" w14:paraId="5EE4D69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3C8D03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507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9E96BE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من کاتم نییە، ئێوە بێن بۆ کوردستان!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ADD8284" w14:textId="77777777" w:rsidR="00F83B1A" w:rsidRDefault="00000000">
            <w:r>
              <w:t>Ich habe keine Zeit, ihr kommt nach Kurdistan!</w:t>
            </w:r>
          </w:p>
        </w:tc>
      </w:tr>
      <w:tr w:rsidR="00F83B1A" w14:paraId="4B205FF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C0A755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508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84473C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شەیدای دۆڵمەی تۆم.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51B8093" w14:textId="77777777" w:rsidR="00F83B1A" w:rsidRDefault="00000000">
            <w:r>
              <w:t>Ich liebe dein Dolma</w:t>
            </w:r>
          </w:p>
        </w:tc>
      </w:tr>
      <w:tr w:rsidR="00F83B1A" w14:paraId="22F5570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40E7B6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509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AA0A46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منیش خۆشم دەوێیت ڕۆڵە! دڵم پێتە.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FD03E5D" w14:textId="77777777" w:rsidR="00F83B1A" w:rsidRDefault="00000000">
            <w:r>
              <w:t>Ich liebe dich auch mein Kind! Mein Herz ist bei dir.</w:t>
            </w:r>
          </w:p>
        </w:tc>
      </w:tr>
      <w:tr w:rsidR="00F83B1A" w14:paraId="31D6F9D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91911F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510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1D424A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خۆشم دەوێیت!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28FCDCD" w14:textId="77777777" w:rsidR="00F83B1A" w:rsidRDefault="00000000">
            <w:r>
              <w:t>Ich liebe dich!</w:t>
            </w:r>
          </w:p>
        </w:tc>
      </w:tr>
      <w:tr w:rsidR="00F83B1A" w14:paraId="600DB60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F3C0BD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511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DA01E2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منیش زۆر بیرت دەکەم داپیرە!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2B1F4EB" w14:textId="77777777" w:rsidR="00F83B1A" w:rsidRDefault="00000000">
            <w:r>
              <w:t>Ich vermisse dich auch sehr Oma!</w:t>
            </w:r>
          </w:p>
        </w:tc>
      </w:tr>
      <w:tr w:rsidR="00F83B1A" w14:paraId="2A173AD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90D48D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512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DB13F1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دەزانم ڕۆڵە. هەمیشە لای دایکت بە. ماچ.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3CD67E2" w14:textId="77777777" w:rsidR="00F83B1A" w:rsidRDefault="00000000">
            <w:r>
              <w:t>Ich verstehe, mein Kind. Sei immer bei deiner Mama. Kuss.</w:t>
            </w:r>
          </w:p>
        </w:tc>
      </w:tr>
      <w:tr w:rsidR="00F83B1A" w14:paraId="7D532B2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8393FF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513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757DC3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خۆزگە لەگەڵتاندا بووم!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0A822FD" w14:textId="77777777" w:rsidR="00F83B1A" w:rsidRDefault="00000000">
            <w:r>
              <w:t>Ich wünschte, ich wäre bei euch gewesen!</w:t>
            </w:r>
          </w:p>
        </w:tc>
      </w:tr>
      <w:tr w:rsidR="00F83B1A" w14:paraId="0AE7B94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AABA94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514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689B32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بڕیارە لە هاوین بێم بۆ ئاڵمانیا.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BA9C498" w14:textId="77777777" w:rsidR="00F83B1A" w:rsidRDefault="00000000">
            <w:r>
              <w:t>Im Sommer komme ich nach Deutschland.</w:t>
            </w:r>
          </w:p>
        </w:tc>
      </w:tr>
      <w:tr w:rsidR="00F83B1A" w14:paraId="449A2B1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6BB021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lastRenderedPageBreak/>
              <w:t>515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F4C733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بەڵێ، لە هاوین دێین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2ECE1AB" w14:textId="77777777" w:rsidR="00F83B1A" w:rsidRDefault="00000000">
            <w:r>
              <w:t>Ja, wir kommen im Sommer</w:t>
            </w:r>
          </w:p>
        </w:tc>
      </w:tr>
      <w:tr w:rsidR="00F83B1A" w14:paraId="00D33B3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975217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516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D91F74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ماچ ڕۆڵە، نۆشت بێت!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3C8FE5D" w14:textId="77777777" w:rsidR="00F83B1A" w:rsidRDefault="00000000">
            <w:r>
              <w:t>Kuss mein Kind, sei gesund!</w:t>
            </w:r>
          </w:p>
        </w:tc>
      </w:tr>
      <w:tr w:rsidR="00F83B1A" w14:paraId="129B2D7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294339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517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A8C8DB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بیرکاری و زمانی ئاڵمانی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D265518" w14:textId="77777777" w:rsidR="00F83B1A" w:rsidRDefault="00000000">
            <w:r>
              <w:t>Mathe und Deutsch</w:t>
            </w:r>
          </w:p>
        </w:tc>
      </w:tr>
      <w:tr w:rsidR="00F83B1A" w14:paraId="49F6AFF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62D285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518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D709AB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دۆڵمەی منی باشترە! کەی دێی؟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3EB6E64" w14:textId="77777777" w:rsidR="00F83B1A" w:rsidRDefault="00000000">
            <w:r>
              <w:t>Mein Dolma ist besser! Wann kommst du?</w:t>
            </w:r>
          </w:p>
        </w:tc>
      </w:tr>
      <w:tr w:rsidR="00F83B1A" w14:paraId="3599F81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7CA8FE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519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10012B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دڵم خۆشە! چاوەڕێتانم لە کوردستان.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ADC0434" w14:textId="77777777" w:rsidR="00F83B1A" w:rsidRDefault="00000000">
            <w:r>
              <w:t>Mein Herz freut sich! Ich erwarte euch in Kurdistan.</w:t>
            </w:r>
          </w:p>
        </w:tc>
      </w:tr>
      <w:tr w:rsidR="00F83B1A" w14:paraId="1609CF6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ECE47F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520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AACAE5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ڕۆڵە، شەوشاد! خەونی شیرین بەختت بێت.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DAA36EC" w14:textId="77777777" w:rsidR="00F83B1A" w:rsidRDefault="00000000">
            <w:r>
              <w:t>Mein Kind, gute Nacht! Süße Träume.</w:t>
            </w:r>
          </w:p>
        </w:tc>
      </w:tr>
      <w:tr w:rsidR="00F83B1A" w14:paraId="37A4D47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16784A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521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B59D94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ڕۆڵە، زۆر بیرت دەکەم!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0F08ED8" w14:textId="77777777" w:rsidR="00F83B1A" w:rsidRDefault="00000000">
            <w:r>
              <w:t>Mein Kind, ich vermisse dich sehr!</w:t>
            </w:r>
          </w:p>
        </w:tc>
      </w:tr>
      <w:tr w:rsidR="00F83B1A" w14:paraId="55C7827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97733C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522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D09C6E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ڕۆڵە، ئەمڕۆ چیت خواردووە؟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B21ABC4" w14:textId="77777777" w:rsidR="00F83B1A" w:rsidRDefault="00000000">
            <w:r>
              <w:t>Mein Kind, was hast du heute gegessen?</w:t>
            </w:r>
          </w:p>
        </w:tc>
      </w:tr>
      <w:tr w:rsidR="00F83B1A" w14:paraId="164817B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1E4668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523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23ECA8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ڕۆڵە، دبستان چۆنە؟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DEB487A" w14:textId="77777777" w:rsidR="00F83B1A" w:rsidRDefault="00000000">
            <w:r>
              <w:t>Mein Kind, wie ist die Schule?</w:t>
            </w:r>
          </w:p>
        </w:tc>
      </w:tr>
      <w:tr w:rsidR="00F83B1A" w14:paraId="2BF929E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6C34F9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524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DD1ABA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ماچی منت لێ بێت. سبەی پەیوەندیت پێوە دەکەم.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FB2DDF1" w14:textId="77777777" w:rsidR="00F83B1A" w:rsidRDefault="00000000">
            <w:r>
              <w:t>Mein Kuss zu dir. Ich rufe dich morgen an.</w:t>
            </w:r>
          </w:p>
        </w:tc>
      </w:tr>
      <w:tr w:rsidR="00F83B1A" w14:paraId="29BDB9A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0C9B4C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525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529D83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تەندروستیم باشە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157A0B9" w14:textId="77777777" w:rsidR="00F83B1A" w:rsidRDefault="00000000">
            <w:r>
              <w:t>Meine Gesundheit ist gut</w:t>
            </w:r>
          </w:p>
        </w:tc>
      </w:tr>
      <w:tr w:rsidR="00F83B1A" w14:paraId="560A37D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E8799A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526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31E63A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دایکم خۆراکی کوردی دروستکرد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FE2ACC1" w14:textId="77777777" w:rsidR="00F83B1A" w:rsidRDefault="00000000">
            <w:r>
              <w:t>Meine Mutter hat kurdisches Essen gemacht</w:t>
            </w:r>
          </w:p>
        </w:tc>
      </w:tr>
      <w:tr w:rsidR="00F83B1A" w14:paraId="18EBC01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10CF0C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527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87DA23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باش نیم ئەمڕۆ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6C4D9FF" w14:textId="77777777" w:rsidR="00F83B1A" w:rsidRDefault="00000000">
            <w:r>
              <w:t>Mir geht's heute nicht so gut</w:t>
            </w:r>
          </w:p>
        </w:tc>
      </w:tr>
      <w:tr w:rsidR="00F83B1A" w14:paraId="52FAF02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734EB8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528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43C643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تەنیا ساندویچ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BDDB1CE" w14:textId="77777777" w:rsidR="00F83B1A" w:rsidRDefault="00000000">
            <w:r>
              <w:t>Nur ein Sandwich</w:t>
            </w:r>
          </w:p>
        </w:tc>
      </w:tr>
      <w:tr w:rsidR="00F83B1A" w14:paraId="345B190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FDC94A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529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C3F041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ساڵی داهاتوو، بۆ نەورۆز وەرە بۆ کوردستان!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88C95C9" w14:textId="77777777" w:rsidR="00F83B1A" w:rsidRDefault="00000000">
            <w:r>
              <w:t>Nächstes Jahr, komm zum Newroz nach Kurdistan!</w:t>
            </w:r>
          </w:p>
        </w:tc>
      </w:tr>
      <w:tr w:rsidR="00F83B1A" w14:paraId="06B2AE4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5DC400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530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D90B9D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باشە، بۆ ئێوارە دەخۆم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4352AAC" w14:textId="77777777" w:rsidR="00F83B1A" w:rsidRDefault="00000000">
            <w:r>
              <w:t>Okay, ich esse zum Abendessen</w:t>
            </w:r>
          </w:p>
        </w:tc>
      </w:tr>
      <w:tr w:rsidR="00F83B1A" w14:paraId="4EA5C80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FD395B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531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3230D0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تۆش خۆش بنوێ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2B7C24D" w14:textId="77777777" w:rsidR="00F83B1A" w:rsidRDefault="00000000">
            <w:r>
              <w:t>Schlaf du auch gut</w:t>
            </w:r>
          </w:p>
        </w:tc>
      </w:tr>
      <w:tr w:rsidR="00F83B1A" w14:paraId="2B28452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8F6CBD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532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EF7E70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باشە، شادمانم. کاتی دیکە بێ سەردانمان بکە!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765E5A8" w14:textId="77777777" w:rsidR="00F83B1A" w:rsidRDefault="00000000">
            <w:r>
              <w:t>Schön, ich freue mich. Komm uns mal besuchen!</w:t>
            </w:r>
          </w:p>
        </w:tc>
      </w:tr>
      <w:tr w:rsidR="00F83B1A" w14:paraId="73398D1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2F100C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533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2B8449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زۆر باشم، تۆ چۆنی؟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22CFED8" w14:textId="77777777" w:rsidR="00F83B1A" w:rsidRDefault="00000000">
            <w:r>
              <w:t>Sehr gut, wie geht's dir?</w:t>
            </w:r>
          </w:p>
        </w:tc>
      </w:tr>
      <w:tr w:rsidR="00F83B1A" w14:paraId="358272C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1E5B4E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534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459886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زۆر گرانە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9D402F6" w14:textId="77777777" w:rsidR="00F83B1A" w:rsidRDefault="00000000">
            <w:r>
              <w:t>Sehr schwer</w:t>
            </w:r>
          </w:p>
        </w:tc>
      </w:tr>
      <w:tr w:rsidR="00F83B1A" w14:paraId="0FB0B8B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87A2D3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535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225403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دڵنیا بە، تۆ زیرەکیت!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A1C6DE4" w14:textId="77777777" w:rsidR="00F83B1A" w:rsidRDefault="00000000">
            <w:r>
              <w:t>Sei sicher, du bist klug!</w:t>
            </w:r>
          </w:p>
        </w:tc>
      </w:tr>
      <w:tr w:rsidR="00F83B1A" w14:paraId="6AA4888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9AB2C1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536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6C7E9A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کەی دێی سەردانمان؟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E5C0124" w14:textId="77777777" w:rsidR="00F83B1A" w:rsidRDefault="00000000">
            <w:r>
              <w:t>Wann besuchst du uns?</w:t>
            </w:r>
          </w:p>
        </w:tc>
      </w:tr>
      <w:tr w:rsidR="00F83B1A" w14:paraId="3199420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515D98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537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24755B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بۆچی ڕۆڵە؟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5AFBAAD" w14:textId="77777777" w:rsidR="00F83B1A" w:rsidRDefault="00000000">
            <w:r>
              <w:t>Warum mein Kind?</w:t>
            </w:r>
          </w:p>
        </w:tc>
      </w:tr>
      <w:tr w:rsidR="00F83B1A" w14:paraId="6D7674F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F8810A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538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1F4341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چی فێردەبیت؟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07ED9CE" w14:textId="77777777" w:rsidR="00F83B1A" w:rsidRDefault="00000000">
            <w:r>
              <w:t>Was lernst du?</w:t>
            </w:r>
          </w:p>
        </w:tc>
      </w:tr>
      <w:tr w:rsidR="00F83B1A" w14:paraId="4CB66C2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471793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539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0437B2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تۆ نەورۆز چۆن دەکەی؟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7D8A171" w14:textId="77777777" w:rsidR="00F83B1A" w:rsidRDefault="00000000">
            <w:r>
              <w:t>Wie feierst du Newroz?</w:t>
            </w:r>
          </w:p>
        </w:tc>
      </w:tr>
      <w:tr w:rsidR="00F83B1A" w14:paraId="60CFFF6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D60EB6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540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A341F0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ئەمساڵ چۆن ئاهەنگتان گێڕاوە؟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C96D0AB" w14:textId="77777777" w:rsidR="00F83B1A" w:rsidRDefault="00000000">
            <w:r>
              <w:t>Wie habt ihr dieses Jahr gefeiert?</w:t>
            </w:r>
          </w:p>
        </w:tc>
      </w:tr>
      <w:tr w:rsidR="00F83B1A" w14:paraId="0157CB9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685A64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541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048AA7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چەند ڕۆژ دەمێنیتەوە؟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EBF70D1" w14:textId="77777777" w:rsidR="00F83B1A" w:rsidRDefault="00000000">
            <w:r>
              <w:t>Wie viele Tage bleibst du?</w:t>
            </w:r>
          </w:p>
        </w:tc>
      </w:tr>
      <w:tr w:rsidR="00F83B1A" w14:paraId="36FE1A2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029DBD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lastRenderedPageBreak/>
              <w:t>542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0E2756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چوویمە کۆبوونەوەی کورد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ABE0623" w14:textId="77777777" w:rsidR="00F83B1A" w:rsidRDefault="00000000">
            <w:r>
              <w:t>Wir gingen zur kurdischen Versammlung</w:t>
            </w:r>
          </w:p>
        </w:tc>
      </w:tr>
      <w:tr w:rsidR="00F83B1A" w14:paraId="200EABB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D3E6F6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543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F43F04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ئاگرمان داگیرسان، گۆڤەند گێڕاین!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C666A74" w14:textId="77777777" w:rsidR="00F83B1A" w:rsidRDefault="00000000">
            <w:r>
              <w:t>Wir haben Feuer gemacht, getanzt!</w:t>
            </w:r>
          </w:p>
        </w:tc>
      </w:tr>
      <w:tr w:rsidR="00F83B1A" w14:paraId="2E62FF8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DDDB76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544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DD218A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لە ماڵەوە بووین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007981B" w14:textId="77777777" w:rsidR="00F83B1A" w:rsidRDefault="00000000">
            <w:r>
              <w:t>Wir waren zu Hause</w:t>
            </w:r>
          </w:p>
        </w:tc>
      </w:tr>
      <w:tr w:rsidR="00F83B1A" w14:paraId="0F5B1AE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6F1AEF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545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0D21A2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دوو هەفتە، ئەگەر بکرێت.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7428E55" w14:textId="77777777" w:rsidR="00F83B1A" w:rsidRDefault="00000000">
            <w:r>
              <w:t>Zwei Wochen, wenn es geht.</w:t>
            </w:r>
          </w:p>
        </w:tc>
      </w:tr>
    </w:tbl>
    <w:p w14:paraId="35233F4C" w14:textId="77777777" w:rsidR="00F83B1A" w:rsidRDefault="00F83B1A"/>
    <w:p w14:paraId="24400F5E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Sprachpraxis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2E5D4174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89A4AEF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2399F18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799479D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57FE8AD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AA4DCC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546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1B7804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ماڵی ماموستا ماستە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7C0515F" w14:textId="77777777" w:rsidR="00F83B1A" w:rsidRDefault="00000000">
            <w:r>
              <w:t>Das Haus des Lehrers ist Joghurt</w:t>
            </w:r>
          </w:p>
        </w:tc>
      </w:tr>
      <w:tr w:rsidR="00F83B1A" w14:paraId="7D0AE21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B21586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547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94A7D9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ناوی ناسراوی ناسراو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9C170A3" w14:textId="77777777" w:rsidR="00F83B1A" w:rsidRDefault="00000000">
            <w:r>
              <w:t>Der bekannte Name des Bekannten</w:t>
            </w:r>
          </w:p>
        </w:tc>
      </w:tr>
      <w:tr w:rsidR="00F83B1A" w14:paraId="188313D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58FC9F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548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8440B7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باوک باوکی باوکە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579461A" w14:textId="77777777" w:rsidR="00F83B1A" w:rsidRDefault="00000000">
            <w:r>
              <w:t>Der Vater ist der Vater des Vaters</w:t>
            </w:r>
          </w:p>
        </w:tc>
      </w:tr>
      <w:tr w:rsidR="00F83B1A" w14:paraId="42A97CB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79BC72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549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E345D5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خۆشی خۆشترین خۆشییە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9EEA129" w14:textId="77777777" w:rsidR="00F83B1A" w:rsidRDefault="00000000">
            <w:r>
              <w:t>Die Freude ist die schönste Freude</w:t>
            </w:r>
          </w:p>
        </w:tc>
      </w:tr>
      <w:tr w:rsidR="00F83B1A" w14:paraId="0925E6F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B220B4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550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417E00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شار شیرینە شار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2FB98E9" w14:textId="77777777" w:rsidR="00F83B1A" w:rsidRDefault="00000000">
            <w:r>
              <w:t>Die Stadt ist süß, die Stadt</w:t>
            </w:r>
          </w:p>
        </w:tc>
      </w:tr>
      <w:tr w:rsidR="00F83B1A" w14:paraId="10C46C4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E1AF7D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551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BA2B69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پێنج پێنجانە پێنج پێنج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C443C26" w14:textId="77777777" w:rsidR="00F83B1A" w:rsidRDefault="00000000">
            <w:r>
              <w:t>Fünf, je fünf, fünf fünf</w:t>
            </w:r>
          </w:p>
        </w:tc>
      </w:tr>
      <w:tr w:rsidR="00F83B1A" w14:paraId="2DCA99E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A79A30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552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770EE5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کوردی کوردستان کوردە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2750196" w14:textId="77777777" w:rsidR="00F83B1A" w:rsidRDefault="00000000">
            <w:r>
              <w:t>Kurdisch ist Kurdistan, ist kurdisch</w:t>
            </w:r>
          </w:p>
        </w:tc>
      </w:tr>
      <w:tr w:rsidR="00F83B1A" w14:paraId="42A0F59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07E240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553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23911D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دایک دڵی دایکە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26E0ACC" w14:textId="77777777" w:rsidR="00F83B1A" w:rsidRDefault="00000000">
            <w:r>
              <w:t>Mutter ist das Herz der Mutter</w:t>
            </w:r>
          </w:p>
        </w:tc>
      </w:tr>
      <w:tr w:rsidR="00F83B1A" w14:paraId="681C0C2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3FABEF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554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57D793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شەش شەش شەشانە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99F8773" w14:textId="77777777" w:rsidR="00F83B1A" w:rsidRDefault="00000000">
            <w:r>
              <w:t>Sechs, sechs, je sechs</w:t>
            </w:r>
          </w:p>
        </w:tc>
      </w:tr>
      <w:tr w:rsidR="00F83B1A" w14:paraId="11A4D5F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70B626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555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AC9E2C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چی چاکی چاکە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E0DC755" w14:textId="77777777" w:rsidR="00F83B1A" w:rsidRDefault="00000000">
            <w:r>
              <w:t>Was ist gut, das ist gut</w:t>
            </w:r>
          </w:p>
        </w:tc>
      </w:tr>
    </w:tbl>
    <w:p w14:paraId="7BB0D5D1" w14:textId="77777777" w:rsidR="00F83B1A" w:rsidRDefault="00F83B1A"/>
    <w:p w14:paraId="4A07AD82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Tagebuch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4530BAF7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398345D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11D88FD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51D040B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1E47F16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9816C9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556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52F0AE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چووم بۆ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8C164E2" w14:textId="77777777" w:rsidR="00F83B1A" w:rsidRDefault="00000000">
            <w:r>
              <w:t>ich ging zu</w:t>
            </w:r>
          </w:p>
        </w:tc>
      </w:tr>
      <w:tr w:rsidR="00F83B1A" w14:paraId="3A2A34D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9055C0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557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DA76CC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خۆشم بوو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B05D787" w14:textId="77777777" w:rsidR="00F83B1A" w:rsidRDefault="00000000">
            <w:r>
              <w:t>ich hatte Spaß</w:t>
            </w:r>
          </w:p>
        </w:tc>
      </w:tr>
      <w:tr w:rsidR="00F83B1A" w14:paraId="68C0E8F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0397A3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558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8134C1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خۆشم دەوێ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75B6866" w14:textId="77777777" w:rsidR="00F83B1A" w:rsidRDefault="00000000">
            <w:r>
              <w:t>ich liebe</w:t>
            </w:r>
          </w:p>
        </w:tc>
      </w:tr>
      <w:tr w:rsidR="00F83B1A" w14:paraId="5F20570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BB5683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559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96C4A8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یاریم کرد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A7394CE" w14:textId="77777777" w:rsidR="00F83B1A" w:rsidRDefault="00000000">
            <w:r>
              <w:t>ich spielte</w:t>
            </w:r>
          </w:p>
        </w:tc>
      </w:tr>
      <w:tr w:rsidR="00F83B1A" w14:paraId="00C03F9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6B8CB7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560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A61849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خەونم بینی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A288D43" w14:textId="77777777" w:rsidR="00F83B1A" w:rsidRDefault="00000000">
            <w:r>
              <w:t>ich träumte</w:t>
            </w:r>
          </w:p>
        </w:tc>
      </w:tr>
    </w:tbl>
    <w:p w14:paraId="6A53A405" w14:textId="77777777" w:rsidR="00F83B1A" w:rsidRDefault="00F83B1A"/>
    <w:p w14:paraId="25C847CF" w14:textId="77777777" w:rsidR="00F83B1A" w:rsidRDefault="00000000">
      <w:pPr>
        <w:keepNext/>
        <w:spacing w:before="240" w:after="120"/>
      </w:pPr>
      <w:r>
        <w:rPr>
          <w:b/>
          <w:color w:val="0B6BCB"/>
          <w:sz w:val="32"/>
        </w:rPr>
        <w:lastRenderedPageBreak/>
        <w:t>Alphabet &amp; Aussprache</w:t>
      </w:r>
    </w:p>
    <w:p w14:paraId="0F779609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Alphabet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32EF8757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9C395D5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F57FFEB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E01B7A8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0A5B78B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A27F03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561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93859F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داری ئازادی بە خوێن ئاودەدرێ.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1E0DBC1" w14:textId="77777777" w:rsidR="00F83B1A" w:rsidRDefault="00000000">
            <w:r>
              <w:t>Der Freiheitsbaum wird mit dem Blut gegossen.</w:t>
            </w:r>
          </w:p>
        </w:tc>
      </w:tr>
      <w:tr w:rsidR="00F83B1A" w14:paraId="264420E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232089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562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481B24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کۆمەڵە چیاییەکی سەخت و گەردنکەش، ئاسمانی شینی گرتۆتە باوەشی.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EA1F515" w14:textId="77777777" w:rsidR="00F83B1A" w:rsidRDefault="00000000">
            <w:r>
              <w:t>Eine Gruppe harter und majestätischer Berge hat den blauen Himmel in ihren Schatten gehüllt.</w:t>
            </w:r>
          </w:p>
        </w:tc>
      </w:tr>
      <w:tr w:rsidR="00F83B1A" w14:paraId="7B153F7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EAF754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563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C329DC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سیروان ڕووباریکی کوردستانە.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CDAA5BE" w14:textId="77777777" w:rsidR="00F83B1A" w:rsidRDefault="00000000">
            <w:r>
              <w:t>Sirwan ist ein Fluss Kurdistans.</w:t>
            </w:r>
          </w:p>
        </w:tc>
      </w:tr>
      <w:tr w:rsidR="00F83B1A" w14:paraId="3456481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92FAE9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564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54996E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برا لە پشت برا بن، مەگەر قەزا لەلای خوداێ بن!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32F9AE6" w14:textId="77777777" w:rsidR="00F83B1A" w:rsidRDefault="00000000">
            <w:r>
              <w:t>Wenn Brüder sich gegenseitig unterstützen, kann nur das Schicksal Gottes sie auseinanderbringen.</w:t>
            </w:r>
          </w:p>
        </w:tc>
      </w:tr>
    </w:tbl>
    <w:p w14:paraId="6D196337" w14:textId="77777777" w:rsidR="00F83B1A" w:rsidRDefault="00F83B1A"/>
    <w:p w14:paraId="0200174A" w14:textId="77777777" w:rsidR="00F83B1A" w:rsidRDefault="00000000">
      <w:pPr>
        <w:keepNext/>
        <w:spacing w:before="240" w:after="120"/>
      </w:pPr>
      <w:r>
        <w:rPr>
          <w:b/>
          <w:color w:val="0B6BCB"/>
          <w:sz w:val="32"/>
        </w:rPr>
        <w:t>Zahlen &amp; Zeit</w:t>
      </w:r>
    </w:p>
    <w:p w14:paraId="588A3159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Monate &amp; Wochentage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5A9C6A5B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893F767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F87139D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C086F23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2800C9B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DA8FA5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565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698371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کانوونی یەکەم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8874221" w14:textId="77777777" w:rsidR="00F83B1A" w:rsidRDefault="00000000">
            <w:r>
              <w:t>Dezember</w:t>
            </w:r>
          </w:p>
        </w:tc>
      </w:tr>
      <w:tr w:rsidR="00F83B1A" w14:paraId="75B9DBF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147A0F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566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3F6E6A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کانوونی دووەم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1FB0348" w14:textId="77777777" w:rsidR="00F83B1A" w:rsidRDefault="00000000">
            <w:r>
              <w:t>Januar</w:t>
            </w:r>
          </w:p>
        </w:tc>
      </w:tr>
      <w:tr w:rsidR="00F83B1A" w14:paraId="23079C3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638616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567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BFDA1F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تشرینی دووەم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C3BF3DF" w14:textId="77777777" w:rsidR="00F83B1A" w:rsidRDefault="00000000">
            <w:r>
              <w:t>November</w:t>
            </w:r>
          </w:p>
        </w:tc>
      </w:tr>
      <w:tr w:rsidR="00F83B1A" w14:paraId="4345E85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5FF9FB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568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AA0591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تشرینی یەکەم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485FCF4" w14:textId="77777777" w:rsidR="00F83B1A" w:rsidRDefault="00000000">
            <w:r>
              <w:t>Oktober</w:t>
            </w:r>
          </w:p>
        </w:tc>
      </w:tr>
    </w:tbl>
    <w:p w14:paraId="6BEE56CC" w14:textId="77777777" w:rsidR="00F83B1A" w:rsidRDefault="00F83B1A"/>
    <w:p w14:paraId="3184B51D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Uhrzeiten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49812D11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B24EDAE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2BF0560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53E138F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326B6E2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BAAB00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569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E2FE7F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دەوێت بۆ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EE3C0E1" w14:textId="77777777" w:rsidR="00F83B1A" w:rsidRDefault="00000000">
            <w:r>
              <w:t>(es fehlt) bis zu</w:t>
            </w:r>
          </w:p>
        </w:tc>
      </w:tr>
    </w:tbl>
    <w:p w14:paraId="5E6C9B2A" w14:textId="77777777" w:rsidR="00F83B1A" w:rsidRDefault="00F83B1A"/>
    <w:p w14:paraId="0789766C" w14:textId="77777777" w:rsidR="00F83B1A" w:rsidRDefault="00000000">
      <w:pPr>
        <w:keepNext/>
        <w:spacing w:before="240" w:after="120"/>
      </w:pPr>
      <w:r>
        <w:rPr>
          <w:b/>
          <w:color w:val="0B6BCB"/>
          <w:sz w:val="32"/>
        </w:rPr>
        <w:t>Familie &amp; Mensch</w:t>
      </w:r>
    </w:p>
    <w:p w14:paraId="3F90D0BF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Familie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4F3EE640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1A4FC1D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168BE60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A5C3A8C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719B9F9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B13F37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570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7705B14" w14:textId="3580370A" w:rsidR="00F83B1A" w:rsidRDefault="00000000">
            <w:pPr>
              <w:bidi/>
              <w:jc w:val="right"/>
            </w:pPr>
            <w:proofErr w:type="spellStart"/>
            <w:r>
              <w:rPr>
                <w:sz w:val="28"/>
                <w:rtl/>
              </w:rPr>
              <w:t>کوڕی</w:t>
            </w:r>
            <w:proofErr w:type="spellEnd"/>
            <w:r>
              <w:rPr>
                <w:sz w:val="28"/>
                <w:rtl/>
              </w:rPr>
              <w:t xml:space="preserve"> </w:t>
            </w:r>
            <w:proofErr w:type="spellStart"/>
            <w:r>
              <w:rPr>
                <w:sz w:val="28"/>
                <w:rtl/>
              </w:rPr>
              <w:t>خاڵ</w:t>
            </w:r>
            <w:proofErr w:type="spellEnd"/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C62B3E0" w14:textId="77777777" w:rsidR="00F83B1A" w:rsidRDefault="00000000">
            <w:r>
              <w:t>Cousin (Mutter-</w:t>
            </w:r>
            <w:proofErr w:type="spellStart"/>
            <w:r>
              <w:t>Seite</w:t>
            </w:r>
            <w:proofErr w:type="spellEnd"/>
            <w:r>
              <w:t>)</w:t>
            </w:r>
          </w:p>
        </w:tc>
      </w:tr>
      <w:tr w:rsidR="00F83B1A" w14:paraId="17E41A2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A476B5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571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0EE5EBF" w14:textId="12CC3DB2" w:rsidR="00F83B1A" w:rsidRDefault="00000000">
            <w:pPr>
              <w:bidi/>
              <w:jc w:val="right"/>
            </w:pPr>
            <w:proofErr w:type="spellStart"/>
            <w:r>
              <w:rPr>
                <w:sz w:val="28"/>
                <w:rtl/>
              </w:rPr>
              <w:t>کوڕی</w:t>
            </w:r>
            <w:proofErr w:type="spellEnd"/>
            <w:r>
              <w:rPr>
                <w:sz w:val="28"/>
                <w:rtl/>
              </w:rPr>
              <w:t xml:space="preserve"> مام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3B59362" w14:textId="77777777" w:rsidR="00F83B1A" w:rsidRDefault="00000000">
            <w:r>
              <w:t>Cousin (Vater-Seite)</w:t>
            </w:r>
          </w:p>
        </w:tc>
      </w:tr>
      <w:tr w:rsidR="00F83B1A" w14:paraId="21BDAA7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4CD08B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lastRenderedPageBreak/>
              <w:t>572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8D327B2" w14:textId="3554D009" w:rsidR="00F83B1A" w:rsidRDefault="00000000">
            <w:pPr>
              <w:bidi/>
              <w:jc w:val="right"/>
            </w:pPr>
            <w:proofErr w:type="spellStart"/>
            <w:r>
              <w:rPr>
                <w:sz w:val="28"/>
                <w:rtl/>
              </w:rPr>
              <w:t>کچی</w:t>
            </w:r>
            <w:proofErr w:type="spellEnd"/>
            <w:r>
              <w:rPr>
                <w:sz w:val="28"/>
                <w:rtl/>
              </w:rPr>
              <w:t xml:space="preserve"> </w:t>
            </w:r>
            <w:proofErr w:type="spellStart"/>
            <w:r>
              <w:rPr>
                <w:sz w:val="28"/>
                <w:rtl/>
              </w:rPr>
              <w:t>خاڵ</w:t>
            </w:r>
            <w:proofErr w:type="spellEnd"/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7A6B6C0" w14:textId="77777777" w:rsidR="00F83B1A" w:rsidRDefault="00000000">
            <w:r>
              <w:t>Cousine (Mutter-Seite)</w:t>
            </w:r>
          </w:p>
        </w:tc>
      </w:tr>
      <w:tr w:rsidR="00F83B1A" w14:paraId="0FAD50F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4421C8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573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74C694F" w14:textId="11BDB2C7" w:rsidR="00F83B1A" w:rsidRDefault="00000000">
            <w:pPr>
              <w:bidi/>
              <w:jc w:val="right"/>
            </w:pPr>
            <w:proofErr w:type="spellStart"/>
            <w:r>
              <w:rPr>
                <w:sz w:val="28"/>
                <w:rtl/>
              </w:rPr>
              <w:t>کچی</w:t>
            </w:r>
            <w:proofErr w:type="spellEnd"/>
            <w:r>
              <w:rPr>
                <w:sz w:val="28"/>
                <w:rtl/>
              </w:rPr>
              <w:t xml:space="preserve"> مام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97103D8" w14:textId="77777777" w:rsidR="00F83B1A" w:rsidRDefault="00000000">
            <w:r>
              <w:t>Cousine (Vater-Seite)</w:t>
            </w:r>
          </w:p>
        </w:tc>
      </w:tr>
      <w:tr w:rsidR="00F83B1A" w14:paraId="32ED595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707988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574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9733E7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مێرد / هاوسەر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531649A" w14:textId="77777777" w:rsidR="00F83B1A" w:rsidRDefault="00000000">
            <w:r>
              <w:t>der Ehemann</w:t>
            </w:r>
          </w:p>
        </w:tc>
      </w:tr>
      <w:tr w:rsidR="00F83B1A" w14:paraId="40670CA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688251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575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0037A5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ژن / هاوسەر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079EC31" w14:textId="77777777" w:rsidR="00F83B1A" w:rsidRDefault="00000000">
            <w:r>
              <w:t>die Ehefrau</w:t>
            </w:r>
          </w:p>
        </w:tc>
      </w:tr>
    </w:tbl>
    <w:p w14:paraId="4C5D88B5" w14:textId="77777777" w:rsidR="00F83B1A" w:rsidRDefault="00F83B1A"/>
    <w:p w14:paraId="3B527560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Körper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48B83D35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56DB3BF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C95985A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2029919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34D75FA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F10EE0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576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78838D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ڕوو / دەموچاو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FFA6A93" w14:textId="77777777" w:rsidR="00F83B1A" w:rsidRDefault="00000000">
            <w:r>
              <w:t>das Gesicht</w:t>
            </w:r>
          </w:p>
        </w:tc>
      </w:tr>
      <w:tr w:rsidR="00F83B1A" w14:paraId="05B1E49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57D196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577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B4463C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پرچ / موو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9B59214" w14:textId="77777777" w:rsidR="00F83B1A" w:rsidRDefault="00000000">
            <w:r>
              <w:t>das Haar</w:t>
            </w:r>
          </w:p>
        </w:tc>
      </w:tr>
      <w:tr w:rsidR="00F83B1A" w14:paraId="565F681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49BD1E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578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8D011E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زک / زگ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14B072F" w14:textId="77777777" w:rsidR="00F83B1A" w:rsidRDefault="00000000">
            <w:r>
              <w:t>der Bauch</w:t>
            </w:r>
          </w:p>
        </w:tc>
      </w:tr>
      <w:tr w:rsidR="00F83B1A" w14:paraId="3B2E545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52A432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579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15E28F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پەنجەی پێ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456A614" w14:textId="77777777" w:rsidR="00F83B1A" w:rsidRDefault="00000000">
            <w:r>
              <w:t>der Zeh</w:t>
            </w:r>
          </w:p>
        </w:tc>
      </w:tr>
    </w:tbl>
    <w:p w14:paraId="7B673A70" w14:textId="77777777" w:rsidR="00F83B1A" w:rsidRDefault="00F83B1A"/>
    <w:p w14:paraId="4239E5E8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Gefühle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757D6A14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235BB7D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2668BD2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30EAFDC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06002BF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75B755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580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AB0FF4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تەندروست / باش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33EA9AD" w14:textId="77777777" w:rsidR="00F83B1A" w:rsidRDefault="00000000">
            <w:r>
              <w:t>gesund / gut</w:t>
            </w:r>
          </w:p>
        </w:tc>
      </w:tr>
    </w:tbl>
    <w:p w14:paraId="4FA45017" w14:textId="77777777" w:rsidR="00F83B1A" w:rsidRDefault="00F83B1A"/>
    <w:p w14:paraId="6DA1719F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Gesundheit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44194D0D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590D6D9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08F26DE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ED2B292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4ADFF61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9ADD20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581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C5F917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تەندروست بوون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95D49AB" w14:textId="77777777" w:rsidR="00F83B1A" w:rsidRDefault="00000000">
            <w:r>
              <w:t>gesund sein</w:t>
            </w:r>
          </w:p>
        </w:tc>
      </w:tr>
      <w:tr w:rsidR="00F83B1A" w14:paraId="3C6529F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CF1C44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582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2048AE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نەخۆش بوون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3526E7A" w14:textId="77777777" w:rsidR="00F83B1A" w:rsidRDefault="00000000">
            <w:r>
              <w:t>krank sein</w:t>
            </w:r>
          </w:p>
        </w:tc>
      </w:tr>
      <w:tr w:rsidR="00F83B1A" w14:paraId="3A0A113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008CFD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583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D1B1BEA" w14:textId="5C17D9FC" w:rsidR="00F83B1A" w:rsidRDefault="0033657D">
            <w:pPr>
              <w:bidi/>
              <w:jc w:val="right"/>
            </w:pPr>
            <w:proofErr w:type="spellStart"/>
            <w:r w:rsidRPr="0033657D">
              <w:rPr>
                <w:rFonts w:cs="Arial"/>
                <w:sz w:val="28"/>
                <w:rtl/>
              </w:rPr>
              <w:t>تەندروستیم</w:t>
            </w:r>
            <w:proofErr w:type="spellEnd"/>
            <w:r w:rsidRPr="0033657D">
              <w:rPr>
                <w:rFonts w:cs="Arial"/>
                <w:sz w:val="28"/>
                <w:rtl/>
              </w:rPr>
              <w:t xml:space="preserve"> باش </w:t>
            </w:r>
            <w:proofErr w:type="spellStart"/>
            <w:r w:rsidRPr="0033657D">
              <w:rPr>
                <w:rFonts w:cs="Arial"/>
                <w:sz w:val="28"/>
                <w:rtl/>
              </w:rPr>
              <w:t>نییە</w:t>
            </w:r>
            <w:proofErr w:type="spellEnd"/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40AB68D" w14:textId="77777777" w:rsidR="00F83B1A" w:rsidRDefault="00000000">
            <w:r>
              <w:t>Mir geht es nicht gut</w:t>
            </w:r>
          </w:p>
        </w:tc>
      </w:tr>
    </w:tbl>
    <w:p w14:paraId="2F427A11" w14:textId="77777777" w:rsidR="00F83B1A" w:rsidRDefault="00F83B1A"/>
    <w:p w14:paraId="24519BEB" w14:textId="77777777" w:rsidR="00F83B1A" w:rsidRDefault="00000000">
      <w:pPr>
        <w:keepNext/>
        <w:spacing w:before="240" w:after="120"/>
      </w:pPr>
      <w:r>
        <w:rPr>
          <w:b/>
          <w:color w:val="0B6BCB"/>
          <w:sz w:val="32"/>
        </w:rPr>
        <w:t>Essen, Kleidung &amp; Wohnen</w:t>
      </w:r>
    </w:p>
    <w:p w14:paraId="69D7539F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Wohnen &amp; Möbel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09123ECC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4AFDF05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A0B77A3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4F9AA97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377B085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BFFC6B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584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E77339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دەستشۆر / گەرماو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E0240C0" w14:textId="77777777" w:rsidR="00F83B1A" w:rsidRDefault="00000000">
            <w:r>
              <w:t>das Bad / Toilette</w:t>
            </w:r>
          </w:p>
        </w:tc>
      </w:tr>
      <w:tr w:rsidR="00F83B1A" w14:paraId="5B1092E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5FC2F4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585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6AD79D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تەخت / جێگا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82769BF" w14:textId="77777777" w:rsidR="00F83B1A" w:rsidRDefault="00000000">
            <w:r>
              <w:t>das Bett</w:t>
            </w:r>
          </w:p>
        </w:tc>
      </w:tr>
      <w:tr w:rsidR="00F83B1A" w14:paraId="13EFC95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5E0DC4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lastRenderedPageBreak/>
              <w:t>586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E6F24E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ماڵ / خانوو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8E8541D" w14:textId="77777777" w:rsidR="00F83B1A" w:rsidRDefault="00000000">
            <w:r>
              <w:t>das Haus</w:t>
            </w:r>
          </w:p>
        </w:tc>
      </w:tr>
      <w:tr w:rsidR="00F83B1A" w14:paraId="625DAB6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10B91D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587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3E6449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ژووری خەوتن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3E20EC7" w14:textId="77777777" w:rsidR="00F83B1A" w:rsidRDefault="00000000">
            <w:r>
              <w:t>das Schlafzimmer</w:t>
            </w:r>
          </w:p>
        </w:tc>
      </w:tr>
      <w:tr w:rsidR="00F83B1A" w14:paraId="54DC91A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E866B3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588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5CBBEB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ژووری میوان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45FA8D4" w14:textId="77777777" w:rsidR="00F83B1A" w:rsidRDefault="00000000">
            <w:r>
              <w:t>das Wohnzimmer</w:t>
            </w:r>
          </w:p>
        </w:tc>
      </w:tr>
      <w:tr w:rsidR="00F83B1A" w14:paraId="2CAC8F1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CCC75D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589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AD12EC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باخچە / حەوشە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5FBEC80" w14:textId="77777777" w:rsidR="00F83B1A" w:rsidRDefault="00000000">
            <w:r>
              <w:t>der Garten / Hof</w:t>
            </w:r>
          </w:p>
        </w:tc>
      </w:tr>
      <w:tr w:rsidR="00F83B1A" w14:paraId="1209735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2F94B3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590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0C7D7E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دۆڵاب / کۆنتۆر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DB34921" w14:textId="77777777" w:rsidR="00F83B1A" w:rsidRDefault="00000000">
            <w:r>
              <w:t>der Schrank</w:t>
            </w:r>
          </w:p>
        </w:tc>
      </w:tr>
    </w:tbl>
    <w:p w14:paraId="0F9BCB12" w14:textId="77777777" w:rsidR="00F83B1A" w:rsidRDefault="00F83B1A"/>
    <w:p w14:paraId="66CA36EC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Einkaufen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12EA343B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6A9DD37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D986CE1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B95F525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4226CCF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DE2803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591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55DB47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نرخ / بەها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6E0338E" w14:textId="77777777" w:rsidR="00F83B1A" w:rsidRDefault="00000000">
            <w:r>
              <w:t>der Preis</w:t>
            </w:r>
          </w:p>
        </w:tc>
      </w:tr>
    </w:tbl>
    <w:p w14:paraId="6592F028" w14:textId="77777777" w:rsidR="00F83B1A" w:rsidRDefault="00F83B1A"/>
    <w:p w14:paraId="51141E19" w14:textId="77777777" w:rsidR="00F83B1A" w:rsidRDefault="00000000">
      <w:pPr>
        <w:keepNext/>
        <w:spacing w:before="240" w:after="120"/>
      </w:pPr>
      <w:r>
        <w:rPr>
          <w:b/>
          <w:color w:val="0B6BCB"/>
          <w:sz w:val="32"/>
        </w:rPr>
        <w:t>Berufe, Hobbys &amp; Reisen</w:t>
      </w:r>
    </w:p>
    <w:p w14:paraId="0BD390AF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Berufe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767743D2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E6236C1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8DB7842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6A15645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0177DED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871B65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592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D6C11F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پزیشک / دکتۆر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5FA6169" w14:textId="77777777" w:rsidR="00F83B1A" w:rsidRDefault="00000000">
            <w:r>
              <w:t>der Arzt / die Ärztin</w:t>
            </w:r>
          </w:p>
        </w:tc>
      </w:tr>
    </w:tbl>
    <w:p w14:paraId="6EAC0AC8" w14:textId="77777777" w:rsidR="00F83B1A" w:rsidRDefault="00F83B1A"/>
    <w:p w14:paraId="59269B75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Hobbys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0849EA49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926C606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1F87AAF3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2B5ECCB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2BBD506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6ADB16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593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07AE5A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تۆپی پێ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5C90479" w14:textId="77777777" w:rsidR="00F83B1A" w:rsidRDefault="00000000">
            <w:r>
              <w:t>Fußball (spielen)</w:t>
            </w:r>
          </w:p>
        </w:tc>
      </w:tr>
      <w:tr w:rsidR="00F83B1A" w14:paraId="343728B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8C24CF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594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10F9FD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گوێگرتن لە مۆزیک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F74859F" w14:textId="77777777" w:rsidR="00F83B1A" w:rsidRDefault="00000000">
            <w:r>
              <w:t>Musik hören</w:t>
            </w:r>
          </w:p>
        </w:tc>
      </w:tr>
    </w:tbl>
    <w:p w14:paraId="4321A303" w14:textId="77777777" w:rsidR="00F83B1A" w:rsidRDefault="00F83B1A"/>
    <w:p w14:paraId="7C777C35" w14:textId="77777777" w:rsidR="00F83B1A" w:rsidRDefault="00000000">
      <w:pPr>
        <w:keepNext/>
        <w:spacing w:before="240" w:after="120"/>
      </w:pPr>
      <w:r>
        <w:rPr>
          <w:b/>
          <w:color w:val="0B6BCB"/>
          <w:sz w:val="32"/>
        </w:rPr>
        <w:t>Natur &amp; Tiere</w:t>
      </w:r>
    </w:p>
    <w:p w14:paraId="0EE50075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Tiere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58CF5C2F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24F3E15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50D5A3C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C4B88E3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570BBE2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6104A3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595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9FD1E3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باڵندە / مەل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E7C0654" w14:textId="77777777" w:rsidR="00F83B1A" w:rsidRDefault="00000000">
            <w:r>
              <w:t>der Vogel</w:t>
            </w:r>
          </w:p>
        </w:tc>
      </w:tr>
      <w:tr w:rsidR="00F83B1A" w14:paraId="58CEC85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889A3E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596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36172F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مانگا / چێڵ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C84416D" w14:textId="77777777" w:rsidR="00F83B1A" w:rsidRDefault="00000000">
            <w:r>
              <w:t>die Kuh</w:t>
            </w:r>
          </w:p>
        </w:tc>
      </w:tr>
    </w:tbl>
    <w:p w14:paraId="0FE79D7A" w14:textId="77777777" w:rsidR="00F83B1A" w:rsidRDefault="00F83B1A"/>
    <w:p w14:paraId="439100D3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lastRenderedPageBreak/>
        <w:t>Landschaft &amp; Natur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62DAB6B0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CD97EA3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EDC00D8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91918D6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1BFB557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B9F5BD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597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B9277F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چیا / کێو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D11B938" w14:textId="77777777" w:rsidR="00F83B1A" w:rsidRDefault="00000000">
            <w:r>
              <w:t>der Berg</w:t>
            </w:r>
          </w:p>
        </w:tc>
      </w:tr>
    </w:tbl>
    <w:p w14:paraId="14097717" w14:textId="77777777" w:rsidR="00F83B1A" w:rsidRDefault="00F83B1A"/>
    <w:p w14:paraId="4A2A792F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Wetter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21347A85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A77D305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1E74394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01859A8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37621EA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54CF6C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598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4A47F3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خۆر / هەتاو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5B261E3" w14:textId="77777777" w:rsidR="00F83B1A" w:rsidRDefault="00000000">
            <w:r>
              <w:t>die Sonne</w:t>
            </w:r>
          </w:p>
        </w:tc>
      </w:tr>
    </w:tbl>
    <w:p w14:paraId="4A3FAB30" w14:textId="77777777" w:rsidR="00F83B1A" w:rsidRDefault="00F83B1A"/>
    <w:p w14:paraId="07973033" w14:textId="77777777" w:rsidR="00F83B1A" w:rsidRDefault="00000000">
      <w:pPr>
        <w:keepNext/>
        <w:spacing w:before="240" w:after="120"/>
      </w:pPr>
      <w:r>
        <w:rPr>
          <w:b/>
          <w:color w:val="0B6BCB"/>
          <w:sz w:val="32"/>
        </w:rPr>
        <w:t>Kultur &amp; Geschichte</w:t>
      </w:r>
    </w:p>
    <w:p w14:paraId="4E20CD3F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Newroz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022AE259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B6ED6FB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63A4701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4C2D9D0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0D9BB33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23A256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599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BB8EB2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ڕۆژی نوێ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022441C" w14:textId="77777777" w:rsidR="00F83B1A" w:rsidRDefault="00000000">
            <w:r>
              <w:t>neuer Tag</w:t>
            </w:r>
          </w:p>
        </w:tc>
      </w:tr>
    </w:tbl>
    <w:p w14:paraId="29367AE1" w14:textId="77777777" w:rsidR="00F83B1A" w:rsidRDefault="00F83B1A"/>
    <w:p w14:paraId="2A14CAED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Kurdistan-Karte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7ABDDE20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AB9C0FB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32D6A0D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04A3AC8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2E89DAE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0FF58C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600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EFE8EF5" w14:textId="357F0261" w:rsidR="00F83B1A" w:rsidRDefault="0033657D">
            <w:pPr>
              <w:bidi/>
              <w:jc w:val="right"/>
            </w:pPr>
            <w:proofErr w:type="spellStart"/>
            <w:r w:rsidRPr="0033657D">
              <w:rPr>
                <w:rFonts w:cs="Arial"/>
                <w:sz w:val="28"/>
                <w:rtl/>
              </w:rPr>
              <w:t>ئەفرین</w:t>
            </w:r>
            <w:proofErr w:type="spellEnd"/>
            <w:r w:rsidRPr="0033657D">
              <w:rPr>
                <w:rFonts w:cs="Arial"/>
                <w:sz w:val="28"/>
                <w:rtl/>
              </w:rPr>
              <w:t xml:space="preserve"> </w:t>
            </w:r>
            <w:proofErr w:type="spellStart"/>
            <w:r w:rsidR="00000000">
              <w:rPr>
                <w:sz w:val="28"/>
                <w:rtl/>
              </w:rPr>
              <w:t>شاری</w:t>
            </w:r>
            <w:proofErr w:type="spellEnd"/>
            <w:r w:rsidR="00000000">
              <w:rPr>
                <w:sz w:val="28"/>
                <w:rtl/>
              </w:rPr>
              <w:t xml:space="preserve"> </w:t>
            </w:r>
            <w:proofErr w:type="spellStart"/>
            <w:r w:rsidR="00000000">
              <w:rPr>
                <w:sz w:val="28"/>
                <w:rtl/>
              </w:rPr>
              <w:t>زەیتوونە</w:t>
            </w:r>
            <w:proofErr w:type="spellEnd"/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6BF28B7" w14:textId="77777777" w:rsidR="00F83B1A" w:rsidRDefault="00000000">
            <w:r>
              <w:t>Afrin ist die Stadt der Oliven.</w:t>
            </w:r>
          </w:p>
        </w:tc>
      </w:tr>
      <w:tr w:rsidR="00F83B1A" w14:paraId="0DA8F38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99FDBB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601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4BD92E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ئامەد دایکی کوردانە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7B8F557" w14:textId="77777777" w:rsidR="00F83B1A" w:rsidRDefault="00000000">
            <w:r>
              <w:t>Amed ist die Mutter der Kurden.</w:t>
            </w:r>
          </w:p>
        </w:tc>
      </w:tr>
      <w:tr w:rsidR="00F83B1A" w14:paraId="66A9C6E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592811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602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06F386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دهۆک شاری چیاکانە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5D3BA95" w14:textId="77777777" w:rsidR="00F83B1A" w:rsidRDefault="00000000">
            <w:r>
              <w:t>Dohuk ist die Stadt der Berge.</w:t>
            </w:r>
          </w:p>
        </w:tc>
      </w:tr>
      <w:tr w:rsidR="00F83B1A" w14:paraId="5930FC8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A41BE3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603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72AA2A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هەولێر شاری ژیانە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9AE2792" w14:textId="77777777" w:rsidR="00F83B1A" w:rsidRDefault="00000000">
            <w:r>
              <w:t>Erbil ist die Stadt des Lebens.</w:t>
            </w:r>
          </w:p>
        </w:tc>
      </w:tr>
      <w:tr w:rsidR="00F83B1A" w14:paraId="341B93D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753D35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604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5E0128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هەڵەبجە بۆ هەمیشە لە یاد دەمێنێت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0331E3B" w14:textId="77777777" w:rsidR="00F83B1A" w:rsidRDefault="00000000">
            <w:r>
              <w:t>Halabdscha bleibt für immer in Erinnerung.</w:t>
            </w:r>
          </w:p>
        </w:tc>
      </w:tr>
      <w:tr w:rsidR="00F83B1A" w14:paraId="2F9145E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102F00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605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8BFF9D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کرماشان شاری مێژووە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7E176A4" w14:textId="77777777" w:rsidR="00F83B1A" w:rsidRDefault="00000000">
            <w:r>
              <w:t>Kermanshah ist die Stadt der Geschichte.</w:t>
            </w:r>
          </w:p>
        </w:tc>
      </w:tr>
      <w:tr w:rsidR="00F83B1A" w14:paraId="2BAF8CB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332631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606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F1126F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کەرکووک دڵی کوردستانە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0111DC4" w14:textId="77777777" w:rsidR="00F83B1A" w:rsidRDefault="00000000">
            <w:r>
              <w:t>Kirkuk ist das Herz Kurdistans.</w:t>
            </w:r>
          </w:p>
        </w:tc>
      </w:tr>
      <w:tr w:rsidR="00F83B1A" w14:paraId="477C700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8B54DC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607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E7491F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کۆبانێ نموونەی بەربەرەکانییە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911B5E8" w14:textId="77777777" w:rsidR="00F83B1A" w:rsidRDefault="00000000">
            <w:r>
              <w:t>Kobani ist ein Beispiel des Widerstands.</w:t>
            </w:r>
          </w:p>
        </w:tc>
      </w:tr>
      <w:tr w:rsidR="00F83B1A" w14:paraId="3C81916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BE39CB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608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5FF9A8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مەهاباد گەش بۆ کوردستانە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9D71D08" w14:textId="77777777" w:rsidR="00F83B1A" w:rsidRDefault="00000000">
            <w:r>
              <w:t>Mahabad ist Hoffnung für Kurdistan.</w:t>
            </w:r>
          </w:p>
        </w:tc>
      </w:tr>
      <w:tr w:rsidR="00F83B1A" w14:paraId="284E9D3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1B3D98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609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BAE252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مێردین تاجی کوردستانە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2D53491" w14:textId="77777777" w:rsidR="00F83B1A" w:rsidRDefault="00000000">
            <w:r>
              <w:t>Mardin ist die Krone Kurdistans.</w:t>
            </w:r>
          </w:p>
        </w:tc>
      </w:tr>
      <w:tr w:rsidR="00F83B1A" w14:paraId="7D40E93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AF2B24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610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BAD4EF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قامیشلۆ پایتەختی ڕۆژاوایە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2BA399C" w14:textId="77777777" w:rsidR="00F83B1A" w:rsidRDefault="00000000">
            <w:r>
              <w:t>Qamishli ist die Hauptstadt von Rojava.</w:t>
            </w:r>
          </w:p>
        </w:tc>
      </w:tr>
      <w:tr w:rsidR="00F83B1A" w14:paraId="4FCEE2A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E3FD12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611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14692E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سنە دڵی موزیکە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B7EF020" w14:textId="77777777" w:rsidR="00F83B1A" w:rsidRDefault="00000000">
            <w:r>
              <w:t>Sanandaj ist das Herz der Musik.</w:t>
            </w:r>
          </w:p>
        </w:tc>
      </w:tr>
      <w:tr w:rsidR="00F83B1A" w14:paraId="2453D70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ED9F13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lastRenderedPageBreak/>
              <w:t>612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A07AEF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سلێمانی پایتەختی کولتورە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3CEEC81" w14:textId="77777777" w:rsidR="00F83B1A" w:rsidRDefault="00000000">
            <w:r>
              <w:t>Sulaimaniyya ist die Kulturhauptstadt.</w:t>
            </w:r>
          </w:p>
        </w:tc>
      </w:tr>
      <w:tr w:rsidR="00F83B1A" w14:paraId="4D88159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F6BCF1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613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5F3EEF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وورمێ شاری چاوسپییە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A230BCA" w14:textId="77777777" w:rsidR="00F83B1A" w:rsidRDefault="00000000">
            <w:r>
              <w:t>Urmia ist die Stadt der blauen Augen.</w:t>
            </w:r>
          </w:p>
        </w:tc>
      </w:tr>
      <w:tr w:rsidR="00F83B1A" w14:paraId="71FD2AC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8B1B14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614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3E9CB3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وان دەریاچەی پاکێتییە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B255365" w14:textId="77777777" w:rsidR="00F83B1A" w:rsidRDefault="00000000">
            <w:r>
              <w:t>Wan ist der Reinheit des Sees.</w:t>
            </w:r>
          </w:p>
        </w:tc>
      </w:tr>
    </w:tbl>
    <w:p w14:paraId="185FBD89" w14:textId="77777777" w:rsidR="00F83B1A" w:rsidRDefault="00F83B1A"/>
    <w:p w14:paraId="2BF6FA20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Kurdische Persönlichkeiten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798FA6E0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CE670CC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F820D69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B496409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1B554F1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701D81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615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CCB8F72" w14:textId="711171C0" w:rsidR="00F83B1A" w:rsidRDefault="0033657D">
            <w:pPr>
              <w:bidi/>
              <w:jc w:val="right"/>
            </w:pPr>
            <w:proofErr w:type="spellStart"/>
            <w:r w:rsidRPr="0033657D">
              <w:rPr>
                <w:rFonts w:cs="Arial"/>
                <w:sz w:val="28"/>
                <w:rtl/>
              </w:rPr>
              <w:t>دڵ</w:t>
            </w:r>
            <w:proofErr w:type="spellEnd"/>
            <w:r w:rsidRPr="0033657D">
              <w:rPr>
                <w:rFonts w:cs="Arial"/>
                <w:sz w:val="28"/>
                <w:rtl/>
              </w:rPr>
              <w:t xml:space="preserve"> </w:t>
            </w:r>
            <w:proofErr w:type="spellStart"/>
            <w:r w:rsidRPr="0033657D">
              <w:rPr>
                <w:rFonts w:cs="Arial"/>
                <w:sz w:val="28"/>
                <w:rtl/>
              </w:rPr>
              <w:t>ئاوێنەی</w:t>
            </w:r>
            <w:proofErr w:type="spellEnd"/>
            <w:r w:rsidRPr="0033657D">
              <w:rPr>
                <w:rFonts w:cs="Arial"/>
                <w:sz w:val="28"/>
                <w:rtl/>
              </w:rPr>
              <w:t xml:space="preserve"> </w:t>
            </w:r>
            <w:proofErr w:type="spellStart"/>
            <w:r w:rsidRPr="0033657D">
              <w:rPr>
                <w:rFonts w:cs="Arial"/>
                <w:sz w:val="28"/>
                <w:rtl/>
              </w:rPr>
              <w:t>ڕاستییە</w:t>
            </w:r>
            <w:proofErr w:type="spellEnd"/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84ADEE1" w14:textId="77777777" w:rsidR="00F83B1A" w:rsidRDefault="00000000">
            <w:r>
              <w:t>Das Herz ist der Spiegel der Wahrheit</w:t>
            </w:r>
          </w:p>
        </w:tc>
      </w:tr>
      <w:tr w:rsidR="00F83B1A" w14:paraId="780B646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2C891D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616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38F55B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وشە، چەکی نەتەوەیە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CD95129" w14:textId="77777777" w:rsidR="00F83B1A" w:rsidRDefault="00000000">
            <w:r>
              <w:t>Das Wort ist die Waffe des Volkes</w:t>
            </w:r>
          </w:p>
        </w:tc>
      </w:tr>
      <w:tr w:rsidR="00F83B1A" w14:paraId="25ED750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81729A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617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BA5663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کورد ئاژەڵ نییە، کورد مرۆڤە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34E8266" w14:textId="77777777" w:rsidR="00F83B1A" w:rsidRDefault="00000000">
            <w:r>
              <w:t>Der Kurde ist kein Tier, der Kurde ist ein Mensch</w:t>
            </w:r>
          </w:p>
        </w:tc>
      </w:tr>
      <w:tr w:rsidR="00F83B1A" w14:paraId="78387DA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1AF254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618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7369E56" w14:textId="6464AF3A" w:rsidR="00F83B1A" w:rsidRDefault="0033657D">
            <w:pPr>
              <w:bidi/>
              <w:jc w:val="right"/>
            </w:pPr>
            <w:proofErr w:type="spellStart"/>
            <w:r w:rsidRPr="0033657D">
              <w:rPr>
                <w:rFonts w:cs="Arial"/>
                <w:sz w:val="28"/>
                <w:rtl/>
              </w:rPr>
              <w:t>هۆنراوە</w:t>
            </w:r>
            <w:proofErr w:type="spellEnd"/>
            <w:r w:rsidRPr="0033657D">
              <w:rPr>
                <w:rFonts w:cs="Arial"/>
                <w:sz w:val="28"/>
                <w:rtl/>
              </w:rPr>
              <w:t xml:space="preserve">، </w:t>
            </w:r>
            <w:proofErr w:type="spellStart"/>
            <w:r w:rsidRPr="0033657D">
              <w:rPr>
                <w:rFonts w:cs="Arial"/>
                <w:sz w:val="28"/>
                <w:rtl/>
              </w:rPr>
              <w:t>دەنگی</w:t>
            </w:r>
            <w:proofErr w:type="spellEnd"/>
            <w:r w:rsidRPr="0033657D">
              <w:rPr>
                <w:rFonts w:cs="Arial"/>
                <w:sz w:val="28"/>
                <w:rtl/>
              </w:rPr>
              <w:t xml:space="preserve"> </w:t>
            </w:r>
            <w:proofErr w:type="spellStart"/>
            <w:r w:rsidRPr="0033657D">
              <w:rPr>
                <w:rFonts w:cs="Arial"/>
                <w:sz w:val="28"/>
                <w:rtl/>
              </w:rPr>
              <w:t>گەلانە</w:t>
            </w:r>
            <w:proofErr w:type="spellEnd"/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5653F41" w14:textId="77777777" w:rsidR="00F83B1A" w:rsidRDefault="00000000">
            <w:r>
              <w:t>Dichtung ist die Stimme der Völker</w:t>
            </w:r>
          </w:p>
        </w:tc>
      </w:tr>
      <w:tr w:rsidR="00F83B1A" w14:paraId="737F8A2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A3A204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619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2F41F5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کیژان ئازایەن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A629875" w14:textId="77777777" w:rsidR="00F83B1A" w:rsidRDefault="00000000">
            <w:r>
              <w:t>Die Mädchen sind mutig</w:t>
            </w:r>
          </w:p>
        </w:tc>
      </w:tr>
      <w:tr w:rsidR="00F83B1A" w14:paraId="61E7E0B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EE40F9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620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E365B9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ژن ژیان ئازادی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6645398" w14:textId="77777777" w:rsidR="00F83B1A" w:rsidRDefault="00000000">
            <w:r>
              <w:t>Frau Leben Freiheit</w:t>
            </w:r>
          </w:p>
        </w:tc>
      </w:tr>
      <w:tr w:rsidR="00F83B1A" w14:paraId="4621745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7A46E9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621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A32C9A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ئازادی، خواستی هەموو ژیانە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96FEE9B" w14:textId="77777777" w:rsidR="00F83B1A" w:rsidRDefault="00000000">
            <w:r>
              <w:t>Freiheit ist der Wunsch des ganzen Lebens</w:t>
            </w:r>
          </w:p>
        </w:tc>
      </w:tr>
      <w:tr w:rsidR="00F83B1A" w14:paraId="3F36915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C792B1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622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F77B48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ئازادی شتێکی پیرۆزە کە نابێت بفرۆشرێت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E557356" w14:textId="77777777" w:rsidR="00F83B1A" w:rsidRDefault="00000000">
            <w:r>
              <w:t>Freiheit ist etwas Heiliges, das nicht verkauft werden darf</w:t>
            </w:r>
          </w:p>
        </w:tc>
      </w:tr>
      <w:tr w:rsidR="00F83B1A" w14:paraId="454F7F2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B72B46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623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A7FF90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هیوا گرنگترە لە ترس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A80ABE6" w14:textId="77777777" w:rsidR="00F83B1A" w:rsidRDefault="00000000">
            <w:r>
              <w:t>Hoffnung ist wichtiger als Angst</w:t>
            </w:r>
          </w:p>
        </w:tc>
      </w:tr>
      <w:tr w:rsidR="00F83B1A" w14:paraId="7D4D6FD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5CDEAE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624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7B8D9A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من بە کوردی سوێند دەخۆم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9820D85" w14:textId="77777777" w:rsidR="00F83B1A" w:rsidRDefault="00000000">
            <w:r>
              <w:t>Ich schwöre auf Kurdisch</w:t>
            </w:r>
          </w:p>
        </w:tc>
      </w:tr>
      <w:tr w:rsidR="00F83B1A" w14:paraId="07B5EC0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EC8AB1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625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357F09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کوردستان، ماڵی هەموو کوردانە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FB6826A" w14:textId="77777777" w:rsidR="00F83B1A" w:rsidRDefault="00000000">
            <w:r>
              <w:t>Kurdistan ist das Haus aller Kurden</w:t>
            </w:r>
          </w:p>
        </w:tc>
      </w:tr>
      <w:tr w:rsidR="00F83B1A" w14:paraId="5EEC236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92BD7D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626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20498D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کوردستان ئازادە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568575C" w14:textId="77777777" w:rsidR="00F83B1A" w:rsidRDefault="00000000">
            <w:r>
              <w:t>Kurdistan ist frei</w:t>
            </w:r>
          </w:p>
        </w:tc>
      </w:tr>
      <w:tr w:rsidR="00F83B1A" w14:paraId="1932EA4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418505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627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3CDD19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کوردستان یان هیچ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9EFA252" w14:textId="77777777" w:rsidR="00F83B1A" w:rsidRDefault="00000000">
            <w:r>
              <w:t>Kurdistan oder nichts</w:t>
            </w:r>
          </w:p>
        </w:tc>
      </w:tr>
      <w:tr w:rsidR="00F83B1A" w14:paraId="258818F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1533C8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628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145D57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ژیان ئازادییە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F1C236E" w14:textId="77777777" w:rsidR="00F83B1A" w:rsidRDefault="00000000">
            <w:r>
              <w:t>Leben ist Freiheit</w:t>
            </w:r>
          </w:p>
        </w:tc>
      </w:tr>
      <w:tr w:rsidR="00F83B1A" w14:paraId="641175D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1319CA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629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753C156" w14:textId="24B0EFE8" w:rsidR="00F83B1A" w:rsidRDefault="0033657D">
            <w:pPr>
              <w:bidi/>
              <w:jc w:val="right"/>
            </w:pPr>
            <w:proofErr w:type="spellStart"/>
            <w:r w:rsidRPr="0033657D">
              <w:rPr>
                <w:rFonts w:cs="Arial"/>
                <w:sz w:val="28"/>
                <w:rtl/>
              </w:rPr>
              <w:t>ئەوین</w:t>
            </w:r>
            <w:proofErr w:type="spellEnd"/>
            <w:r w:rsidRPr="0033657D">
              <w:rPr>
                <w:rFonts w:cs="Arial"/>
                <w:sz w:val="28"/>
                <w:rtl/>
              </w:rPr>
              <w:t xml:space="preserve"> </w:t>
            </w:r>
            <w:proofErr w:type="gramStart"/>
            <w:r w:rsidRPr="0033657D">
              <w:rPr>
                <w:rFonts w:cs="Arial"/>
                <w:sz w:val="28"/>
                <w:rtl/>
              </w:rPr>
              <w:t xml:space="preserve">و </w:t>
            </w:r>
            <w:proofErr w:type="spellStart"/>
            <w:r w:rsidRPr="0033657D">
              <w:rPr>
                <w:rFonts w:cs="Arial"/>
                <w:sz w:val="28"/>
                <w:rtl/>
              </w:rPr>
              <w:t>دڵ</w:t>
            </w:r>
            <w:proofErr w:type="spellEnd"/>
            <w:proofErr w:type="gramEnd"/>
            <w:r w:rsidRPr="0033657D">
              <w:rPr>
                <w:rFonts w:cs="Arial"/>
                <w:sz w:val="28"/>
                <w:rtl/>
              </w:rPr>
              <w:t xml:space="preserve"> </w:t>
            </w:r>
            <w:proofErr w:type="spellStart"/>
            <w:r w:rsidRPr="0033657D">
              <w:rPr>
                <w:rFonts w:cs="Arial"/>
                <w:sz w:val="28"/>
                <w:rtl/>
              </w:rPr>
              <w:t>هاوبەشی</w:t>
            </w:r>
            <w:proofErr w:type="spellEnd"/>
            <w:r w:rsidRPr="0033657D">
              <w:rPr>
                <w:rFonts w:cs="Arial"/>
                <w:sz w:val="28"/>
                <w:rtl/>
              </w:rPr>
              <w:t xml:space="preserve"> </w:t>
            </w:r>
            <w:proofErr w:type="spellStart"/>
            <w:r w:rsidRPr="0033657D">
              <w:rPr>
                <w:rFonts w:cs="Arial"/>
                <w:sz w:val="28"/>
                <w:rtl/>
              </w:rPr>
              <w:t>گیانن</w:t>
            </w:r>
            <w:proofErr w:type="spellEnd"/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32CADBA" w14:textId="77777777" w:rsidR="00F83B1A" w:rsidRDefault="00000000">
            <w:r>
              <w:t>Liebe und Herz sind Partner der Seele</w:t>
            </w:r>
          </w:p>
        </w:tc>
      </w:tr>
      <w:tr w:rsidR="00F83B1A" w14:paraId="1F458A4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CE3691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630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B4384F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دڵم بە کوردستانە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8513AB2" w14:textId="77777777" w:rsidR="00F83B1A" w:rsidRDefault="00000000">
            <w:r>
              <w:t>Mein Herz ist bei Kurdistan</w:t>
            </w:r>
          </w:p>
        </w:tc>
      </w:tr>
      <w:tr w:rsidR="00F83B1A" w14:paraId="25C1DEE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9D6371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631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A0CEFE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دەنگم بۆ ئەویندارانە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D5D7799" w14:textId="77777777" w:rsidR="00F83B1A" w:rsidRDefault="00000000">
            <w:r>
              <w:t>Meine Stimme ist für die Liebenden</w:t>
            </w:r>
          </w:p>
        </w:tc>
      </w:tr>
      <w:tr w:rsidR="00F83B1A" w14:paraId="6062F7F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991383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632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3261F7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دەنگم بۆ کوردستانە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893279A" w14:textId="77777777" w:rsidR="00F83B1A" w:rsidRDefault="00000000">
            <w:r>
              <w:t>Meine Stimme ist für Kurdistan</w:t>
            </w:r>
          </w:p>
        </w:tc>
      </w:tr>
      <w:tr w:rsidR="00F83B1A" w14:paraId="2EA3EE2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FCFA15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633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B6D3B9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زمان، گیانی نەتەوەیە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89386B7" w14:textId="77777777" w:rsidR="00F83B1A" w:rsidRDefault="00000000">
            <w:r>
              <w:t>Sprache ist die Seele des Volkes</w:t>
            </w:r>
          </w:p>
        </w:tc>
      </w:tr>
      <w:tr w:rsidR="00F83B1A" w14:paraId="6F36C76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1F50A1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634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090003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ئەگەر کوردیش وەک عەرەب و فارس بوایە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F656092" w14:textId="77777777" w:rsidR="00F83B1A" w:rsidRDefault="00000000">
            <w:r>
              <w:t>Wenn die Kurden wie Araber und Perser wären…</w:t>
            </w:r>
          </w:p>
        </w:tc>
      </w:tr>
    </w:tbl>
    <w:p w14:paraId="238BEEAB" w14:textId="77777777" w:rsidR="00F83B1A" w:rsidRDefault="00F83B1A"/>
    <w:p w14:paraId="4A4FD788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lastRenderedPageBreak/>
        <w:t>Yezidische Begriffe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0E13CE1D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40C6C32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1B9FBAAB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9C8F960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1567DEF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8D6FA2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635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A46F51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تاوسێ ملک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F366905" w14:textId="77777777" w:rsidR="00F83B1A" w:rsidRDefault="00000000">
            <w:r>
              <w:t>Pfauenengel</w:t>
            </w:r>
          </w:p>
        </w:tc>
      </w:tr>
      <w:tr w:rsidR="00F83B1A" w14:paraId="698725F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CE0ECF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636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BEF8DA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کانییا سپی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01A3C46" w14:textId="77777777" w:rsidR="00F83B1A" w:rsidRDefault="00000000">
            <w:r>
              <w:t>Weiße Quelle</w:t>
            </w:r>
          </w:p>
        </w:tc>
      </w:tr>
    </w:tbl>
    <w:p w14:paraId="00C85B16" w14:textId="77777777" w:rsidR="00F83B1A" w:rsidRDefault="00F83B1A"/>
    <w:p w14:paraId="215B131E" w14:textId="77777777" w:rsidR="00F83B1A" w:rsidRDefault="00000000">
      <w:pPr>
        <w:keepNext/>
        <w:spacing w:before="240" w:after="120"/>
      </w:pPr>
      <w:r>
        <w:rPr>
          <w:b/>
          <w:color w:val="0B6BCB"/>
          <w:sz w:val="32"/>
        </w:rPr>
        <w:t>Grammatik (Wörter &amp; Beispiele)</w:t>
      </w:r>
    </w:p>
    <w:p w14:paraId="3DF91B40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Fragewörter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6501FA71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189731D1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B5EECB3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3AB7DB3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6EA091E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7F1A6A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637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C933A3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لە کام شار؟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72C6EBA" w14:textId="77777777" w:rsidR="00F83B1A" w:rsidRDefault="00000000">
            <w:r>
              <w:t>Aus welcher Stadt?</w:t>
            </w:r>
          </w:p>
        </w:tc>
      </w:tr>
      <w:tr w:rsidR="00F83B1A" w14:paraId="5E2B4B0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10993C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638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776D26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بۆ کێ؟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47240C2" w14:textId="77777777" w:rsidR="00F83B1A" w:rsidRDefault="00000000">
            <w:r>
              <w:t>Für wen? (Empfänger)</w:t>
            </w:r>
          </w:p>
        </w:tc>
      </w:tr>
      <w:tr w:rsidR="00F83B1A" w14:paraId="4BED515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DEA7C2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639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7A99C8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کام / کامە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0E63E34" w14:textId="77777777" w:rsidR="00F83B1A" w:rsidRDefault="00000000">
            <w:r>
              <w:t>kam / kame</w:t>
            </w:r>
          </w:p>
        </w:tc>
      </w:tr>
      <w:tr w:rsidR="00F83B1A" w14:paraId="1B96B17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A55770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640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BC32E6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لە کێ؟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9D781AE" w14:textId="77777777" w:rsidR="00F83B1A" w:rsidRDefault="00000000">
            <w:r>
              <w:t>Von wem? (Herkunft)</w:t>
            </w:r>
          </w:p>
        </w:tc>
      </w:tr>
      <w:tr w:rsidR="00F83B1A" w14:paraId="53C96D2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F2350C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641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8E01DF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بۆ چی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8E9936D" w14:textId="77777777" w:rsidR="00F83B1A" w:rsidRDefault="00000000">
            <w:r>
              <w:t>warum / wofür</w:t>
            </w:r>
          </w:p>
        </w:tc>
      </w:tr>
      <w:tr w:rsidR="00F83B1A" w14:paraId="653FA3D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16D3F9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642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72E710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بۆ چی؟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BB40C11" w14:textId="77777777" w:rsidR="00F83B1A" w:rsidRDefault="00000000">
            <w:r>
              <w:t>Warum? (Grund)</w:t>
            </w:r>
          </w:p>
        </w:tc>
      </w:tr>
      <w:tr w:rsidR="00F83B1A" w14:paraId="23BE464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57C793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643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344241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 شتە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828E3F8" w14:textId="77777777" w:rsidR="00F83B1A" w:rsidRDefault="00000000">
            <w:r>
              <w:t>was für ein Ding</w:t>
            </w:r>
          </w:p>
        </w:tc>
      </w:tr>
      <w:tr w:rsidR="00F83B1A" w14:paraId="7BFD686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59A2F6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644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719BC6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چی دەخۆیت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15D1BB9" w14:textId="77777777" w:rsidR="00F83B1A" w:rsidRDefault="00000000">
            <w:r>
              <w:t>was isst du</w:t>
            </w:r>
          </w:p>
        </w:tc>
      </w:tr>
      <w:tr w:rsidR="00F83B1A" w14:paraId="55D21AC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39B8D0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645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17E8D1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چی ڕوویدا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EF706F1" w14:textId="77777777" w:rsidR="00F83B1A" w:rsidRDefault="00000000">
            <w:r>
              <w:t>was ist passiert</w:t>
            </w:r>
          </w:p>
        </w:tc>
      </w:tr>
      <w:tr w:rsidR="00F83B1A" w14:paraId="4F3B7AD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859115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646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BFBFFE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کام شار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D9599D5" w14:textId="77777777" w:rsidR="00F83B1A" w:rsidRDefault="00000000">
            <w:r>
              <w:t>welche Stadt</w:t>
            </w:r>
          </w:p>
        </w:tc>
      </w:tr>
      <w:tr w:rsidR="00F83B1A" w14:paraId="176373E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7E34FC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647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677A94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کام پەرتووک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7A606E5" w14:textId="77777777" w:rsidR="00F83B1A" w:rsidRDefault="00000000">
            <w:r>
              <w:t>welches Buch (Auswahl)</w:t>
            </w:r>
          </w:p>
        </w:tc>
      </w:tr>
      <w:tr w:rsidR="00F83B1A" w14:paraId="61D03BB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D634B2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648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546DAE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کێم بینی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A48B18D" w14:textId="77777777" w:rsidR="00F83B1A" w:rsidRDefault="00000000">
            <w:r>
              <w:t>wen ich sah</w:t>
            </w:r>
          </w:p>
        </w:tc>
      </w:tr>
      <w:tr w:rsidR="00F83B1A" w14:paraId="0CB2C3E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C8F14D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649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81EB17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تۆ کێت بینی؟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C8B7274" w14:textId="77777777" w:rsidR="00F83B1A" w:rsidRDefault="00000000">
            <w:r>
              <w:t>Wen sahst du?</w:t>
            </w:r>
          </w:p>
        </w:tc>
      </w:tr>
      <w:tr w:rsidR="00F83B1A" w14:paraId="788579D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1114C4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650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FA7385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کێیە سەرۆک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D289268" w14:textId="77777777" w:rsidR="00F83B1A" w:rsidRDefault="00000000">
            <w:r>
              <w:t>wer ist Vorsitzender</w:t>
            </w:r>
          </w:p>
        </w:tc>
      </w:tr>
      <w:tr w:rsidR="00F83B1A" w14:paraId="26C4828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3A03A0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651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4DFAB7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کێ هات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3C1A430" w14:textId="77777777" w:rsidR="00F83B1A" w:rsidRDefault="00000000">
            <w:r>
              <w:t>wer kam</w:t>
            </w:r>
          </w:p>
        </w:tc>
      </w:tr>
      <w:tr w:rsidR="00F83B1A" w14:paraId="260CDAF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BCF6A2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652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F27309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کێ هاتە؟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D808220" w14:textId="77777777" w:rsidR="00F83B1A" w:rsidRDefault="00000000">
            <w:r>
              <w:t>Wer kam?</w:t>
            </w:r>
          </w:p>
        </w:tc>
      </w:tr>
      <w:tr w:rsidR="00F83B1A" w14:paraId="236D25B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63931A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653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B330AD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پەرتووکی کێت لایە؟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034C4C3" w14:textId="77777777" w:rsidR="00F83B1A" w:rsidRDefault="00000000">
            <w:r>
              <w:t>Wessen Buch hast du?</w:t>
            </w:r>
          </w:p>
        </w:tc>
      </w:tr>
      <w:tr w:rsidR="00F83B1A" w14:paraId="1C48DA6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D4C8BC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654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C9B819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چەند ساڵ؟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4C7B3C9" w14:textId="77777777" w:rsidR="00F83B1A" w:rsidRDefault="00000000">
            <w:r>
              <w:t>Wie viele Jahre?</w:t>
            </w:r>
          </w:p>
        </w:tc>
      </w:tr>
      <w:tr w:rsidR="00F83B1A" w14:paraId="2E3A10D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1EF2D4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655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FA80B4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 چی؟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CC57584" w14:textId="77777777" w:rsidR="00F83B1A" w:rsidRDefault="00000000">
            <w:r>
              <w:t>Womit? (Mittel)</w:t>
            </w:r>
          </w:p>
        </w:tc>
      </w:tr>
      <w:tr w:rsidR="00F83B1A" w14:paraId="51E07AD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4A3B67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lastRenderedPageBreak/>
              <w:t>656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79B778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چی / 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24450E7" w14:textId="77777777" w:rsidR="00F83B1A" w:rsidRDefault="00000000">
            <w:r>
              <w:t>çî / ç</w:t>
            </w:r>
          </w:p>
        </w:tc>
      </w:tr>
    </w:tbl>
    <w:p w14:paraId="2BD68565" w14:textId="77777777" w:rsidR="00F83B1A" w:rsidRDefault="00F83B1A"/>
    <w:p w14:paraId="5FC83900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Fragesätze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06E6CFA1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1F3F8F84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4717E9D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11327B2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0894A28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FB7FF9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657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0D6501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کام ڕەنگت دەوێت؟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8CAD686" w14:textId="77777777" w:rsidR="00F83B1A" w:rsidRDefault="00000000">
            <w:r>
              <w:t>Auswahl aus Gruppe / Welche Farbe willst du?</w:t>
            </w:r>
          </w:p>
        </w:tc>
      </w:tr>
      <w:tr w:rsidR="00F83B1A" w14:paraId="4CAEC63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92CED3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658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B942ED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ئایا تۆ کوردیت؟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ED5D73A" w14:textId="77777777" w:rsidR="00F83B1A" w:rsidRDefault="00000000">
            <w:r>
              <w:t>Bist du Kurde?</w:t>
            </w:r>
          </w:p>
        </w:tc>
      </w:tr>
      <w:tr w:rsidR="00F83B1A" w14:paraId="3215190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7F6959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659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9D51CB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ئایا ئەو دێت؟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FBA888A" w14:textId="77777777" w:rsidR="00F83B1A" w:rsidRDefault="00000000">
            <w:r>
              <w:t>Kommt er? / بەڵێ / نا</w:t>
            </w:r>
          </w:p>
        </w:tc>
      </w:tr>
      <w:tr w:rsidR="00F83B1A" w14:paraId="7732BE6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E6E2E5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660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3F4585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ئایا باران دەبارێت؟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FED8C79" w14:textId="77777777" w:rsidR="00F83B1A" w:rsidRDefault="00000000">
            <w:r>
              <w:t>Regnet es?</w:t>
            </w:r>
          </w:p>
        </w:tc>
      </w:tr>
      <w:tr w:rsidR="00F83B1A" w14:paraId="0C75A7F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0BF0A9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661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C075F2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کەی تۆ دەچیت؟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1DB7DCA" w14:textId="77777777" w:rsidR="00F83B1A" w:rsidRDefault="00000000">
            <w:r>
              <w:t>Wann gehst du?</w:t>
            </w:r>
          </w:p>
        </w:tc>
      </w:tr>
      <w:tr w:rsidR="00F83B1A" w14:paraId="0F6878E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8BA8D9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662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7D7D82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بۆچی نایەیت؟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E8BAC94" w14:textId="77777777" w:rsidR="00F83B1A" w:rsidRDefault="00000000">
            <w:r>
              <w:t>Warum kommst du nicht?</w:t>
            </w:r>
          </w:p>
        </w:tc>
      </w:tr>
      <w:tr w:rsidR="00F83B1A" w14:paraId="56A2CF7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5F2957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663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65D2A3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کام پەرتووکە؟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F2918A2" w14:textId="77777777" w:rsidR="00F83B1A" w:rsidRDefault="00000000">
            <w:r>
              <w:t>Welches Buch ist es?</w:t>
            </w:r>
          </w:p>
        </w:tc>
      </w:tr>
      <w:tr w:rsidR="00F83B1A" w14:paraId="37CEF3D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EFE3FE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664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AE57C4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کام خواردنت پێ خۆشە؟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0DE361F" w14:textId="77777777" w:rsidR="00F83B1A" w:rsidRDefault="00000000">
            <w:r>
              <w:t>Welches Essen magst du?</w:t>
            </w:r>
          </w:p>
        </w:tc>
      </w:tr>
      <w:tr w:rsidR="00F83B1A" w14:paraId="6130FAA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96C676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665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EC6AE8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کوێ دەژیت؟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7227D62" w14:textId="77777777" w:rsidR="00F83B1A" w:rsidRDefault="00000000">
            <w:r>
              <w:t>Wo wohnst du?</w:t>
            </w:r>
          </w:p>
        </w:tc>
      </w:tr>
      <w:tr w:rsidR="00F83B1A" w14:paraId="22923E8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F0DDC8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666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1D0D49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کەی ئەو دێت؟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377B61E" w14:textId="77777777" w:rsidR="00F83B1A" w:rsidRDefault="00000000">
            <w:r>
              <w:t>Zeit, Ort, Person …</w:t>
            </w:r>
          </w:p>
        </w:tc>
      </w:tr>
    </w:tbl>
    <w:p w14:paraId="5F762353" w14:textId="77777777" w:rsidR="00F83B1A" w:rsidRDefault="00F83B1A"/>
    <w:p w14:paraId="52361645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Ausrufesätze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42004AB9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0013D39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A965340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404AA27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1E70460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03F69A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667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BC532B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ئافەرین، چ پاڵەوانێکە!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7366FEB" w14:textId="77777777" w:rsidR="00F83B1A" w:rsidRDefault="00000000">
            <w:r>
              <w:t>Bravo, was für ein Held!</w:t>
            </w:r>
          </w:p>
        </w:tc>
      </w:tr>
      <w:tr w:rsidR="00F83B1A" w14:paraId="74F4CF2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43AD16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668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F80675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خۆر هەڵدێت.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C091EF1" w14:textId="77777777" w:rsidR="00F83B1A" w:rsidRDefault="00000000">
            <w:r>
              <w:t>Die Sonne scheint.</w:t>
            </w:r>
          </w:p>
        </w:tc>
      </w:tr>
      <w:tr w:rsidR="00F83B1A" w14:paraId="7473511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EBBEF9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669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AE29D2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ناخ / پف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2B4281B" w14:textId="77777777" w:rsidR="00F83B1A" w:rsidRDefault="00000000">
            <w:r>
              <w:t>Ekel / Ablehnung</w:t>
            </w:r>
          </w:p>
        </w:tc>
      </w:tr>
      <w:tr w:rsidR="00F83B1A" w14:paraId="4C547F8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6FB1C4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670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A7799F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ئەو پەرتووکێکی نوێ دەخوێنێتەوە.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9599276" w14:textId="77777777" w:rsidR="00F83B1A" w:rsidRDefault="00000000">
            <w:r>
              <w:t>Er liest ein neues Buch.</w:t>
            </w:r>
          </w:p>
        </w:tc>
      </w:tr>
      <w:tr w:rsidR="00F83B1A" w14:paraId="00AF890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0AD1C8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671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C2C79F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بژی کوردستان!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1504D3B" w14:textId="77777777" w:rsidR="00F83B1A" w:rsidRDefault="00000000">
            <w:r>
              <w:t>Es lebe Kurdistan!</w:t>
            </w:r>
          </w:p>
        </w:tc>
      </w:tr>
      <w:tr w:rsidR="00F83B1A" w14:paraId="75D269D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927CA8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672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6914FE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ئەمڕۆ کەشەکە سارد بوو.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FB24A1E" w14:textId="77777777" w:rsidR="00F83B1A" w:rsidRDefault="00000000">
            <w:r>
              <w:t>Heute war das Wetter kalt.</w:t>
            </w:r>
          </w:p>
        </w:tc>
      </w:tr>
      <w:tr w:rsidR="00F83B1A" w14:paraId="0C2FE2F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43444F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673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447619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ئای، چ ڕۆژێکی نایابە!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176F8B4" w14:textId="77777777" w:rsidR="00F83B1A" w:rsidRDefault="00000000">
            <w:r>
              <w:t>Oh, was für ein toller Tag!</w:t>
            </w:r>
          </w:p>
        </w:tc>
      </w:tr>
      <w:tr w:rsidR="00F83B1A" w14:paraId="0EDB8C4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423D65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674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DE24D3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سارا لە مزگەوت دەژی.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DB97573" w14:textId="77777777" w:rsidR="00F83B1A" w:rsidRDefault="00000000">
            <w:r>
              <w:t>Sara wohnt in Mosgawt.</w:t>
            </w:r>
          </w:p>
        </w:tc>
      </w:tr>
      <w:tr w:rsidR="00F83B1A" w14:paraId="7B3FBEC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7A14EE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675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25D600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کەی دەچیت بۆ وانە؟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33960B4" w14:textId="77777777" w:rsidR="00F83B1A" w:rsidRDefault="00000000">
            <w:r>
              <w:t>Wann gehst du zum Unterricht?</w:t>
            </w:r>
          </w:p>
        </w:tc>
      </w:tr>
      <w:tr w:rsidR="00F83B1A" w14:paraId="5BA6A7C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7865C4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676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88E684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چی دەخۆیت؟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A445CBD" w14:textId="77777777" w:rsidR="00F83B1A" w:rsidRDefault="00000000">
            <w:r>
              <w:t>Was isst du?</w:t>
            </w:r>
          </w:p>
        </w:tc>
      </w:tr>
      <w:tr w:rsidR="00F83B1A" w14:paraId="12DDEE7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37F9DC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677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1D52B1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چەند جوانە!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9E21F78" w14:textId="77777777" w:rsidR="00F83B1A" w:rsidRDefault="00000000">
            <w:r>
              <w:t>Wie schön (es ist)! / Wie schön es ist!</w:t>
            </w:r>
          </w:p>
        </w:tc>
      </w:tr>
      <w:tr w:rsidR="00F83B1A" w14:paraId="1103CBA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712746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lastRenderedPageBreak/>
              <w:t>678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A090C4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باوکت لە کوێیە؟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827FC38" w14:textId="77777777" w:rsidR="00F83B1A" w:rsidRDefault="00000000">
            <w:r>
              <w:t>Wo ist dein Vater?</w:t>
            </w:r>
          </w:p>
        </w:tc>
      </w:tr>
      <w:tr w:rsidR="00F83B1A" w14:paraId="54B61B7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9A9BC2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679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FA4449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تۆ کوێ دەژیت؟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BE82A93" w14:textId="77777777" w:rsidR="00F83B1A" w:rsidRDefault="00000000">
            <w:r>
              <w:t>Wo wohnst du?</w:t>
            </w:r>
          </w:p>
        </w:tc>
      </w:tr>
      <w:tr w:rsidR="00F83B1A" w14:paraId="369D87F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947E0A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680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581F9E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بێزاری / مەخابن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65DC6B9" w14:textId="77777777" w:rsidR="00F83B1A" w:rsidRDefault="00000000">
            <w:r>
              <w:t>Ärger / Empörung</w:t>
            </w:r>
          </w:p>
        </w:tc>
      </w:tr>
      <w:tr w:rsidR="00F83B1A" w14:paraId="3F23E37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474EF2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681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506C93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ئای / ئەها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062F37E" w14:textId="77777777" w:rsidR="00F83B1A" w:rsidRDefault="00000000">
            <w:r>
              <w:t>Überraschung</w:t>
            </w:r>
          </w:p>
        </w:tc>
      </w:tr>
    </w:tbl>
    <w:p w14:paraId="5ED94881" w14:textId="77777777" w:rsidR="00F83B1A" w:rsidRDefault="00F83B1A"/>
    <w:p w14:paraId="50BF70A0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Satzarten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0E4F9954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B509C50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E89A25F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126F346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05AAC1A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EB9D74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682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A84754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ئازاد لە سلێمانی دەژی.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6938D91" w14:textId="77777777" w:rsidR="00F83B1A" w:rsidRDefault="00000000">
            <w:r>
              <w:t>Azad wohnt in Suleymaniya.</w:t>
            </w:r>
          </w:p>
        </w:tc>
      </w:tr>
      <w:tr w:rsidR="00F83B1A" w14:paraId="34B15E2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2D4E71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683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CB102C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ڕووبارەکە وشک بوو.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DC4DF24" w14:textId="77777777" w:rsidR="00F83B1A" w:rsidRDefault="00000000">
            <w:r>
              <w:t>Das Flussbett ist trocken.</w:t>
            </w:r>
          </w:p>
        </w:tc>
      </w:tr>
      <w:tr w:rsidR="00F83B1A" w14:paraId="744DD6A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376554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684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DB2BE2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نان دەخۆیت؟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D3639A3" w14:textId="77777777" w:rsidR="00F83B1A" w:rsidRDefault="00000000">
            <w:r>
              <w:t>Isst du Brot?</w:t>
            </w:r>
          </w:p>
        </w:tc>
      </w:tr>
      <w:tr w:rsidR="00F83B1A" w14:paraId="4FEB54E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931174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685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B57628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خۆش نییە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26AA291" w14:textId="77777777" w:rsidR="00F83B1A" w:rsidRDefault="00000000">
            <w:r>
              <w:t>ist nicht schön / ist nicht gut</w:t>
            </w:r>
          </w:p>
        </w:tc>
      </w:tr>
      <w:tr w:rsidR="00F83B1A" w14:paraId="6F11E8B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2247BD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686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CB066E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خۆر هەڵدێت؟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668D721" w14:textId="77777777" w:rsidR="00F83B1A" w:rsidRDefault="00000000">
            <w:r>
              <w:t>Scheint die Sonne?</w:t>
            </w:r>
          </w:p>
        </w:tc>
      </w:tr>
      <w:tr w:rsidR="00F83B1A" w14:paraId="3A4C7FE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D19017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687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359A4A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 خۆشی بێیت!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10F12AF" w14:textId="77777777" w:rsidR="00F83B1A" w:rsidRDefault="00000000">
            <w:r>
              <w:t>Sei willkommen!</w:t>
            </w:r>
          </w:p>
        </w:tc>
      </w:tr>
      <w:tr w:rsidR="00F83B1A" w14:paraId="13004A3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3D3302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688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7EA79A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 ڕۆژێکی نایابە!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9497AFE" w14:textId="77777777" w:rsidR="00F83B1A" w:rsidRDefault="00000000">
            <w:r>
              <w:t>Was für ein toller Tag!</w:t>
            </w:r>
          </w:p>
        </w:tc>
      </w:tr>
      <w:tr w:rsidR="00F83B1A" w14:paraId="673F86F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D2B5DF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689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3C0CBF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کەشەکە چەند خۆشە!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65D602E" w14:textId="77777777" w:rsidR="00F83B1A" w:rsidRDefault="00000000">
            <w:r>
              <w:t>Wie schön das Wetter ist!</w:t>
            </w:r>
          </w:p>
        </w:tc>
      </w:tr>
      <w:tr w:rsidR="00F83B1A" w14:paraId="2C46799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B28E1A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690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A64D70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تو لە کوێ دەژیت؟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999CC7B" w14:textId="77777777" w:rsidR="00F83B1A" w:rsidRDefault="00000000">
            <w:r>
              <w:t>Wo wohnst du?</w:t>
            </w:r>
          </w:p>
        </w:tc>
      </w:tr>
    </w:tbl>
    <w:p w14:paraId="26B2F603" w14:textId="77777777" w:rsidR="00F83B1A" w:rsidRDefault="00F83B1A"/>
    <w:p w14:paraId="3A94A35D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Imperativ - Praxis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4BC4A4BC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34BEB31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28AB0C9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DACDDC5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57DA6A8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1F095C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691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5AF49E4" w14:textId="42B3C605" w:rsidR="00F83B1A" w:rsidRDefault="00000000">
            <w:pPr>
              <w:bidi/>
              <w:jc w:val="right"/>
            </w:pPr>
            <w:proofErr w:type="spellStart"/>
            <w:r>
              <w:rPr>
                <w:sz w:val="28"/>
                <w:rtl/>
              </w:rPr>
              <w:t>تکایە</w:t>
            </w:r>
            <w:proofErr w:type="spellEnd"/>
            <w:r>
              <w:rPr>
                <w:sz w:val="28"/>
                <w:rtl/>
              </w:rPr>
              <w:t xml:space="preserve"> </w:t>
            </w:r>
            <w:proofErr w:type="spellStart"/>
            <w:r>
              <w:rPr>
                <w:sz w:val="28"/>
                <w:rtl/>
              </w:rPr>
              <w:t>دەرگاکە</w:t>
            </w:r>
            <w:proofErr w:type="spellEnd"/>
            <w:r>
              <w:rPr>
                <w:sz w:val="28"/>
                <w:rtl/>
              </w:rPr>
              <w:t xml:space="preserve"> </w:t>
            </w:r>
            <w:proofErr w:type="spellStart"/>
            <w:r>
              <w:rPr>
                <w:sz w:val="28"/>
                <w:rtl/>
              </w:rPr>
              <w:t>دابخە</w:t>
            </w:r>
            <w:proofErr w:type="spellEnd"/>
            <w:r w:rsidR="0033657D">
              <w:rPr>
                <w:sz w:val="28"/>
              </w:rPr>
              <w:t>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0B26BB3" w14:textId="77777777" w:rsidR="00F83B1A" w:rsidRDefault="00000000">
            <w:r>
              <w:t>Bitte schließ die Tür.</w:t>
            </w:r>
          </w:p>
        </w:tc>
      </w:tr>
      <w:tr w:rsidR="00F83B1A" w14:paraId="65489AE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1356ED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692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9EB3E4D" w14:textId="35133192" w:rsidR="00F83B1A" w:rsidRDefault="00000000">
            <w:pPr>
              <w:bidi/>
              <w:jc w:val="right"/>
            </w:pPr>
            <w:proofErr w:type="spellStart"/>
            <w:r>
              <w:rPr>
                <w:sz w:val="28"/>
                <w:rtl/>
              </w:rPr>
              <w:t>تکایە</w:t>
            </w:r>
            <w:proofErr w:type="spellEnd"/>
            <w:r>
              <w:rPr>
                <w:sz w:val="28"/>
                <w:rtl/>
              </w:rPr>
              <w:t xml:space="preserve"> </w:t>
            </w:r>
            <w:proofErr w:type="spellStart"/>
            <w:r>
              <w:rPr>
                <w:sz w:val="28"/>
                <w:rtl/>
              </w:rPr>
              <w:t>ناوەکەت</w:t>
            </w:r>
            <w:proofErr w:type="spellEnd"/>
            <w:r>
              <w:rPr>
                <w:sz w:val="28"/>
                <w:rtl/>
              </w:rPr>
              <w:t xml:space="preserve"> </w:t>
            </w:r>
            <w:proofErr w:type="spellStart"/>
            <w:r>
              <w:rPr>
                <w:sz w:val="28"/>
                <w:rtl/>
              </w:rPr>
              <w:t>بنووسە</w:t>
            </w:r>
            <w:proofErr w:type="spellEnd"/>
            <w:r w:rsidR="0033657D">
              <w:rPr>
                <w:sz w:val="28"/>
              </w:rPr>
              <w:t>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0C1C8FE" w14:textId="77777777" w:rsidR="00F83B1A" w:rsidRDefault="00000000">
            <w:r>
              <w:t>Bitte schreib deinen Namen.</w:t>
            </w:r>
          </w:p>
        </w:tc>
      </w:tr>
      <w:tr w:rsidR="00F83B1A" w14:paraId="14FFB18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D6A851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693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A8013D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مەچۆ بۆ ئەوێ!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E8665E4" w14:textId="77777777" w:rsidR="00F83B1A" w:rsidRDefault="00000000">
            <w:r>
              <w:t>Geh nicht dahin!</w:t>
            </w:r>
          </w:p>
        </w:tc>
      </w:tr>
      <w:tr w:rsidR="00F83B1A" w14:paraId="4D81270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04B19E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694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C2DAF2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بڕۆ!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FA524CB" w14:textId="77777777" w:rsidR="00F83B1A" w:rsidRDefault="00000000">
            <w:r>
              <w:t>Geh! (Befehl)</w:t>
            </w:r>
          </w:p>
        </w:tc>
      </w:tr>
      <w:tr w:rsidR="00F83B1A" w14:paraId="05A1EE1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EC2587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695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0C86D7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بخۆ!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41BB2AA" w14:textId="77777777" w:rsidR="00F83B1A" w:rsidRDefault="00000000">
            <w:r>
              <w:t>Iss! (Befehl)</w:t>
            </w:r>
          </w:p>
        </w:tc>
      </w:tr>
      <w:tr w:rsidR="00F83B1A" w14:paraId="622EC23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037A30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696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175FFA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تکایە بە خێرایی وەرە!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6DCDD9F" w14:textId="77777777" w:rsidR="00F83B1A" w:rsidRDefault="00000000">
            <w:r>
              <w:t>Komm bitte schnell!</w:t>
            </w:r>
          </w:p>
        </w:tc>
      </w:tr>
      <w:tr w:rsidR="00F83B1A" w14:paraId="24F7899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6DDFE0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697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D66BC3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وەرە ئێرە!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94F5EDF" w14:textId="77777777" w:rsidR="00F83B1A" w:rsidRDefault="00000000">
            <w:r>
              <w:t>Komm her! (Befehl) / Komm her!</w:t>
            </w:r>
          </w:p>
        </w:tc>
      </w:tr>
      <w:tr w:rsidR="00F83B1A" w14:paraId="30292DF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76589D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698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D65FB3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پەنجەرەکە بکەرەوە!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C6314FD" w14:textId="77777777" w:rsidR="00F83B1A" w:rsidRDefault="00000000">
            <w:r>
              <w:t>Mach das Fenster auf!</w:t>
            </w:r>
          </w:p>
        </w:tc>
      </w:tr>
      <w:tr w:rsidR="00F83B1A" w14:paraId="03AB40D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6D5208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lastRenderedPageBreak/>
              <w:t>699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94E36BC" w14:textId="40345A94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 xml:space="preserve">چایەکمان بۆ </w:t>
            </w:r>
            <w:proofErr w:type="spellStart"/>
            <w:r>
              <w:rPr>
                <w:sz w:val="28"/>
                <w:rtl/>
              </w:rPr>
              <w:t>بکە</w:t>
            </w:r>
            <w:proofErr w:type="spellEnd"/>
            <w:r>
              <w:rPr>
                <w:sz w:val="28"/>
                <w:rtl/>
              </w:rPr>
              <w:t xml:space="preserve">، </w:t>
            </w:r>
            <w:proofErr w:type="spellStart"/>
            <w:r>
              <w:rPr>
                <w:sz w:val="28"/>
                <w:rtl/>
              </w:rPr>
              <w:t>ئەگەر</w:t>
            </w:r>
            <w:proofErr w:type="spellEnd"/>
            <w:r>
              <w:rPr>
                <w:sz w:val="28"/>
                <w:rtl/>
              </w:rPr>
              <w:t xml:space="preserve"> </w:t>
            </w:r>
            <w:proofErr w:type="spellStart"/>
            <w:r>
              <w:rPr>
                <w:sz w:val="28"/>
                <w:rtl/>
              </w:rPr>
              <w:t>پێت</w:t>
            </w:r>
            <w:proofErr w:type="spellEnd"/>
            <w:r>
              <w:rPr>
                <w:sz w:val="28"/>
                <w:rtl/>
              </w:rPr>
              <w:t xml:space="preserve"> </w:t>
            </w:r>
            <w:proofErr w:type="spellStart"/>
            <w:r>
              <w:rPr>
                <w:sz w:val="28"/>
                <w:rtl/>
              </w:rPr>
              <w:t>دەکرێ</w:t>
            </w:r>
            <w:proofErr w:type="spellEnd"/>
            <w:r w:rsidR="0033657D">
              <w:rPr>
                <w:sz w:val="28"/>
              </w:rPr>
              <w:t>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89693A7" w14:textId="77777777" w:rsidR="00F83B1A" w:rsidRDefault="00000000">
            <w:r>
              <w:t>Mach uns einen Tee, wenn du kannst.</w:t>
            </w:r>
          </w:p>
        </w:tc>
      </w:tr>
      <w:tr w:rsidR="00F83B1A" w14:paraId="1C441DF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BE3436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700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89DDBAD" w14:textId="60AD3367" w:rsidR="00F83B1A" w:rsidRDefault="0033657D">
            <w:pPr>
              <w:bidi/>
              <w:jc w:val="right"/>
            </w:pPr>
            <w:proofErr w:type="spellStart"/>
            <w:r w:rsidRPr="0033657D">
              <w:rPr>
                <w:rFonts w:cs="Arial"/>
                <w:sz w:val="28"/>
                <w:rtl/>
              </w:rPr>
              <w:t>تکایە</w:t>
            </w:r>
            <w:proofErr w:type="spellEnd"/>
            <w:r w:rsidRPr="0033657D">
              <w:rPr>
                <w:rFonts w:cs="Arial"/>
                <w:sz w:val="28"/>
                <w:rtl/>
              </w:rPr>
              <w:t xml:space="preserve"> </w:t>
            </w:r>
            <w:proofErr w:type="spellStart"/>
            <w:r w:rsidRPr="0033657D">
              <w:rPr>
                <w:rFonts w:cs="Arial"/>
                <w:sz w:val="28"/>
                <w:rtl/>
              </w:rPr>
              <w:t>بنوو</w:t>
            </w:r>
            <w:proofErr w:type="spellEnd"/>
            <w:r w:rsidRPr="0033657D">
              <w:rPr>
                <w:rFonts w:cs="Arial"/>
                <w:sz w:val="28"/>
                <w:rtl/>
              </w:rPr>
              <w:t>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B014F18" w14:textId="77777777" w:rsidR="00F83B1A" w:rsidRDefault="00000000">
            <w:r>
              <w:t>Schlaf bitte.</w:t>
            </w:r>
          </w:p>
        </w:tc>
      </w:tr>
      <w:tr w:rsidR="00F83B1A" w14:paraId="62FE892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C3F5DA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701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5F9D63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بێدەنگ بە!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C9B0AE9" w14:textId="77777777" w:rsidR="00F83B1A" w:rsidRDefault="00000000">
            <w:r>
              <w:t>Sei leise! (Befehlston)</w:t>
            </w:r>
          </w:p>
        </w:tc>
      </w:tr>
    </w:tbl>
    <w:p w14:paraId="59E158D7" w14:textId="77777777" w:rsidR="00F83B1A" w:rsidRDefault="00F83B1A"/>
    <w:p w14:paraId="351A139C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Demonstrativpronomen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32E351F2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46F29E7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7A761C6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6B5EE77B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5FAE292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5CB78E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702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9EABE9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ئەمە هاوڕێی منە.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D9D896E" w14:textId="77777777" w:rsidR="00F83B1A" w:rsidRDefault="00000000">
            <w:r>
              <w:t>Das (hier) ist mein Freund.</w:t>
            </w:r>
          </w:p>
        </w:tc>
      </w:tr>
      <w:tr w:rsidR="00F83B1A" w14:paraId="3B0231E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76EE35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703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4135BD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ئەوە دارە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5B71089" w14:textId="77777777" w:rsidR="00F83B1A" w:rsidRDefault="00000000">
            <w:r>
              <w:t>Das ist ein Baum (fern)</w:t>
            </w:r>
          </w:p>
        </w:tc>
      </w:tr>
      <w:tr w:rsidR="00F83B1A" w14:paraId="6B17F08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E417ED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704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1AB53E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ئەوە چیایە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4BF5475" w14:textId="77777777" w:rsidR="00F83B1A" w:rsidRDefault="00000000">
            <w:r>
              <w:t>Das ist ein Berg (fern Sg.)</w:t>
            </w:r>
          </w:p>
        </w:tc>
      </w:tr>
      <w:tr w:rsidR="00F83B1A" w14:paraId="5A89E8D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0737E2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705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9BA810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ئەوانە ژنانن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2F560A8" w14:textId="77777777" w:rsidR="00F83B1A" w:rsidRDefault="00000000">
            <w:r>
              <w:t>Das sind Frauen (fern Pl.)</w:t>
            </w:r>
          </w:p>
        </w:tc>
      </w:tr>
      <w:tr w:rsidR="00F83B1A" w14:paraId="6686433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7B5875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706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A15362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ئەمانە منداڵانن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ACA1B4D" w14:textId="77777777" w:rsidR="00F83B1A" w:rsidRDefault="00000000">
            <w:r>
              <w:t>Das sind Kinder (nah Pl.)</w:t>
            </w:r>
          </w:p>
        </w:tc>
      </w:tr>
      <w:tr w:rsidR="00F83B1A" w14:paraId="3FEDB85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7CDAAE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707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822983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ئەوانە باڵندان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2375612" w14:textId="77777777" w:rsidR="00F83B1A" w:rsidRDefault="00000000">
            <w:r>
              <w:t>Das sind Vögel (fern Pl.)</w:t>
            </w:r>
          </w:p>
        </w:tc>
      </w:tr>
      <w:tr w:rsidR="00F83B1A" w14:paraId="5518CEF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DC4FC1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708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907606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ئەمانە سێون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B0976A1" w14:textId="77777777" w:rsidR="00F83B1A" w:rsidRDefault="00000000">
            <w:r>
              <w:t>Das sind Äpfel (nah Pl.)</w:t>
            </w:r>
          </w:p>
        </w:tc>
      </w:tr>
      <w:tr w:rsidR="00F83B1A" w14:paraId="709D8E2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3C8905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709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056B67F" w14:textId="1706F2A7" w:rsidR="00F83B1A" w:rsidRDefault="00000000">
            <w:pPr>
              <w:bidi/>
              <w:jc w:val="right"/>
            </w:pPr>
            <w:proofErr w:type="spellStart"/>
            <w:r>
              <w:rPr>
                <w:sz w:val="28"/>
                <w:rtl/>
              </w:rPr>
              <w:t>ئەمە</w:t>
            </w:r>
            <w:proofErr w:type="spellEnd"/>
            <w:r>
              <w:rPr>
                <w:sz w:val="28"/>
                <w:rtl/>
              </w:rPr>
              <w:t xml:space="preserve"> </w:t>
            </w:r>
            <w:proofErr w:type="spellStart"/>
            <w:r w:rsidR="0033657D">
              <w:rPr>
                <w:rFonts w:hint="cs"/>
                <w:sz w:val="28"/>
                <w:rtl/>
              </w:rPr>
              <w:t>نامەیە</w:t>
            </w:r>
            <w:proofErr w:type="spellEnd"/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9A3EBE6" w14:textId="77777777" w:rsidR="00F83B1A" w:rsidRDefault="00000000">
            <w:r>
              <w:t>Dies ist ein Buch (nah Sg.)</w:t>
            </w:r>
          </w:p>
        </w:tc>
      </w:tr>
      <w:tr w:rsidR="00F83B1A" w14:paraId="534FE66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7633F7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710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586953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ئەمە گوڵە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71748C7" w14:textId="77777777" w:rsidR="00F83B1A" w:rsidRDefault="00000000">
            <w:r>
              <w:t>Dies ist eine Blume</w:t>
            </w:r>
          </w:p>
        </w:tc>
      </w:tr>
      <w:tr w:rsidR="00F83B1A" w14:paraId="5CB3C2B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B474E8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711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99D02C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ئەمانە چالاکانە کاردەکەن.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77FCBA1" w14:textId="77777777" w:rsidR="00F83B1A" w:rsidRDefault="00000000">
            <w:r>
              <w:t>Diese (hier) arbeiten aktiv.</w:t>
            </w:r>
          </w:p>
        </w:tc>
      </w:tr>
      <w:tr w:rsidR="00F83B1A" w14:paraId="0FA8916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740ED0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712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0D1C82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ئەوە زیرەکە.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AF8A396" w14:textId="77777777" w:rsidR="00F83B1A" w:rsidRDefault="00000000">
            <w:r>
              <w:t>Er/Sie (dort) ist klug.</w:t>
            </w:r>
          </w:p>
        </w:tc>
      </w:tr>
      <w:tr w:rsidR="00F83B1A" w14:paraId="5F0166F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0DEE31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713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1BA34C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لەمە دەچم.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F86BCB0" w14:textId="77777777" w:rsidR="00F83B1A" w:rsidRDefault="00000000">
            <w:r>
              <w:t>Ich gehe in dieses (Haus).</w:t>
            </w:r>
          </w:p>
        </w:tc>
      </w:tr>
      <w:tr w:rsidR="00F83B1A" w14:paraId="6D8BD28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3D88A1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714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537800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ئەوانە دەناسم.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D388D27" w14:textId="77777777" w:rsidR="00F83B1A" w:rsidRDefault="00000000">
            <w:r>
              <w:t>Ich kenne jene (Pl.) dort.</w:t>
            </w:r>
          </w:p>
        </w:tc>
      </w:tr>
      <w:tr w:rsidR="00F83B1A" w14:paraId="6330498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81787B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715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9BD4946" w14:textId="474EAF68" w:rsidR="00F83B1A" w:rsidRDefault="0033657D">
            <w:pPr>
              <w:bidi/>
              <w:jc w:val="right"/>
            </w:pPr>
            <w:proofErr w:type="spellStart"/>
            <w:r w:rsidRPr="0033657D">
              <w:rPr>
                <w:rFonts w:cs="Arial"/>
                <w:sz w:val="28"/>
                <w:rtl/>
              </w:rPr>
              <w:t>بەوانە</w:t>
            </w:r>
            <w:proofErr w:type="spellEnd"/>
            <w:r w:rsidRPr="0033657D">
              <w:rPr>
                <w:rFonts w:cs="Arial"/>
                <w:sz w:val="28"/>
                <w:rtl/>
              </w:rPr>
              <w:t xml:space="preserve"> </w:t>
            </w:r>
            <w:proofErr w:type="spellStart"/>
            <w:r w:rsidRPr="0033657D">
              <w:rPr>
                <w:rFonts w:cs="Arial"/>
                <w:sz w:val="28"/>
                <w:rtl/>
              </w:rPr>
              <w:t>دەدوێم</w:t>
            </w:r>
            <w:proofErr w:type="spellEnd"/>
            <w:r w:rsidR="00000000">
              <w:rPr>
                <w:sz w:val="28"/>
                <w:rtl/>
              </w:rPr>
              <w:t>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DB0D034" w14:textId="77777777" w:rsidR="00F83B1A" w:rsidRDefault="00000000">
            <w:r>
              <w:t>Mit jenen (dort) spreche ich.</w:t>
            </w:r>
          </w:p>
        </w:tc>
      </w:tr>
    </w:tbl>
    <w:p w14:paraId="4E82D7A7" w14:textId="77777777" w:rsidR="00F83B1A" w:rsidRDefault="00F83B1A"/>
    <w:p w14:paraId="0C98004E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Possessiv (Danapal)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180FC973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3E50739F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F7078F3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8DCC21F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5B41143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0AFFE5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716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ABE41D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باوکی تۆ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FF02827" w14:textId="77777777" w:rsidR="00F83B1A" w:rsidRDefault="00000000">
            <w:r>
              <w:t>dein Vater (Danapal)</w:t>
            </w:r>
          </w:p>
        </w:tc>
      </w:tr>
      <w:tr w:rsidR="00F83B1A" w14:paraId="4383765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AB2719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717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ABC198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ماڵی ئێوە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D2D0771" w14:textId="77777777" w:rsidR="00F83B1A" w:rsidRDefault="00000000">
            <w:r>
              <w:t>euer Haus (Danapal)</w:t>
            </w:r>
          </w:p>
        </w:tc>
      </w:tr>
      <w:tr w:rsidR="00F83B1A" w14:paraId="501BD5D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560681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718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E85E47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نامەی ئەوان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19A8637" w14:textId="77777777" w:rsidR="00F83B1A" w:rsidRDefault="00000000">
            <w:r>
              <w:t>ihr Buch (Danapal)</w:t>
            </w:r>
          </w:p>
        </w:tc>
      </w:tr>
      <w:tr w:rsidR="00F83B1A" w14:paraId="1498A65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6E7FF5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719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D3C4D3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ناوی من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D6B9DFC" w14:textId="77777777" w:rsidR="00F83B1A" w:rsidRDefault="00000000">
            <w:r>
              <w:t>mein Name (Danapal) / Wort + ـی + Pronomen</w:t>
            </w:r>
          </w:p>
        </w:tc>
      </w:tr>
      <w:tr w:rsidR="00F83B1A" w14:paraId="1B25232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F3115C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lastRenderedPageBreak/>
              <w:t>720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91CDDB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دایکی ئەو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3728355" w14:textId="77777777" w:rsidR="00F83B1A" w:rsidRDefault="00000000">
            <w:r>
              <w:t>seine/ihre Mutter (Danapal)</w:t>
            </w:r>
          </w:p>
        </w:tc>
      </w:tr>
      <w:tr w:rsidR="00F83B1A" w14:paraId="6B7D0AE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AC26FB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721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045F7C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وڵاتی ئێمە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73EB39A" w14:textId="77777777" w:rsidR="00F83B1A" w:rsidRDefault="00000000">
            <w:r>
              <w:t>unser Land (Danapal)</w:t>
            </w:r>
          </w:p>
        </w:tc>
      </w:tr>
    </w:tbl>
    <w:p w14:paraId="37178E8B" w14:textId="77777777" w:rsidR="00F83B1A" w:rsidRDefault="00F83B1A"/>
    <w:p w14:paraId="1DC42983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Konjunktionen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65E184CE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9795737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F139D8B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E8F98B0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5D6B432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7B0D03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722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52FBD3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چۆن ، وەک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37AE9E1" w14:textId="77777777" w:rsidR="00F83B1A" w:rsidRDefault="00000000">
            <w:r>
              <w:t>ئەو وەک شێرێک شەڕ دەکات.</w:t>
            </w:r>
          </w:p>
        </w:tc>
      </w:tr>
      <w:tr w:rsidR="00F83B1A" w14:paraId="5DE19F6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6FC87B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723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0EF28B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چونکە ، بۆیە ، کەواتە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1F98EA2" w14:textId="77777777" w:rsidR="00F83B1A" w:rsidRDefault="00000000">
            <w:r>
              <w:t>من ماندووم، بۆیە دەچم.</w:t>
            </w:r>
          </w:p>
        </w:tc>
      </w:tr>
      <w:tr w:rsidR="00F83B1A" w14:paraId="0DC704E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3AC7E3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724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B721DD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و ، یان ، بەڵام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3F01E4B" w14:textId="77777777" w:rsidR="00F83B1A" w:rsidRDefault="00000000">
            <w:r>
              <w:t>من چا دەخۆمەوە و کێک دەخۆم.</w:t>
            </w:r>
          </w:p>
        </w:tc>
      </w:tr>
    </w:tbl>
    <w:p w14:paraId="2712F937" w14:textId="77777777" w:rsidR="00F83B1A" w:rsidRDefault="00F83B1A"/>
    <w:p w14:paraId="1DEF85C7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Suffixe - Praxis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36BFAF75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8EBF21F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EB44608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4EF98A4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516C035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2BAFA3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725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A1DDA3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نامەی خوێند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64A09F0" w14:textId="77777777" w:rsidR="00F83B1A" w:rsidRDefault="00000000">
            <w:r>
              <w:t>er las das Buch (-î am Objekt)</w:t>
            </w:r>
          </w:p>
        </w:tc>
      </w:tr>
      <w:tr w:rsidR="00F83B1A" w14:paraId="105DA08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7CA1C6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726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FB1049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نانم خوارد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50A1F40" w14:textId="77777777" w:rsidR="00F83B1A" w:rsidRDefault="00000000">
            <w:r>
              <w:t>ich aß Brot (-m am Objekt, trans. Verg.)</w:t>
            </w:r>
          </w:p>
        </w:tc>
      </w:tr>
    </w:tbl>
    <w:p w14:paraId="72E469C7" w14:textId="77777777" w:rsidR="00F83B1A" w:rsidRDefault="00F83B1A"/>
    <w:p w14:paraId="3FBAF878" w14:textId="77777777" w:rsidR="00F83B1A" w:rsidRDefault="00000000">
      <w:pPr>
        <w:keepNext/>
        <w:spacing w:before="240" w:after="120"/>
      </w:pPr>
      <w:r>
        <w:rPr>
          <w:b/>
          <w:color w:val="0B6BCB"/>
          <w:sz w:val="32"/>
        </w:rPr>
        <w:t>Übungen &amp; Spiele</w:t>
      </w:r>
    </w:p>
    <w:p w14:paraId="02DAF322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Diktat-Übungen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532A37A9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4AE032B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2BC5BB8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4F177D2E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7CDD342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5A6221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727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176A213" w14:textId="77889A6D" w:rsidR="00F83B1A" w:rsidRDefault="0033657D">
            <w:pPr>
              <w:bidi/>
              <w:jc w:val="right"/>
            </w:pPr>
            <w:proofErr w:type="spellStart"/>
            <w:r w:rsidRPr="0033657D">
              <w:rPr>
                <w:rFonts w:cs="Arial"/>
                <w:sz w:val="28"/>
                <w:rtl/>
              </w:rPr>
              <w:t>ماڵئاوا</w:t>
            </w:r>
            <w:proofErr w:type="spellEnd"/>
            <w:r w:rsidRPr="0033657D">
              <w:rPr>
                <w:rFonts w:cs="Arial"/>
                <w:sz w:val="28"/>
                <w:rtl/>
              </w:rPr>
              <w:t>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F3484F2" w14:textId="77777777" w:rsidR="00F83B1A" w:rsidRDefault="00000000">
            <w:r>
              <w:t>Auf Wiedersehen.</w:t>
            </w:r>
          </w:p>
        </w:tc>
      </w:tr>
      <w:tr w:rsidR="00F83B1A" w14:paraId="043D048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D264F6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728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1C1D64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شاخەکانی کوردستان زۆر بەرز و جوانن.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4470950" w14:textId="77777777" w:rsidR="00F83B1A" w:rsidRDefault="00000000">
            <w:r>
              <w:t>Die Berge Kurdistans sind sehr hoch und schön.</w:t>
            </w:r>
          </w:p>
        </w:tc>
      </w:tr>
      <w:tr w:rsidR="00F83B1A" w14:paraId="30CB8C2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3E366F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729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5F0F25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منداڵەکان لە باخچە یاری دەکەن.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78E7FD8" w14:textId="77777777" w:rsidR="00F83B1A" w:rsidRDefault="00000000">
            <w:r>
              <w:t>Die Kinder spielen im Garten.</w:t>
            </w:r>
          </w:p>
        </w:tc>
      </w:tr>
      <w:tr w:rsidR="00F83B1A" w14:paraId="266777F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BCCE32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730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E32217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ئەمڕۆ هەوا زۆر باشە.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43B6A3C" w14:textId="77777777" w:rsidR="00F83B1A" w:rsidRDefault="00000000">
            <w:r>
              <w:t>Heute ist das Wetter sehr schön.</w:t>
            </w:r>
          </w:p>
        </w:tc>
      </w:tr>
      <w:tr w:rsidR="00F83B1A" w14:paraId="5A19CA3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A72BF8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731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F29CA9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من بە کوردی قسە دەکەم و فێر دەبم.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14D35E8" w14:textId="77777777" w:rsidR="00F83B1A" w:rsidRDefault="00000000">
            <w:r>
              <w:t>Ich spreche Kurdisch und lerne.</w:t>
            </w:r>
          </w:p>
        </w:tc>
      </w:tr>
      <w:tr w:rsidR="00F83B1A" w14:paraId="3A4E380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A6F7E0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732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24237B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من هەموو ڕۆژێک چا دەخۆمەوە.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16066A3" w14:textId="77777777" w:rsidR="00F83B1A" w:rsidRDefault="00000000">
            <w:r>
              <w:t>Ich trinke jeden Tag Tee.</w:t>
            </w:r>
          </w:p>
        </w:tc>
      </w:tr>
      <w:tr w:rsidR="00F83B1A" w14:paraId="321ACD6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5C95DC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733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920972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من چا دەخۆمەوە.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2549666" w14:textId="77777777" w:rsidR="00F83B1A" w:rsidRDefault="00000000">
            <w:r>
              <w:t>Ich trinke Tee.</w:t>
            </w:r>
          </w:p>
        </w:tc>
      </w:tr>
      <w:tr w:rsidR="00F83B1A" w14:paraId="2A6DD60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946B61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734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8C5849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من لە بەرلین دەژیم.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C7CCA69" w14:textId="77777777" w:rsidR="00F83B1A" w:rsidRDefault="00000000">
            <w:r>
              <w:t>Ich wohne in Berlin.</w:t>
            </w:r>
          </w:p>
        </w:tc>
      </w:tr>
      <w:tr w:rsidR="00F83B1A" w14:paraId="65C50D4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2B92AC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735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4ABED4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کاوەی ئاسنگەر زوهاکی کوشت.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2BA07AB" w14:textId="77777777" w:rsidR="00F83B1A" w:rsidRDefault="00000000">
            <w:r>
              <w:t>Kawa der Schmied tötete Zahhak.</w:t>
            </w:r>
          </w:p>
        </w:tc>
      </w:tr>
      <w:tr w:rsidR="00F83B1A" w14:paraId="04A9B77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39B34A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736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440F9E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کوردستان وڵاتێکی جوانە.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BBF4AE9" w14:textId="77777777" w:rsidR="00F83B1A" w:rsidRDefault="00000000">
            <w:r>
              <w:t>Kurdistan ist ein schönes Land.</w:t>
            </w:r>
          </w:p>
        </w:tc>
      </w:tr>
      <w:tr w:rsidR="00F83B1A" w14:paraId="3EF016B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DF1375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lastRenderedPageBreak/>
              <w:t>737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9E5B56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ناوم سامالە.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C6D7A0C" w14:textId="77777777" w:rsidR="00F83B1A" w:rsidRDefault="00000000">
            <w:r>
              <w:t>Mein Name ist Samal.</w:t>
            </w:r>
          </w:p>
        </w:tc>
      </w:tr>
      <w:tr w:rsidR="00F83B1A" w14:paraId="00B0DC8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BA3799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738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97B6D6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دایکم لە ماڵە نان دروست دەکات.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F216F1F" w14:textId="77777777" w:rsidR="00F83B1A" w:rsidRDefault="00000000">
            <w:r>
              <w:t>Meine Mutter macht Brot zu Hause.</w:t>
            </w:r>
          </w:p>
        </w:tc>
      </w:tr>
      <w:tr w:rsidR="00F83B1A" w14:paraId="3086785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C088F2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739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F68341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خوشکم بە دایکمان دەڵێت چی دەخوات.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BA33DCC" w14:textId="77777777" w:rsidR="00F83B1A" w:rsidRDefault="00000000">
            <w:r>
              <w:t>Meine Schwester sagt Mama, was sie isst.</w:t>
            </w:r>
          </w:p>
        </w:tc>
      </w:tr>
      <w:tr w:rsidR="00F83B1A" w14:paraId="6350BAD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1C4614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740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5D5196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باشم، سوپاس.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B3B76FD" w14:textId="77777777" w:rsidR="00F83B1A" w:rsidRDefault="00000000">
            <w:r>
              <w:t>Mir geht's gut, danke.</w:t>
            </w:r>
          </w:p>
        </w:tc>
      </w:tr>
      <w:tr w:rsidR="00F83B1A" w14:paraId="6AB6710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B1D091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741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3F2DE0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نەورۆز جەژنی سەرەتای ساڵە.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73B5846" w14:textId="77777777" w:rsidR="00F83B1A" w:rsidRDefault="00000000">
            <w:r>
              <w:t>Newroz ist das Fest des Jahresanfangs.</w:t>
            </w:r>
          </w:p>
        </w:tc>
      </w:tr>
      <w:tr w:rsidR="00F83B1A" w14:paraId="498B348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41C416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742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B0647B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خۆشحاڵم بە ناسینت.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AFAFB65" w14:textId="77777777" w:rsidR="00F83B1A" w:rsidRDefault="00000000">
            <w:r>
              <w:t>Schön, dich kennenzulernen.</w:t>
            </w:r>
          </w:p>
        </w:tc>
      </w:tr>
      <w:tr w:rsidR="00F83B1A" w14:paraId="39DE64E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C6AC28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743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6B6C58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ئەمە چییە؟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CC4EDAA" w14:textId="77777777" w:rsidR="00F83B1A" w:rsidRDefault="00000000">
            <w:r>
              <w:t>Was ist das?</w:t>
            </w:r>
          </w:p>
        </w:tc>
      </w:tr>
      <w:tr w:rsidR="00F83B1A" w14:paraId="6985DF9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3D0E89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744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0772B4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چیت دەوێت؟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6C39DB5" w14:textId="77777777" w:rsidR="00F83B1A" w:rsidRDefault="00000000">
            <w:r>
              <w:t>Was möchtest du?</w:t>
            </w:r>
          </w:p>
        </w:tc>
      </w:tr>
      <w:tr w:rsidR="00F83B1A" w14:paraId="795EB37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FDFEF4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745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CEBA34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تۆ چۆنیت ئەمڕۆ؟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6E3B9E0" w14:textId="77777777" w:rsidR="00F83B1A" w:rsidRDefault="00000000">
            <w:r>
              <w:t>Wie geht es dir heute?</w:t>
            </w:r>
          </w:p>
        </w:tc>
      </w:tr>
      <w:tr w:rsidR="00F83B1A" w14:paraId="2929DC5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117EE6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746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E22410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چۆنی؟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325B8A9" w14:textId="77777777" w:rsidR="00F83B1A" w:rsidRDefault="00000000">
            <w:r>
              <w:t>Wie geht's?</w:t>
            </w:r>
          </w:p>
        </w:tc>
      </w:tr>
      <w:tr w:rsidR="00F83B1A" w14:paraId="6632613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5F6271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747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F461CA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ناوت چییە؟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FC72711" w14:textId="77777777" w:rsidR="00F83B1A" w:rsidRDefault="00000000">
            <w:r>
              <w:t>Wie heißt du?</w:t>
            </w:r>
          </w:p>
        </w:tc>
      </w:tr>
      <w:tr w:rsidR="00F83B1A" w14:paraId="659C918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5C82AA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748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B1876C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کاتژمێر چەندە؟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4914F50" w14:textId="77777777" w:rsidR="00F83B1A" w:rsidRDefault="00000000">
            <w:r>
              <w:t>Wie spät ist es?</w:t>
            </w:r>
          </w:p>
        </w:tc>
      </w:tr>
      <w:tr w:rsidR="00F83B1A" w14:paraId="0D12A4E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288676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749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5F38F1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بەخێر بێیت.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BC559CB" w14:textId="77777777" w:rsidR="00F83B1A" w:rsidRDefault="00000000">
            <w:r>
              <w:t>Willkommen.</w:t>
            </w:r>
          </w:p>
        </w:tc>
      </w:tr>
      <w:tr w:rsidR="00F83B1A" w14:paraId="0C77464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F4DEC6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750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B729F6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ئەو کوێیە؟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75B1667" w14:textId="77777777" w:rsidR="00F83B1A" w:rsidRDefault="00000000">
            <w:r>
              <w:t>Wo ist er/sie?</w:t>
            </w:r>
          </w:p>
        </w:tc>
      </w:tr>
      <w:tr w:rsidR="00F83B1A" w14:paraId="2E7619C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6D0225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751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9C1D91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تۆ لە کوێ دەژیت؟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CB31D40" w14:textId="77777777" w:rsidR="00F83B1A" w:rsidRDefault="00000000">
            <w:r>
              <w:t>Wo wohnst du?</w:t>
            </w:r>
          </w:p>
        </w:tc>
      </w:tr>
    </w:tbl>
    <w:p w14:paraId="03C7FF54" w14:textId="77777777" w:rsidR="00F83B1A" w:rsidRDefault="00F83B1A"/>
    <w:p w14:paraId="2A9ADBAF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Lernkarten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31C7A5E7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11EA9BD3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068998F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7D7EDB8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25D7EC7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33464B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752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C08732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خوا لەگەڵ، تا سبەی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B35B11A" w14:textId="77777777" w:rsidR="00F83B1A" w:rsidRDefault="00000000">
            <w:r>
              <w:t>auf Wiedersehen, bis morgen</w:t>
            </w:r>
          </w:p>
        </w:tc>
      </w:tr>
      <w:tr w:rsidR="00F83B1A" w14:paraId="7742297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796752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753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2194BA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ئاسمانی شین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F785AD9" w14:textId="77777777" w:rsidR="00F83B1A" w:rsidRDefault="00000000">
            <w:r>
              <w:t>blauer Himmel</w:t>
            </w:r>
          </w:p>
        </w:tc>
      </w:tr>
      <w:tr w:rsidR="00F83B1A" w14:paraId="1DB6002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03DDD5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754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06189C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باران دەبارێت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8F081F2" w14:textId="77777777" w:rsidR="00F83B1A" w:rsidRDefault="00000000">
            <w:r>
              <w:t>es regnet</w:t>
            </w:r>
          </w:p>
        </w:tc>
      </w:tr>
      <w:tr w:rsidR="00F83B1A" w14:paraId="47A63FD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A30867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755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2A3B38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میوەی تازە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D2B77F8" w14:textId="77777777" w:rsidR="00F83B1A" w:rsidRDefault="00000000">
            <w:r>
              <w:t>frische Frucht</w:t>
            </w:r>
          </w:p>
        </w:tc>
      </w:tr>
      <w:tr w:rsidR="00F83B1A" w14:paraId="0F49F14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FEBA6F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756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E70603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نانی تازە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827F0B3" w14:textId="77777777" w:rsidR="00F83B1A" w:rsidRDefault="00000000">
            <w:r>
              <w:t>frisches Brot</w:t>
            </w:r>
          </w:p>
        </w:tc>
      </w:tr>
      <w:tr w:rsidR="00F83B1A" w14:paraId="3923C64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2B8DF2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757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9555F71" w14:textId="59720AEE" w:rsidR="00F83B1A" w:rsidRDefault="0033657D">
            <w:pPr>
              <w:bidi/>
              <w:jc w:val="right"/>
            </w:pPr>
            <w:proofErr w:type="spellStart"/>
            <w:r>
              <w:rPr>
                <w:rFonts w:hint="cs"/>
                <w:sz w:val="28"/>
                <w:rtl/>
              </w:rPr>
              <w:t>شەوشاد</w:t>
            </w:r>
            <w:proofErr w:type="spellEnd"/>
            <w:r w:rsidR="00000000">
              <w:rPr>
                <w:sz w:val="28"/>
                <w:rtl/>
              </w:rPr>
              <w:t xml:space="preserve"> </w:t>
            </w:r>
            <w:proofErr w:type="gramStart"/>
            <w:r w:rsidR="00000000">
              <w:rPr>
                <w:sz w:val="28"/>
                <w:rtl/>
              </w:rPr>
              <w:t xml:space="preserve">و </w:t>
            </w:r>
            <w:proofErr w:type="spellStart"/>
            <w:r w:rsidR="00000000">
              <w:rPr>
                <w:sz w:val="28"/>
                <w:rtl/>
              </w:rPr>
              <w:t>خەونی</w:t>
            </w:r>
            <w:proofErr w:type="spellEnd"/>
            <w:proofErr w:type="gramEnd"/>
            <w:r w:rsidR="00000000">
              <w:rPr>
                <w:sz w:val="28"/>
                <w:rtl/>
              </w:rPr>
              <w:t xml:space="preserve"> </w:t>
            </w:r>
            <w:proofErr w:type="spellStart"/>
            <w:r w:rsidR="00000000">
              <w:rPr>
                <w:sz w:val="28"/>
                <w:rtl/>
              </w:rPr>
              <w:t>شیرین</w:t>
            </w:r>
            <w:proofErr w:type="spellEnd"/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B3B3317" w14:textId="77777777" w:rsidR="00F83B1A" w:rsidRDefault="00000000">
            <w:r>
              <w:t>gute Nacht und süße Träume</w:t>
            </w:r>
          </w:p>
        </w:tc>
      </w:tr>
      <w:tr w:rsidR="00F83B1A" w14:paraId="6BBC250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C7B8D1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758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AE023F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بەیانی باش هاوڕێ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3CF88B4" w14:textId="77777777" w:rsidR="00F83B1A" w:rsidRDefault="00000000">
            <w:r>
              <w:t>guten Morgen, Freund</w:t>
            </w:r>
          </w:p>
        </w:tc>
      </w:tr>
      <w:tr w:rsidR="00F83B1A" w14:paraId="33BC61A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BE63E6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759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AF42D9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سڵاو، چۆنی؟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484BFBC" w14:textId="77777777" w:rsidR="00F83B1A" w:rsidRDefault="00000000">
            <w:r>
              <w:t>Hallo, wie geht's?</w:t>
            </w:r>
          </w:p>
        </w:tc>
      </w:tr>
      <w:tr w:rsidR="00F83B1A" w14:paraId="127F186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CFAC25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760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AFD934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ڕۆژی گەرم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D084D03" w14:textId="77777777" w:rsidR="00F83B1A" w:rsidRDefault="00000000">
            <w:r>
              <w:t>heißer Tag</w:t>
            </w:r>
          </w:p>
        </w:tc>
      </w:tr>
      <w:tr w:rsidR="00F83B1A" w14:paraId="361FA7A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0D6DBC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761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DB9AD3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چیای بەرز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7370DF8" w14:textId="77777777" w:rsidR="00F83B1A" w:rsidRDefault="00000000">
            <w:r>
              <w:t>hoher Berg</w:t>
            </w:r>
          </w:p>
        </w:tc>
      </w:tr>
      <w:tr w:rsidR="00F83B1A" w14:paraId="3835A9E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76F933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lastRenderedPageBreak/>
              <w:t>762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E6FDE9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لە کۆمپانیا کار دەکەم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4BAAAC1" w14:textId="77777777" w:rsidR="00F83B1A" w:rsidRDefault="00000000">
            <w:r>
              <w:t>ich arbeite in einer Firma</w:t>
            </w:r>
          </w:p>
        </w:tc>
      </w:tr>
      <w:tr w:rsidR="00F83B1A" w14:paraId="20D8930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DC392B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763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2E0CFE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نان دەخۆم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5956F39" w14:textId="77777777" w:rsidR="00F83B1A" w:rsidRDefault="00000000">
            <w:r>
              <w:t>ich esse Brot</w:t>
            </w:r>
          </w:p>
        </w:tc>
      </w:tr>
      <w:tr w:rsidR="00F83B1A" w14:paraId="5EA1C74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F8E668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764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4FF950C" w14:textId="4C1E4A44" w:rsidR="00F83B1A" w:rsidRDefault="0033657D">
            <w:pPr>
              <w:bidi/>
              <w:jc w:val="right"/>
            </w:pPr>
            <w:proofErr w:type="spellStart"/>
            <w:r w:rsidRPr="0033657D">
              <w:rPr>
                <w:rFonts w:cs="Arial"/>
                <w:sz w:val="28"/>
                <w:rtl/>
              </w:rPr>
              <w:t>مۆزیک</w:t>
            </w:r>
            <w:proofErr w:type="spellEnd"/>
            <w:r w:rsidRPr="0033657D">
              <w:rPr>
                <w:rFonts w:cs="Arial"/>
                <w:sz w:val="28"/>
                <w:rtl/>
              </w:rPr>
              <w:t xml:space="preserve"> </w:t>
            </w:r>
            <w:proofErr w:type="spellStart"/>
            <w:r w:rsidRPr="0033657D">
              <w:rPr>
                <w:rFonts w:cs="Arial"/>
                <w:sz w:val="28"/>
                <w:rtl/>
              </w:rPr>
              <w:t>دەبیستم</w:t>
            </w:r>
            <w:proofErr w:type="spellEnd"/>
            <w:r>
              <w:rPr>
                <w:rFonts w:cs="Arial" w:hint="cs"/>
                <w:sz w:val="28"/>
                <w:rtl/>
              </w:rPr>
              <w:t>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C059E96" w14:textId="77777777" w:rsidR="00F83B1A" w:rsidRDefault="00000000">
            <w:r>
              <w:t>ich höre Musik</w:t>
            </w:r>
          </w:p>
        </w:tc>
      </w:tr>
      <w:tr w:rsidR="00F83B1A" w14:paraId="5C272BE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F676A2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765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D6129B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پەڕتووک دەخوێنم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3897A57" w14:textId="77777777" w:rsidR="00F83B1A" w:rsidRDefault="00000000">
            <w:r>
              <w:t>ich lese ein Buch</w:t>
            </w:r>
          </w:p>
        </w:tc>
      </w:tr>
      <w:tr w:rsidR="00F83B1A" w14:paraId="704CF6E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5CD188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766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832254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نامە دەنووسم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6CC8D14" w14:textId="77777777" w:rsidR="00F83B1A" w:rsidRDefault="00000000">
            <w:r>
              <w:t>ich schreibe einen Brief</w:t>
            </w:r>
          </w:p>
        </w:tc>
      </w:tr>
      <w:tr w:rsidR="00F83B1A" w14:paraId="329DFAB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3A8F66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767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4028CD7" w14:textId="6985752C" w:rsidR="00F83B1A" w:rsidRDefault="00235026">
            <w:pPr>
              <w:bidi/>
              <w:jc w:val="right"/>
            </w:pPr>
            <w:proofErr w:type="spellStart"/>
            <w:r w:rsidRPr="00235026">
              <w:rPr>
                <w:rFonts w:cs="Arial"/>
                <w:sz w:val="28"/>
                <w:rtl/>
              </w:rPr>
              <w:t>کوردی</w:t>
            </w:r>
            <w:proofErr w:type="spellEnd"/>
            <w:r w:rsidRPr="00235026">
              <w:rPr>
                <w:rFonts w:cs="Arial"/>
                <w:sz w:val="28"/>
                <w:rtl/>
              </w:rPr>
              <w:t xml:space="preserve"> </w:t>
            </w:r>
            <w:proofErr w:type="spellStart"/>
            <w:r w:rsidRPr="00235026">
              <w:rPr>
                <w:rFonts w:cs="Arial"/>
                <w:sz w:val="28"/>
                <w:rtl/>
              </w:rPr>
              <w:t>دەدوێم</w:t>
            </w:r>
            <w:proofErr w:type="spellEnd"/>
            <w:r w:rsidRPr="00235026">
              <w:rPr>
                <w:rFonts w:cs="Arial"/>
                <w:sz w:val="28"/>
                <w:rtl/>
              </w:rPr>
              <w:t>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0E1D465" w14:textId="77777777" w:rsidR="00F83B1A" w:rsidRDefault="00000000">
            <w:r>
              <w:t>ich spreche Kurdisch</w:t>
            </w:r>
          </w:p>
        </w:tc>
      </w:tr>
      <w:tr w:rsidR="00F83B1A" w14:paraId="158AB6D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1A6FD2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768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E4B1C2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قاوە دەخۆمەوە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2850E85" w14:textId="77777777" w:rsidR="00F83B1A" w:rsidRDefault="00000000">
            <w:r>
              <w:t>ich trinke Kaffee</w:t>
            </w:r>
          </w:p>
        </w:tc>
      </w:tr>
      <w:tr w:rsidR="00F83B1A" w14:paraId="173C18A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5945A1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769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75159A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ئاو دەخۆمەوە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6EA57ED" w14:textId="77777777" w:rsidR="00F83B1A" w:rsidRDefault="00000000">
            <w:r>
              <w:t>ich trinke Wasser</w:t>
            </w:r>
          </w:p>
        </w:tc>
      </w:tr>
      <w:tr w:rsidR="00F83B1A" w14:paraId="4336F7C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789CA2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770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C1D290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مێردی ئەو دکتۆرە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5BD1E10" w14:textId="77777777" w:rsidR="00F83B1A" w:rsidRDefault="00000000">
            <w:r>
              <w:t>ihr Mann ist Doktor</w:t>
            </w:r>
          </w:p>
        </w:tc>
      </w:tr>
      <w:tr w:rsidR="00F83B1A" w14:paraId="085D5F3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ECD187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771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D3142E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بەڵێ، بەدڵمە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5E0B3C5" w14:textId="77777777" w:rsidR="00F83B1A" w:rsidRDefault="00000000">
            <w:r>
              <w:t>ja, ich mag das / Ja, ich mag es</w:t>
            </w:r>
          </w:p>
        </w:tc>
      </w:tr>
      <w:tr w:rsidR="00F83B1A" w14:paraId="4D7809B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11A81D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772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0F5070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ئاوی سارد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31B682C" w14:textId="77777777" w:rsidR="00F83B1A" w:rsidRDefault="00000000">
            <w:r>
              <w:t>kaltes Wasser / Kaltes Wasser</w:t>
            </w:r>
          </w:p>
        </w:tc>
      </w:tr>
      <w:tr w:rsidR="00F83B1A" w14:paraId="49B44A7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119B85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773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2C243B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پەنیری کوردی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1AD8AD8" w14:textId="77777777" w:rsidR="00F83B1A" w:rsidRDefault="00000000">
            <w:r>
              <w:t>kurdischer Käse</w:t>
            </w:r>
          </w:p>
        </w:tc>
      </w:tr>
      <w:tr w:rsidR="00F83B1A" w14:paraId="3FB64F5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49AD5A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774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30380F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چای کوردی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8779C5D" w14:textId="77777777" w:rsidR="00F83B1A" w:rsidRDefault="00000000">
            <w:r>
              <w:t>kurdischer Tee</w:t>
            </w:r>
          </w:p>
        </w:tc>
      </w:tr>
      <w:tr w:rsidR="00F83B1A" w14:paraId="568FD0C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00E6EE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775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4C0A95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گۆشتی مەڕ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E2E701C" w14:textId="77777777" w:rsidR="00F83B1A" w:rsidRDefault="00000000">
            <w:r>
              <w:t>Lammfleisch</w:t>
            </w:r>
          </w:p>
        </w:tc>
      </w:tr>
      <w:tr w:rsidR="00F83B1A" w14:paraId="163B0B5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648CCF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776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1EAF5F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برام لە بەرلینە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DEA07D2" w14:textId="77777777" w:rsidR="00F83B1A" w:rsidRDefault="00000000">
            <w:r>
              <w:t>mein Bruder ist in Berlin</w:t>
            </w:r>
          </w:p>
        </w:tc>
      </w:tr>
      <w:tr w:rsidR="00F83B1A" w14:paraId="3BA2304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22F9CD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777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7A1BF5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خاڵم پزیشکە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335A25B" w14:textId="77777777" w:rsidR="00F83B1A" w:rsidRDefault="00000000">
            <w:r>
              <w:t>mein Onkel ist Arzt</w:t>
            </w:r>
          </w:p>
        </w:tc>
      </w:tr>
      <w:tr w:rsidR="00F83B1A" w14:paraId="697383D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82429D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778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E65A6C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مامم لە هەولێرە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CBBBDF8" w14:textId="77777777" w:rsidR="00F83B1A" w:rsidRDefault="00000000">
            <w:r>
              <w:t>mein Onkel ist in Erbil</w:t>
            </w:r>
          </w:p>
        </w:tc>
      </w:tr>
      <w:tr w:rsidR="00F83B1A" w14:paraId="0F6BA09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F96E55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779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AEA1B72" w14:textId="1EC4AD18" w:rsidR="00F83B1A" w:rsidRDefault="00235026">
            <w:pPr>
              <w:bidi/>
              <w:jc w:val="right"/>
            </w:pPr>
            <w:proofErr w:type="spellStart"/>
            <w:r w:rsidRPr="00235026">
              <w:rPr>
                <w:rFonts w:cs="Arial"/>
                <w:sz w:val="28"/>
                <w:rtl/>
              </w:rPr>
              <w:t>کوڕی</w:t>
            </w:r>
            <w:proofErr w:type="spellEnd"/>
            <w:r w:rsidRPr="00235026">
              <w:rPr>
                <w:rFonts w:cs="Arial"/>
                <w:sz w:val="28"/>
                <w:rtl/>
              </w:rPr>
              <w:t xml:space="preserve"> من </w:t>
            </w:r>
            <w:proofErr w:type="spellStart"/>
            <w:r w:rsidRPr="00235026">
              <w:rPr>
                <w:rFonts w:cs="Arial"/>
                <w:sz w:val="28"/>
                <w:rtl/>
              </w:rPr>
              <w:t>یەک</w:t>
            </w:r>
            <w:proofErr w:type="spellEnd"/>
            <w:r w:rsidRPr="00235026">
              <w:rPr>
                <w:rFonts w:cs="Arial"/>
                <w:sz w:val="28"/>
                <w:rtl/>
              </w:rPr>
              <w:t xml:space="preserve"> </w:t>
            </w:r>
            <w:proofErr w:type="spellStart"/>
            <w:r w:rsidRPr="00235026">
              <w:rPr>
                <w:rFonts w:cs="Arial"/>
                <w:sz w:val="28"/>
                <w:rtl/>
              </w:rPr>
              <w:t>ساڵە</w:t>
            </w:r>
            <w:proofErr w:type="spellEnd"/>
            <w:r w:rsidRPr="00235026">
              <w:rPr>
                <w:rFonts w:cs="Arial"/>
                <w:sz w:val="28"/>
                <w:rtl/>
              </w:rPr>
              <w:t>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22BA526" w14:textId="77777777" w:rsidR="00F83B1A" w:rsidRDefault="00000000">
            <w:r>
              <w:t>mein Sohn ist ein Jahr alt</w:t>
            </w:r>
          </w:p>
        </w:tc>
      </w:tr>
      <w:tr w:rsidR="00F83B1A" w14:paraId="463B95B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EFD599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780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863A6D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باوکم مامۆستایە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2035E0B" w14:textId="77777777" w:rsidR="00F83B1A" w:rsidRDefault="00000000">
            <w:r>
              <w:t>mein Vater ist Lehrer</w:t>
            </w:r>
          </w:p>
        </w:tc>
      </w:tr>
      <w:tr w:rsidR="00F83B1A" w14:paraId="1B6AEC1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6EBD03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781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F9FD167" w14:textId="25CBAB1A" w:rsidR="00F83B1A" w:rsidRDefault="00000000">
            <w:pPr>
              <w:bidi/>
              <w:jc w:val="right"/>
            </w:pPr>
            <w:proofErr w:type="spellStart"/>
            <w:r>
              <w:rPr>
                <w:sz w:val="28"/>
                <w:rtl/>
              </w:rPr>
              <w:t>ژنی</w:t>
            </w:r>
            <w:proofErr w:type="spellEnd"/>
            <w:r>
              <w:rPr>
                <w:sz w:val="28"/>
                <w:rtl/>
              </w:rPr>
              <w:t xml:space="preserve"> من </w:t>
            </w:r>
            <w:proofErr w:type="spellStart"/>
            <w:r w:rsidR="00235026">
              <w:rPr>
                <w:rFonts w:hint="cs"/>
                <w:sz w:val="28"/>
                <w:rtl/>
              </w:rPr>
              <w:t>دەریاییە</w:t>
            </w:r>
            <w:proofErr w:type="spellEnd"/>
            <w:r w:rsidR="00235026">
              <w:rPr>
                <w:rFonts w:hint="cs"/>
                <w:sz w:val="28"/>
                <w:rtl/>
              </w:rPr>
              <w:t>.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1314D2F" w14:textId="0A0632F6" w:rsidR="00F83B1A" w:rsidRPr="00235026" w:rsidRDefault="00000000">
            <w:pPr>
              <w:rPr>
                <w:lang w:val="de-DE"/>
              </w:rPr>
            </w:pPr>
            <w:proofErr w:type="spellStart"/>
            <w:r>
              <w:t>meine</w:t>
            </w:r>
            <w:proofErr w:type="spellEnd"/>
            <w:r>
              <w:t xml:space="preserve"> Frau </w:t>
            </w:r>
            <w:proofErr w:type="spellStart"/>
            <w:r>
              <w:t>ist</w:t>
            </w:r>
            <w:proofErr w:type="spellEnd"/>
            <w:r>
              <w:t xml:space="preserve"> </w:t>
            </w:r>
            <w:r w:rsidR="00235026">
              <w:rPr>
                <w:lang w:val="de-DE"/>
              </w:rPr>
              <w:t>Dariya.</w:t>
            </w:r>
          </w:p>
        </w:tc>
      </w:tr>
      <w:tr w:rsidR="00F83B1A" w14:paraId="08DBA17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FEF733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782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024B8E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دایکم لە کوردستانە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BD7977F" w14:textId="77777777" w:rsidR="00F83B1A" w:rsidRDefault="00000000">
            <w:r>
              <w:t>meine Mutter ist in Kurdistan</w:t>
            </w:r>
          </w:p>
        </w:tc>
      </w:tr>
      <w:tr w:rsidR="00F83B1A" w14:paraId="506D6C6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CCEA3F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783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E74B14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خوشکم لە ئاڵمانیایە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DC24211" w14:textId="77777777" w:rsidR="00F83B1A" w:rsidRDefault="00000000">
            <w:r>
              <w:t>meine Schwester ist in Deutschland</w:t>
            </w:r>
          </w:p>
        </w:tc>
      </w:tr>
      <w:tr w:rsidR="00F83B1A" w14:paraId="736C1DD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0E395C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784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5F623F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مانگی شەو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ECEED22" w14:textId="77777777" w:rsidR="00F83B1A" w:rsidRDefault="00000000">
            <w:r>
              <w:t>Nachtmond</w:t>
            </w:r>
          </w:p>
        </w:tc>
      </w:tr>
      <w:tr w:rsidR="00F83B1A" w14:paraId="4B620D7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5C1E84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785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AF8823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نا، سوپاس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AA79DEB" w14:textId="77777777" w:rsidR="00F83B1A" w:rsidRDefault="00000000">
            <w:r>
              <w:t>nein, danke / Nein, danke</w:t>
            </w:r>
          </w:p>
        </w:tc>
      </w:tr>
      <w:tr w:rsidR="00F83B1A" w14:paraId="2EE86A0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BABB14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786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4BCADD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داری زەیتوون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566AC2F" w14:textId="77777777" w:rsidR="00F83B1A" w:rsidRDefault="00000000">
            <w:r>
              <w:t>Olivenbaum</w:t>
            </w:r>
          </w:p>
        </w:tc>
      </w:tr>
      <w:tr w:rsidR="00F83B1A" w14:paraId="15F036C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53972E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787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7F9DD4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برنج و دۆڵمە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7AA28E9" w14:textId="77777777" w:rsidR="00F83B1A" w:rsidRDefault="00000000">
            <w:r>
              <w:t>Reis und Dolma</w:t>
            </w:r>
          </w:p>
        </w:tc>
      </w:tr>
      <w:tr w:rsidR="00F83B1A" w14:paraId="2394AAE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B71683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788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8B831F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گوڵی سوور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D60BF39" w14:textId="77777777" w:rsidR="00F83B1A" w:rsidRDefault="00000000">
            <w:r>
              <w:t>rote Blume</w:t>
            </w:r>
          </w:p>
        </w:tc>
      </w:tr>
      <w:tr w:rsidR="00F83B1A" w14:paraId="7C932D0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96E08F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789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D59939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ماستی ترش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07ED3E0" w14:textId="77777777" w:rsidR="00F83B1A" w:rsidRDefault="00000000">
            <w:r>
              <w:t>saurer Joghurt</w:t>
            </w:r>
          </w:p>
        </w:tc>
      </w:tr>
      <w:tr w:rsidR="00F83B1A" w14:paraId="50077CB3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533AB5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lastRenderedPageBreak/>
              <w:t>790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A4189E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دەریای ڕەش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F54B743" w14:textId="77777777" w:rsidR="00F83B1A" w:rsidRDefault="00000000">
            <w:r>
              <w:t>Schwarzes Meer</w:t>
            </w:r>
          </w:p>
        </w:tc>
      </w:tr>
      <w:tr w:rsidR="00F83B1A" w14:paraId="6DEFFCA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A47C66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791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E9436E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زۆر باشم، سوپاس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70B7763" w14:textId="77777777" w:rsidR="00F83B1A" w:rsidRDefault="00000000">
            <w:r>
              <w:t>sehr gut, danke</w:t>
            </w:r>
          </w:p>
        </w:tc>
      </w:tr>
      <w:tr w:rsidR="00F83B1A" w14:paraId="22F41CB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ABBD3B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792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2B6709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کچی ئەو زیرەکە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C0A51E2" w14:textId="77777777" w:rsidR="00F83B1A" w:rsidRDefault="00000000">
            <w:r>
              <w:t>seine Tochter ist klug</w:t>
            </w:r>
          </w:p>
        </w:tc>
      </w:tr>
      <w:tr w:rsidR="00F83B1A" w14:paraId="2E8B123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9FDE87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793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CCB736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ڕووباری دجلە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417C270" w14:textId="77777777" w:rsidR="00F83B1A" w:rsidRDefault="00000000">
            <w:r>
              <w:t>Tigris-Fluss</w:t>
            </w:r>
          </w:p>
        </w:tc>
      </w:tr>
      <w:tr w:rsidR="00F83B1A" w14:paraId="020CD0F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8458A9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794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EE188F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بەفری زۆر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D500640" w14:textId="77777777" w:rsidR="00F83B1A" w:rsidRDefault="00000000">
            <w:r>
              <w:t>viel Schnee</w:t>
            </w:r>
          </w:p>
        </w:tc>
      </w:tr>
      <w:tr w:rsidR="00F83B1A" w14:paraId="3C3385B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0BA70F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795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B8CCBF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زۆر سوپاس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37A76FC" w14:textId="77777777" w:rsidR="00F83B1A" w:rsidRDefault="00000000">
            <w:r>
              <w:t>vielen Dank / Vielen Dank</w:t>
            </w:r>
          </w:p>
        </w:tc>
      </w:tr>
      <w:tr w:rsidR="00F83B1A" w14:paraId="78E148A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F9E04D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796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C2D796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شیری گەرم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796A268" w14:textId="77777777" w:rsidR="00F83B1A" w:rsidRDefault="00000000">
            <w:r>
              <w:t>warme Milch</w:t>
            </w:r>
          </w:p>
        </w:tc>
      </w:tr>
      <w:tr w:rsidR="00F83B1A" w14:paraId="785EBC7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5ACCC1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797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11F5D3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تۆ چۆنی ئەمڕۆ؟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B47B104" w14:textId="77777777" w:rsidR="00F83B1A" w:rsidRDefault="00000000">
            <w:r>
              <w:t>wie geht's dir heute?</w:t>
            </w:r>
          </w:p>
        </w:tc>
      </w:tr>
      <w:tr w:rsidR="00F83B1A" w14:paraId="6D01734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571410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798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4D80A7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 خۆشی بێیت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F15A902" w14:textId="77777777" w:rsidR="00F83B1A" w:rsidRDefault="00000000">
            <w:r>
              <w:t>willkommen</w:t>
            </w:r>
          </w:p>
        </w:tc>
      </w:tr>
      <w:tr w:rsidR="00F83B1A" w14:paraId="2CD0E37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BB0B53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799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5262A2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 خۆشی بێیت بۆ ماڵەکەم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42BBBCF" w14:textId="77777777" w:rsidR="00F83B1A" w:rsidRDefault="00000000">
            <w:r>
              <w:t>willkommen in meinem Haus</w:t>
            </w:r>
          </w:p>
        </w:tc>
      </w:tr>
    </w:tbl>
    <w:p w14:paraId="64B34251" w14:textId="77777777" w:rsidR="00F83B1A" w:rsidRDefault="00F83B1A"/>
    <w:p w14:paraId="4C040174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Karaoke (Erwachsene)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37FFF366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0B8ABC9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57A32665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904CB82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392B9A9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1295A3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800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A7782E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دڵی تۆ، گەورەترە لە ئاسمان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5E54F9A" w14:textId="77777777" w:rsidR="00F83B1A" w:rsidRDefault="00000000">
            <w:r>
              <w:t>Dein Herz ist größer als der Himmel</w:t>
            </w:r>
          </w:p>
        </w:tc>
      </w:tr>
      <w:tr w:rsidR="00F83B1A" w14:paraId="0A1D9E2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8D57B6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801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0ECDAC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چاوەکانی تۆ، ڕۆژی منە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99166B2" w14:textId="77777777" w:rsidR="00F83B1A" w:rsidRDefault="00000000">
            <w:r>
              <w:t>Deine Augen sind meine Sonne</w:t>
            </w:r>
          </w:p>
        </w:tc>
      </w:tr>
      <w:tr w:rsidR="00F83B1A" w14:paraId="08E6F99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D49B9D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802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06BBF0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دەستەکانی تۆ، گەرمن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08D5447" w14:textId="77777777" w:rsidR="00F83B1A" w:rsidRDefault="00000000">
            <w:r>
              <w:t>Deine Hände sind warm</w:t>
            </w:r>
          </w:p>
        </w:tc>
      </w:tr>
      <w:tr w:rsidR="00F83B1A" w14:paraId="3F36BC7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002EED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803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B90F8F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باد دێت، گوڵەکان دەنوێژن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3AC9756" w14:textId="77777777" w:rsidR="00F83B1A" w:rsidRDefault="00000000">
            <w:r>
              <w:t>Der Wind kommt, die Blumen tanzen</w:t>
            </w:r>
          </w:p>
        </w:tc>
      </w:tr>
      <w:tr w:rsidR="00F83B1A" w14:paraId="50DC186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1EA308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804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0545D1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خۆر هەڵدێت، تاریکی دەڕوات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F844872" w14:textId="77777777" w:rsidR="00F83B1A" w:rsidRDefault="00000000">
            <w:r>
              <w:t>Die Sonne geht auf, die Dunkelheit weicht</w:t>
            </w:r>
          </w:p>
        </w:tc>
      </w:tr>
      <w:tr w:rsidR="00F83B1A" w14:paraId="2EA7373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6A016B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805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694E77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تۆ گوڵی ژیانمی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97F95EA" w14:textId="77777777" w:rsidR="00F83B1A" w:rsidRDefault="00000000">
            <w:r>
              <w:t>Du bist die Blume meines Lebens</w:t>
            </w:r>
          </w:p>
        </w:tc>
      </w:tr>
      <w:tr w:rsidR="00F83B1A" w14:paraId="29E0648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FFEAA9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806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7E48DF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ڕۆژێکی نوێ، هیوایەکی نوێ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626643E" w14:textId="77777777" w:rsidR="00F83B1A" w:rsidRDefault="00000000">
            <w:r>
              <w:t>Ein neuer Tag, eine neue Hoffnung</w:t>
            </w:r>
          </w:p>
        </w:tc>
      </w:tr>
      <w:tr w:rsidR="00F83B1A" w14:paraId="36A50CD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07C9BB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807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76F19D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هەڵپەڕینێک بۆ ئازادی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C4037AF" w14:textId="77777777" w:rsidR="00F83B1A" w:rsidRDefault="00000000">
            <w:r>
              <w:t>Ein Tanz für die Freiheit</w:t>
            </w:r>
          </w:p>
        </w:tc>
      </w:tr>
      <w:tr w:rsidR="00F83B1A" w14:paraId="0CF00E7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4EA6CE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808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060706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بژی کوردستان، بژی کورد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EC4BF69" w14:textId="77777777" w:rsidR="00F83B1A" w:rsidRDefault="00000000">
            <w:r>
              <w:t>Es lebe Kurdistan, es lebe das Kurdische</w:t>
            </w:r>
          </w:p>
        </w:tc>
      </w:tr>
      <w:tr w:rsidR="00F83B1A" w14:paraId="693D6B6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068A81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809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A05CD5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بژی نەورۆز، بژی ئازادی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BA3E2B7" w14:textId="77777777" w:rsidR="00F83B1A" w:rsidRDefault="00000000">
            <w:r>
              <w:t>Es lebe Newroz, es lebe die Freiheit</w:t>
            </w:r>
          </w:p>
        </w:tc>
      </w:tr>
      <w:tr w:rsidR="00F83B1A" w14:paraId="7570523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44E685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810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F04EF1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بۆ ژیان، بۆ هیوا، بۆ ئازادی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B548B48" w14:textId="77777777" w:rsidR="00F83B1A" w:rsidRDefault="00000000">
            <w:r>
              <w:t>Für das Leben, für die Hoffnung, für die Freiheit</w:t>
            </w:r>
          </w:p>
        </w:tc>
      </w:tr>
      <w:tr w:rsidR="00F83B1A" w14:paraId="27BD165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10E50E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811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D42C12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بۆ هەمیشە لە دڵم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4F8CC2A" w14:textId="77777777" w:rsidR="00F83B1A" w:rsidRDefault="00000000">
            <w:r>
              <w:t>Für immer in meinem Herzen</w:t>
            </w:r>
          </w:p>
        </w:tc>
      </w:tr>
      <w:tr w:rsidR="00F83B1A" w14:paraId="75E7236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C0DD79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812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A14EEE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بۆ هەمیشە، خۆشت دەوێم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01F254E" w14:textId="77777777" w:rsidR="00F83B1A" w:rsidRDefault="00000000">
            <w:r>
              <w:t>Für immer werde ich dich lieben</w:t>
            </w:r>
          </w:p>
        </w:tc>
      </w:tr>
      <w:tr w:rsidR="00F83B1A" w14:paraId="5AC0A87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F46599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813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8E71B9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خاکی پیرۆز، گەلی ئازا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519683D" w14:textId="77777777" w:rsidR="00F83B1A" w:rsidRDefault="00000000">
            <w:r>
              <w:t>Heiliger Boden, mutiges Volk</w:t>
            </w:r>
          </w:p>
        </w:tc>
      </w:tr>
      <w:tr w:rsidR="00F83B1A" w14:paraId="53D47D5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C0C32A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814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AFF09F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چیاکانی بەرز، باخی پڕ گوڵ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52DA9B6" w14:textId="77777777" w:rsidR="00F83B1A" w:rsidRDefault="00000000">
            <w:r>
              <w:t>Hohe Berge, voller Blumen-Garten</w:t>
            </w:r>
          </w:p>
        </w:tc>
      </w:tr>
      <w:tr w:rsidR="00F83B1A" w14:paraId="7F5D9E1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9D849D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lastRenderedPageBreak/>
              <w:t>815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996A16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ڕووباری ساف، ئاوی پاک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2BA47B4" w14:textId="77777777" w:rsidR="00F83B1A" w:rsidRDefault="00000000">
            <w:r>
              <w:t>Klare Flüsse, reines Wasser</w:t>
            </w:r>
          </w:p>
        </w:tc>
      </w:tr>
      <w:tr w:rsidR="00F83B1A" w14:paraId="260A8B2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5864F5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816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C9F846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کوردستان، کوردستان، خۆشترین جێگام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EA7CA59" w14:textId="77777777" w:rsidR="00F83B1A" w:rsidRDefault="00000000">
            <w:r>
              <w:t>Kurdistan, Kurdistan, mein schönster Ort</w:t>
            </w:r>
          </w:p>
        </w:tc>
      </w:tr>
      <w:tr w:rsidR="00F83B1A" w14:paraId="7C3923E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D883FC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817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F04EBB2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کوردستان، نیشتمانی منە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AD3037A" w14:textId="77777777" w:rsidR="00F83B1A" w:rsidRDefault="00000000">
            <w:r>
              <w:t>Kurdistan, meine Heimat</w:t>
            </w:r>
          </w:p>
        </w:tc>
      </w:tr>
      <w:tr w:rsidR="00F83B1A" w14:paraId="483C8B6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722504C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818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A6F3A1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دەستەکانمان لێک ببەستین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81567D0" w14:textId="77777777" w:rsidR="00F83B1A" w:rsidRDefault="00000000">
            <w:r>
              <w:t>Lass uns die Hände verbinden</w:t>
            </w:r>
          </w:p>
        </w:tc>
      </w:tr>
      <w:tr w:rsidR="00F83B1A" w14:paraId="257460A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5BBC28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819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F22C16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دڵم بە دڵتە، بۆ هەمیشە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361AE9C" w14:textId="77777777" w:rsidR="00F83B1A" w:rsidRDefault="00000000">
            <w:r>
              <w:t>Mein Herz mit deinem Herz, für immer</w:t>
            </w:r>
          </w:p>
        </w:tc>
      </w:tr>
      <w:tr w:rsidR="00F83B1A" w14:paraId="2A59644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CABBEA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820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3BEE9E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دڵم بەرز دەبێت، دەستەوم دێت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E205B40" w14:textId="77777777" w:rsidR="00F83B1A" w:rsidRDefault="00000000">
            <w:r>
              <w:t>Mein Herz steigt, meine Hand kommt</w:t>
            </w:r>
          </w:p>
        </w:tc>
      </w:tr>
      <w:tr w:rsidR="00F83B1A" w14:paraId="5137049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269540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821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DC8A47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دایکم، دایکی من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55B78D2" w14:textId="77777777" w:rsidR="00F83B1A" w:rsidRDefault="00000000">
            <w:r>
              <w:t>Meine Mutter, meine Mutter</w:t>
            </w:r>
          </w:p>
        </w:tc>
      </w:tr>
      <w:tr w:rsidR="00F83B1A" w14:paraId="16C5B3E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6B7780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822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783C13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دایکم، دایکی شیرینم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4972DD2" w14:textId="77777777" w:rsidR="00F83B1A" w:rsidRDefault="00000000">
            <w:r>
              <w:t>Meine Mutter, meine süße Mutter</w:t>
            </w:r>
          </w:p>
        </w:tc>
      </w:tr>
      <w:tr w:rsidR="00F83B1A" w14:paraId="53B1B9D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9933388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823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F2CABF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نەورۆز هاتە، شادی هاتە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FCF02F8" w14:textId="77777777" w:rsidR="00F83B1A" w:rsidRDefault="00000000">
            <w:r>
              <w:t>Newroz ist gekommen, Freude ist gekommen</w:t>
            </w:r>
          </w:p>
        </w:tc>
      </w:tr>
      <w:tr w:rsidR="00F83B1A" w14:paraId="28AD429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432329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824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4CC608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ئەی گوڵم، ئەی گوڵم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FA06E1D" w14:textId="77777777" w:rsidR="00F83B1A" w:rsidRDefault="00000000">
            <w:r>
              <w:t>Oh meine Blume, oh meine Blume</w:t>
            </w:r>
          </w:p>
        </w:tc>
      </w:tr>
      <w:tr w:rsidR="00F83B1A" w14:paraId="4CD7583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9E0CF4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825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07CE5F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ئەی ئەی گوڵم، چاوی ڕەشم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28FAC72" w14:textId="77777777" w:rsidR="00F83B1A" w:rsidRDefault="00000000">
            <w:r>
              <w:t>Oh, oh meine Blume, meine Schwarzäugige</w:t>
            </w:r>
          </w:p>
        </w:tc>
      </w:tr>
      <w:tr w:rsidR="00F83B1A" w14:paraId="156735E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C604F2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826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5C8AFA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ئەی ئەی گوڵم، گوڵی ناسکم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F088871" w14:textId="77777777" w:rsidR="00F83B1A" w:rsidRDefault="00000000">
            <w:r>
              <w:t>Oh, oh meine Blume, meine zarte Blume</w:t>
            </w:r>
          </w:p>
        </w:tc>
      </w:tr>
      <w:tr w:rsidR="00F83B1A" w14:paraId="48D7529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38C03D6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827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D7BFA91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بێ تۆ ژیان ناوێ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8484DA4" w14:textId="77777777" w:rsidR="00F83B1A" w:rsidRDefault="00000000">
            <w:r>
              <w:t>Ohne dich will ich kein Leben</w:t>
            </w:r>
          </w:p>
        </w:tc>
      </w:tr>
      <w:tr w:rsidR="00F83B1A" w14:paraId="70C5084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7872AD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828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78258DC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ڕۆژهەڵات، ڕۆژی نوێ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E97CDF6" w14:textId="77777777" w:rsidR="00F83B1A" w:rsidRDefault="00000000">
            <w:r>
              <w:t>Sonnenaufgang, neuer Tag</w:t>
            </w:r>
          </w:p>
        </w:tc>
      </w:tr>
      <w:tr w:rsidR="00F83B1A" w14:paraId="423BFF2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1DB17D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829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D2F0FD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دیلانمان دادەنرین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17F786E" w14:textId="77777777" w:rsidR="00F83B1A" w:rsidRDefault="00000000">
            <w:r>
              <w:t>Unser Reigen wird gestellt</w:t>
            </w:r>
          </w:p>
        </w:tc>
      </w:tr>
    </w:tbl>
    <w:p w14:paraId="12B98538" w14:textId="77777777" w:rsidR="00F83B1A" w:rsidRDefault="00F83B1A"/>
    <w:p w14:paraId="72387255" w14:textId="77777777" w:rsidR="00F83B1A" w:rsidRDefault="00000000">
      <w:pPr>
        <w:keepNext/>
        <w:spacing w:before="240" w:after="120"/>
      </w:pPr>
      <w:r>
        <w:rPr>
          <w:b/>
          <w:color w:val="555555"/>
          <w:sz w:val="26"/>
        </w:rPr>
        <w:t>Karaoke für Kinder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402"/>
        <w:gridCol w:w="4989"/>
      </w:tblGrid>
      <w:tr w:rsidR="00F83B1A" w14:paraId="7DE281C3" w14:textId="77777777">
        <w:trPr>
          <w:jc w:val="center"/>
        </w:trPr>
        <w:tc>
          <w:tcPr>
            <w:tcW w:w="680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7A872189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3402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2D1E6BF3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Kurdisch (Sorani)</w:t>
            </w:r>
          </w:p>
        </w:tc>
        <w:tc>
          <w:tcPr>
            <w:tcW w:w="4989" w:type="dxa"/>
            <w:tcBorders>
              <w:top w:val="single" w:sz="6" w:space="0" w:color="0B6BCB"/>
              <w:left w:val="single" w:sz="6" w:space="0" w:color="0B6BCB"/>
              <w:bottom w:val="single" w:sz="6" w:space="0" w:color="0B6BCB"/>
              <w:right w:val="single" w:sz="6" w:space="0" w:color="0B6BCB"/>
            </w:tcBorders>
            <w:shd w:val="clear" w:color="auto" w:fill="0B6BCB"/>
            <w:vAlign w:val="center"/>
          </w:tcPr>
          <w:p w14:paraId="03200167" w14:textId="77777777" w:rsidR="00F83B1A" w:rsidRDefault="00000000">
            <w:pPr>
              <w:jc w:val="center"/>
            </w:pPr>
            <w:r>
              <w:rPr>
                <w:b/>
                <w:color w:val="FFFFFF"/>
              </w:rPr>
              <w:t>Deutsch</w:t>
            </w:r>
          </w:p>
        </w:tc>
      </w:tr>
      <w:tr w:rsidR="00F83B1A" w14:paraId="52FCC02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59922A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830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ED276F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ا ، ب ، پ ، ت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B29F084" w14:textId="77777777" w:rsidR="00F83B1A" w:rsidRDefault="00000000">
            <w:r>
              <w:t>A, Be, Pe, Te</w:t>
            </w:r>
          </w:p>
        </w:tc>
      </w:tr>
      <w:tr w:rsidR="00F83B1A" w14:paraId="2A5E8EB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565A8C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831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809EFF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هەشت! نۆ! دە!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0474CEA" w14:textId="77777777" w:rsidR="00F83B1A" w:rsidRDefault="00000000">
            <w:r>
              <w:t>Acht! Neun! Zehn!</w:t>
            </w:r>
          </w:p>
        </w:tc>
      </w:tr>
      <w:tr w:rsidR="00F83B1A" w14:paraId="175A0AA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895D6E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832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76310C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هەموو بەیەکەوە: یەک!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E874B21" w14:textId="77777777" w:rsidR="00F83B1A" w:rsidRDefault="00000000">
            <w:r>
              <w:t>Alle zusammen: eins!</w:t>
            </w:r>
          </w:p>
        </w:tc>
      </w:tr>
      <w:tr w:rsidR="00F83B1A" w14:paraId="0273A2E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45878F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833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124BD8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دەستەخۆش! تەواوە!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9887168" w14:textId="77777777" w:rsidR="00F83B1A" w:rsidRDefault="00000000">
            <w:r>
              <w:t>Bravo! Geschafft!</w:t>
            </w:r>
          </w:p>
        </w:tc>
      </w:tr>
      <w:tr w:rsidR="00F83B1A" w14:paraId="1D89A297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93D9AE4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834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B6BD2E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ج ، چ ، ح ، خ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287C47C" w14:textId="77777777" w:rsidR="00F83B1A" w:rsidRDefault="00000000">
            <w:r>
              <w:t>Cim, Çe, He, Xe</w:t>
            </w:r>
          </w:p>
        </w:tc>
      </w:tr>
      <w:tr w:rsidR="00F83B1A" w14:paraId="1998418C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42F30A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835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16A608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 ، ر ، ز ، ژ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9068139" w14:textId="77777777" w:rsidR="00F83B1A" w:rsidRDefault="00000000">
            <w:r>
              <w:t>Dal, Re, Ze, Je</w:t>
            </w:r>
          </w:p>
        </w:tc>
      </w:tr>
      <w:tr w:rsidR="00F83B1A" w14:paraId="5F81318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117698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836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A385FC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ئەمە ئەلفوبێی کوردستانە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FBFE356" w14:textId="77777777" w:rsidR="00F83B1A" w:rsidRDefault="00000000">
            <w:r>
              <w:t>Das ist Kurdistans Alphabet</w:t>
            </w:r>
          </w:p>
        </w:tc>
      </w:tr>
      <w:tr w:rsidR="00F83B1A" w14:paraId="388A8C2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A561FB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837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50AE214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ئەمە ئەلفوبێی ماڵە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D900132" w14:textId="77777777" w:rsidR="00F83B1A" w:rsidRDefault="00000000">
            <w:r>
              <w:t>Das ist unser Alphabet zuhause</w:t>
            </w:r>
          </w:p>
        </w:tc>
      </w:tr>
      <w:tr w:rsidR="00F83B1A" w14:paraId="349AFB7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6301F85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838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F35F93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بەهار گوڵی کردووە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4A7CE1E" w14:textId="77777777" w:rsidR="00F83B1A" w:rsidRDefault="00000000">
            <w:r>
              <w:t>Der Frühling hat geblüht</w:t>
            </w:r>
          </w:p>
        </w:tc>
      </w:tr>
      <w:tr w:rsidR="00F83B1A" w14:paraId="3B34119B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8AEB2C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839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10DDB0F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ئازادی هاتەوە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B99829A" w14:textId="77777777" w:rsidR="00F83B1A" w:rsidRDefault="00000000">
            <w:r>
              <w:t>Die Freiheit kam zurück</w:t>
            </w:r>
          </w:p>
        </w:tc>
      </w:tr>
      <w:tr w:rsidR="00F83B1A" w14:paraId="7D91A392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79441F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lastRenderedPageBreak/>
              <w:t>840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DB3BF0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خەڵک شادمانن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3B54E82" w14:textId="77777777" w:rsidR="00F83B1A" w:rsidRDefault="00000000">
            <w:r>
              <w:t>Die Menschen sind fröhlich</w:t>
            </w:r>
          </w:p>
        </w:tc>
      </w:tr>
      <w:tr w:rsidR="00F83B1A" w14:paraId="2BE0ADA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73D09C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841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BAD0D27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شەو هاتە و ئەستێرە دەدرەوشێ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8DE86A9" w14:textId="77777777" w:rsidR="00F83B1A" w:rsidRDefault="00000000">
            <w:r>
              <w:t>Die Nacht kommt und die Sterne leuchten</w:t>
            </w:r>
          </w:p>
        </w:tc>
      </w:tr>
      <w:tr w:rsidR="00F83B1A" w14:paraId="529CEE5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573AD19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842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1C47D7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بەهاری گوڵزاری من تۆی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0A0DE87E" w14:textId="77777777" w:rsidR="00F83B1A" w:rsidRDefault="00000000">
            <w:r>
              <w:t>Du bist mein Frühlings-Blumenbeet</w:t>
            </w:r>
          </w:p>
        </w:tc>
      </w:tr>
      <w:tr w:rsidR="00F83B1A" w14:paraId="5EA9801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970146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843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BCCD33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یەک، دوو، سێ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BCEFC15" w14:textId="77777777" w:rsidR="00F83B1A" w:rsidRDefault="00000000">
            <w:r>
              <w:t>Eins, zwei, drei</w:t>
            </w:r>
          </w:p>
        </w:tc>
      </w:tr>
      <w:tr w:rsidR="00F83B1A" w14:paraId="1B5C939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7A35FE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844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1A3C6B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ئاگری نەورۆز هەڵبکە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30B1620" w14:textId="77777777" w:rsidR="00F83B1A" w:rsidRDefault="00000000">
            <w:r>
              <w:t>Entzünde das Newroz-Feuer</w:t>
            </w:r>
          </w:p>
        </w:tc>
      </w:tr>
      <w:tr w:rsidR="00F83B1A" w14:paraId="11E849A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4996795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845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CB90F7D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زوهاکی کوشت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293F9F0" w14:textId="77777777" w:rsidR="00F83B1A" w:rsidRDefault="00000000">
            <w:r>
              <w:t>Er besiegte Zahhak</w:t>
            </w:r>
          </w:p>
        </w:tc>
      </w:tr>
      <w:tr w:rsidR="00F83B1A" w14:paraId="5DAAAD1F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75D460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846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0538E1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ف ، ڤ ، ق ، ک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0801B78" w14:textId="77777777" w:rsidR="00F83B1A" w:rsidRDefault="00000000">
            <w:r>
              <w:t>Fe, Ve, Qaf, Kaf</w:t>
            </w:r>
          </w:p>
        </w:tc>
      </w:tr>
      <w:tr w:rsidR="00F83B1A" w14:paraId="6F11ACF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7C078FE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847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DEE9658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نەورۆز پیرۆز بێت!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350A815D" w14:textId="77777777" w:rsidR="00F83B1A" w:rsidRDefault="00000000">
            <w:r>
              <w:t>Frohes Newroz!</w:t>
            </w:r>
          </w:p>
        </w:tc>
      </w:tr>
      <w:tr w:rsidR="00F83B1A" w14:paraId="2D75A39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4266EC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848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175A948" w14:textId="2C6DFDDB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 xml:space="preserve">پێنج! شەش! </w:t>
            </w:r>
            <w:proofErr w:type="spellStart"/>
            <w:r w:rsidR="00235026">
              <w:rPr>
                <w:rFonts w:hint="cs"/>
                <w:sz w:val="28"/>
                <w:rtl/>
              </w:rPr>
              <w:t>هەفت</w:t>
            </w:r>
            <w:proofErr w:type="spellEnd"/>
            <w:r>
              <w:rPr>
                <w:sz w:val="28"/>
                <w:rtl/>
              </w:rPr>
              <w:t>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9EBFDD5" w14:textId="77777777" w:rsidR="00F83B1A" w:rsidRDefault="00000000">
            <w:r>
              <w:t>Fünf! Sechs! Sieben!</w:t>
            </w:r>
          </w:p>
        </w:tc>
      </w:tr>
      <w:tr w:rsidR="00F83B1A" w14:paraId="0C489C0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5113E6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849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192F25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گ ، ل ، م ، 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D68E5E8" w14:textId="77777777" w:rsidR="00F83B1A" w:rsidRDefault="00000000">
            <w:r>
              <w:t>Gaf, Lam, Mim, Nun</w:t>
            </w:r>
          </w:p>
        </w:tc>
      </w:tr>
      <w:tr w:rsidR="00F83B1A" w14:paraId="25FD1E5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896422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850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773F5C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دەستی خۆت بەرز بکەوە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6A8D4EB" w14:textId="77777777" w:rsidR="00F83B1A" w:rsidRDefault="00000000">
            <w:r>
              <w:t>Heb deine Hand hoch</w:t>
            </w:r>
          </w:p>
        </w:tc>
      </w:tr>
      <w:tr w:rsidR="00F83B1A" w14:paraId="71E4DCB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A823A8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851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10B88E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کاوەی ئاسنگەر بوو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2910E77" w14:textId="77777777" w:rsidR="00F83B1A" w:rsidRDefault="00000000">
            <w:r>
              <w:t>Kawa war der Schmied</w:t>
            </w:r>
          </w:p>
        </w:tc>
      </w:tr>
      <w:tr w:rsidR="00F83B1A" w14:paraId="313028D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3F56C5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852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94A477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کوردستان جوانە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1A4251A" w14:textId="77777777" w:rsidR="00F83B1A" w:rsidRDefault="00000000">
            <w:r>
              <w:t>Kurdistan ist schön</w:t>
            </w:r>
          </w:p>
        </w:tc>
      </w:tr>
      <w:tr w:rsidR="00F83B1A" w14:paraId="2185CFC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F9C9EF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853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68C6803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دایکت لێرەیە، مەترسە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37F30F3" w14:textId="77777777" w:rsidR="00F83B1A" w:rsidRDefault="00000000">
            <w:r>
              <w:t>Mama ist hier, hab keine Angst</w:t>
            </w:r>
          </w:p>
        </w:tc>
      </w:tr>
      <w:tr w:rsidR="00F83B1A" w14:paraId="3A8ADC5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58064DA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854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9A9C015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چاوی شیرینی من، خەو بکە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03ACB03" w14:textId="77777777" w:rsidR="00F83B1A" w:rsidRDefault="00000000">
            <w:r>
              <w:t>Meine süßen Augen, schlafe ein</w:t>
            </w:r>
          </w:p>
        </w:tc>
      </w:tr>
      <w:tr w:rsidR="00F83B1A" w14:paraId="316F96C4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C342D4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855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8B8F82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نەورۆز هاتەوە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B15767D" w14:textId="77777777" w:rsidR="00F83B1A" w:rsidRDefault="00000000">
            <w:r>
              <w:t>Newroz ist gekommen</w:t>
            </w:r>
          </w:p>
        </w:tc>
      </w:tr>
      <w:tr w:rsidR="00F83B1A" w14:paraId="24CB3B0E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0F7B2B3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856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98F3A2B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لۆری لۆری منداڵۆکەم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6B765DA" w14:textId="77777777" w:rsidR="00F83B1A" w:rsidRDefault="00000000">
            <w:r>
              <w:t>Schlafe, schlafe mein kleines Kind</w:t>
            </w:r>
          </w:p>
        </w:tc>
      </w:tr>
      <w:tr w:rsidR="00F83B1A" w14:paraId="46B168C5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3A56047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857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A6B559E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لۆری لۆری گیانم، لۆری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2C04F5D" w14:textId="77777777" w:rsidR="00F83B1A" w:rsidRDefault="00000000">
            <w:r>
              <w:t>Schlafe, schlafe mein Liebling</w:t>
            </w:r>
          </w:p>
        </w:tc>
      </w:tr>
      <w:tr w:rsidR="00F83B1A" w14:paraId="47E07C8A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F0D1A1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858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54ADE979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بەرە بەرە چاوەکانت دادە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EE2A4FE" w14:textId="77777777" w:rsidR="00F83B1A" w:rsidRDefault="00000000">
            <w:r>
              <w:t>Schließ deine Augen langsam</w:t>
            </w:r>
          </w:p>
        </w:tc>
      </w:tr>
      <w:tr w:rsidR="00F83B1A" w14:paraId="204744A0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0A1692ED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859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F0F4AF1" w14:textId="5C2FFF2E" w:rsidR="00F83B1A" w:rsidRDefault="00235026">
            <w:pPr>
              <w:bidi/>
              <w:jc w:val="right"/>
            </w:pPr>
            <w:r w:rsidRPr="00235026">
              <w:rPr>
                <w:rFonts w:cs="Arial"/>
                <w:sz w:val="28"/>
                <w:rtl/>
              </w:rPr>
              <w:t>هەفت</w:t>
            </w:r>
            <w:r w:rsidR="00000000">
              <w:rPr>
                <w:sz w:val="28"/>
                <w:rtl/>
              </w:rPr>
              <w:t>، هەشت، نۆ، دە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8BAC5E9" w14:textId="77777777" w:rsidR="00F83B1A" w:rsidRDefault="00000000">
            <w:r>
              <w:t>Sieben, acht, neun, zehn</w:t>
            </w:r>
          </w:p>
        </w:tc>
      </w:tr>
      <w:tr w:rsidR="00F83B1A" w14:paraId="6818B2E8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692084D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860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F9425D6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س ، ش ، ع ، غ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117C4967" w14:textId="77777777" w:rsidR="00F83B1A" w:rsidRDefault="00000000">
            <w:r>
              <w:t>Sin, Şin, Ayn, Ğeyn</w:t>
            </w:r>
          </w:p>
        </w:tc>
      </w:tr>
      <w:tr w:rsidR="00F83B1A" w14:paraId="3D7E2EE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16945ADB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861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46E3E9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خەوی خۆش بۆ تۆ بێ، گوڵەکەم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46478E2" w14:textId="77777777" w:rsidR="00F83B1A" w:rsidRDefault="00000000">
            <w:r>
              <w:t>Süße Träume für dich, meine Blume</w:t>
            </w:r>
          </w:p>
        </w:tc>
      </w:tr>
      <w:tr w:rsidR="00F83B1A" w14:paraId="4A2A87B9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2CD9FB42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862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4188D45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چوار، پێنج، شەش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945E9E3" w14:textId="77777777" w:rsidR="00F83B1A" w:rsidRDefault="00000000">
            <w:r>
              <w:t>Vier, fünf, sechs</w:t>
            </w:r>
          </w:p>
        </w:tc>
      </w:tr>
      <w:tr w:rsidR="00F83B1A" w14:paraId="2FAF8626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CA5B160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863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5B92A2A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و ، ه ، ی، ئ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23773817" w14:textId="77777777" w:rsidR="00F83B1A" w:rsidRDefault="00000000">
            <w:r>
              <w:t>Wew, He, Ye, Hamza</w:t>
            </w:r>
          </w:p>
        </w:tc>
      </w:tr>
      <w:tr w:rsidR="00F83B1A" w14:paraId="27181E8D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BBA37B1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864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31F783FA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بە دۆزە دەژمێرین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vAlign w:val="center"/>
          </w:tcPr>
          <w:p w14:paraId="7F8EDF44" w14:textId="77777777" w:rsidR="00F83B1A" w:rsidRDefault="00000000">
            <w:r>
              <w:t>Wir zählen zusammen</w:t>
            </w:r>
          </w:p>
        </w:tc>
      </w:tr>
      <w:tr w:rsidR="00F83B1A" w14:paraId="17E942F1" w14:textId="77777777">
        <w:trPr>
          <w:jc w:val="center"/>
        </w:trPr>
        <w:tc>
          <w:tcPr>
            <w:tcW w:w="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358E1CF" w14:textId="77777777" w:rsidR="00F83B1A" w:rsidRDefault="00000000">
            <w:pPr>
              <w:jc w:val="center"/>
            </w:pPr>
            <w:r>
              <w:rPr>
                <w:color w:val="707070"/>
                <w:sz w:val="20"/>
              </w:rPr>
              <w:t>865</w:t>
            </w:r>
          </w:p>
        </w:tc>
        <w:tc>
          <w:tcPr>
            <w:tcW w:w="3402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63DBB330" w14:textId="77777777" w:rsidR="00F83B1A" w:rsidRDefault="00000000">
            <w:pPr>
              <w:bidi/>
              <w:jc w:val="right"/>
            </w:pPr>
            <w:r>
              <w:rPr>
                <w:sz w:val="28"/>
                <w:rtl/>
              </w:rPr>
              <w:t>دوو! سێ! چوار!</w:t>
            </w:r>
          </w:p>
        </w:tc>
        <w:tc>
          <w:tcPr>
            <w:tcW w:w="4989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4F8FC"/>
            <w:vAlign w:val="center"/>
          </w:tcPr>
          <w:p w14:paraId="7E763557" w14:textId="77777777" w:rsidR="00F83B1A" w:rsidRDefault="00000000">
            <w:r>
              <w:t>Zwei! Drei! Vier!</w:t>
            </w:r>
          </w:p>
        </w:tc>
      </w:tr>
    </w:tbl>
    <w:p w14:paraId="6AB9E673" w14:textId="77777777" w:rsidR="00F83B1A" w:rsidRDefault="00F83B1A"/>
    <w:sectPr w:rsidR="00F83B1A" w:rsidSect="00034616">
      <w:footerReference w:type="default" r:id="rId8"/>
      <w:pgSz w:w="11906" w:h="16838"/>
      <w:pgMar w:top="1134" w:right="1020" w:bottom="1134" w:left="10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F255A0" w14:textId="77777777" w:rsidR="005F6201" w:rsidRDefault="005F6201">
      <w:pPr>
        <w:spacing w:after="0" w:line="240" w:lineRule="auto"/>
      </w:pPr>
      <w:r>
        <w:separator/>
      </w:r>
    </w:p>
  </w:endnote>
  <w:endnote w:type="continuationSeparator" w:id="0">
    <w:p w14:paraId="2B8A8432" w14:textId="77777777" w:rsidR="005F6201" w:rsidRDefault="005F62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022E0" w14:textId="77777777" w:rsidR="00F83B1A" w:rsidRDefault="00000000">
    <w:pPr>
      <w:pStyle w:val="Fuzeile"/>
      <w:jc w:val="center"/>
    </w:pPr>
    <w:r>
      <w:rPr>
        <w:color w:val="888888"/>
        <w:sz w:val="18"/>
      </w:rPr>
      <w:fldChar w:fldCharType="begin"/>
    </w:r>
    <w:r>
      <w:rPr>
        <w:color w:val="888888"/>
        <w:sz w:val="18"/>
      </w:rPr>
      <w:instrText>PAGE</w:instrText>
    </w:r>
    <w:r w:rsidR="00B85387">
      <w:rPr>
        <w:color w:val="888888"/>
        <w:sz w:val="18"/>
      </w:rPr>
      <w:fldChar w:fldCharType="separate"/>
    </w:r>
    <w:r w:rsidR="00B85387">
      <w:rPr>
        <w:noProof/>
        <w:color w:val="888888"/>
        <w:sz w:val="18"/>
      </w:rPr>
      <w:t>1</w:t>
    </w:r>
    <w:r>
      <w:rPr>
        <w:color w:val="888888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822113" w14:textId="77777777" w:rsidR="005F6201" w:rsidRDefault="005F6201">
      <w:pPr>
        <w:spacing w:after="0" w:line="240" w:lineRule="auto"/>
      </w:pPr>
      <w:r>
        <w:separator/>
      </w:r>
    </w:p>
  </w:footnote>
  <w:footnote w:type="continuationSeparator" w:id="0">
    <w:p w14:paraId="442333A0" w14:textId="77777777" w:rsidR="005F6201" w:rsidRDefault="005F62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21021626">
    <w:abstractNumId w:val="8"/>
  </w:num>
  <w:num w:numId="2" w16cid:durableId="481459719">
    <w:abstractNumId w:val="6"/>
  </w:num>
  <w:num w:numId="3" w16cid:durableId="2050523061">
    <w:abstractNumId w:val="5"/>
  </w:num>
  <w:num w:numId="4" w16cid:durableId="1137380265">
    <w:abstractNumId w:val="4"/>
  </w:num>
  <w:num w:numId="5" w16cid:durableId="1349791918">
    <w:abstractNumId w:val="7"/>
  </w:num>
  <w:num w:numId="6" w16cid:durableId="297952081">
    <w:abstractNumId w:val="3"/>
  </w:num>
  <w:num w:numId="7" w16cid:durableId="1431395049">
    <w:abstractNumId w:val="2"/>
  </w:num>
  <w:num w:numId="8" w16cid:durableId="983316145">
    <w:abstractNumId w:val="1"/>
  </w:num>
  <w:num w:numId="9" w16cid:durableId="8989079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35026"/>
    <w:rsid w:val="0029639D"/>
    <w:rsid w:val="00326F90"/>
    <w:rsid w:val="0033657D"/>
    <w:rsid w:val="004F237E"/>
    <w:rsid w:val="005F6201"/>
    <w:rsid w:val="00AA1D8D"/>
    <w:rsid w:val="00B47730"/>
    <w:rsid w:val="00B85387"/>
    <w:rsid w:val="00CB0664"/>
    <w:rsid w:val="00F83B1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2A9AC91"/>
  <w14:defaultImageDpi w14:val="300"/>
  <w15:docId w15:val="{CA87797C-8A21-9F45-B358-FCEF2C237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  <w:rPr>
      <w:rFonts w:ascii="Calibri" w:hAnsi="Calibri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45</Pages>
  <Words>5708</Words>
  <Characters>33450</Characters>
  <Application>Microsoft Office Word</Application>
  <DocSecurity>0</DocSecurity>
  <Lines>1115</Lines>
  <Paragraphs>955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38203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Samal Osman</cp:lastModifiedBy>
  <cp:revision>2</cp:revision>
  <dcterms:created xsi:type="dcterms:W3CDTF">2013-12-23T23:15:00Z</dcterms:created>
  <dcterms:modified xsi:type="dcterms:W3CDTF">2026-05-16T20:26:00Z</dcterms:modified>
  <cp:category/>
</cp:coreProperties>
</file>